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5271 sayılı Ceza Muhakemesi Kanunu</w:t>
      </w:r>
    </w:p>
    <w:p>
      <w:pPr>
        <w:jc w:val="center"/>
      </w:pPr>
      <w:r>
        <w:rPr>
          <w:color w:val="555555"/>
          <w:sz w:val="18"/>
        </w:rPr>
        <w:t>Kabul tarihi: 04.12.2004 · Resmî Gazete: 17.12.2004 / 25673</w:t>
      </w:r>
    </w:p>
    <w:p>
      <w:pPr>
        <w:jc w:val="center"/>
      </w:pPr>
      <w:r>
        <w:rPr>
          <w:color w:val="555555"/>
          <w:sz w:val="18"/>
        </w:rPr>
        <w:t>Değişiklikleri işlenmiş metin, 16.10.2026 itibarıyla. Resmî metin için Resmî Gazete ve mevzuat.gov.tr esas alınmalıdır.</w:t>
      </w:r>
    </w:p>
    <w:p>
      <w:pPr>
        <w:jc w:val="center"/>
      </w:pPr>
      <w:r>
        <w:rPr>
          <w:color w:val="555555"/>
          <w:sz w:val="18"/>
        </w:rPr>
        <w:t>Kaynak: zaferkaymak.av.tr/mevzuat</w:t>
      </w:r>
    </w:p>
    <w:p>
      <w:pPr>
        <w:spacing w:before="360"/>
        <w:jc w:val="center"/>
      </w:pPr>
      <w:r>
        <w:rPr>
          <w:b/>
          <w:sz w:val="24"/>
        </w:rPr>
        <w:t>BIRINCI KITAP</w:t>
        <w:br/>
        <w:t>Genel Hükümler</w:t>
      </w:r>
    </w:p>
    <w:p>
      <w:pPr>
        <w:spacing w:before="360"/>
        <w:jc w:val="center"/>
      </w:pPr>
      <w:r>
        <w:rPr>
          <w:b/>
          <w:sz w:val="24"/>
        </w:rPr>
        <w:t>BIRINCI KISIM</w:t>
        <w:br/>
        <w:t>Kapsam, Tanımlar, Görev ve Yetki</w:t>
      </w:r>
    </w:p>
    <w:p>
      <w:pPr>
        <w:spacing w:before="360"/>
        <w:jc w:val="center"/>
      </w:pPr>
      <w:r>
        <w:rPr>
          <w:b/>
          <w:sz w:val="24"/>
        </w:rPr>
        <w:t>BIRINCI BÖLÜM</w:t>
        <w:br/>
        <w:t>Kapsam ve Tanımlar</w:t>
      </w:r>
    </w:p>
    <w:p>
      <w:pPr>
        <w:keepNext/>
        <w:spacing w:before="200" w:after="40"/>
      </w:pPr>
      <w:r>
        <w:rPr>
          <w:b/>
        </w:rPr>
        <w:t>Kanunun kapsamı</w:t>
      </w:r>
    </w:p>
    <w:p>
      <w:pPr>
        <w:spacing w:after="80"/>
        <w:ind w:firstLine="454"/>
        <w:jc w:val="both"/>
      </w:pPr>
      <w:r>
        <w:rPr>
          <w:b/>
        </w:rPr>
        <w:t xml:space="preserve">MADDE 1 – </w:t>
      </w:r>
      <w:r>
        <w:t>(1) Bu Kanun, ceza muhakemesinin nasıl yapılacağı hususundaki kurallar ile bu sürece katılan kişilerin hak, yetki ve yükümlülüklerini düzenler.</w:t>
      </w:r>
    </w:p>
    <w:p>
      <w:pPr>
        <w:keepNext/>
        <w:spacing w:before="200" w:after="40"/>
      </w:pPr>
      <w:r>
        <w:rPr>
          <w:b/>
        </w:rPr>
        <w:t>Tanımlar</w:t>
      </w:r>
    </w:p>
    <w:p>
      <w:pPr>
        <w:spacing w:after="80"/>
        <w:ind w:firstLine="454"/>
        <w:jc w:val="both"/>
      </w:pPr>
      <w:r>
        <w:rPr>
          <w:b/>
        </w:rPr>
        <w:t xml:space="preserve">MADDE 2 – </w:t>
      </w:r>
      <w:r>
        <w:t>(1) Bu Kanunun uygulanmasında;</w:t>
      </w:r>
    </w:p>
    <w:p>
      <w:pPr>
        <w:spacing w:after="80"/>
        <w:ind w:firstLine="454"/>
        <w:jc w:val="both"/>
      </w:pPr>
      <w:r>
        <w:t>a) Şüpheli: Soruşturma evresinde, suç şüphesi altında bulunan kişiyi,</w:t>
      </w:r>
    </w:p>
    <w:p>
      <w:pPr>
        <w:spacing w:after="80"/>
        <w:ind w:firstLine="454"/>
        <w:jc w:val="both"/>
      </w:pPr>
      <w:r>
        <w:t>b) Sanık: Kovuşturmanın başlamasından itibaren hükmün kesinleşmesine kadar, suç şüphesi altında bulunan kişiyi,</w:t>
      </w:r>
    </w:p>
    <w:p>
      <w:pPr>
        <w:spacing w:after="80"/>
        <w:ind w:firstLine="454"/>
        <w:jc w:val="both"/>
      </w:pPr>
      <w:r>
        <w:t>c) Müdafi: Şüpheli veya sanığın ceza muhakemesinde savunmasını yapan avukatı,</w:t>
      </w:r>
    </w:p>
    <w:p>
      <w:pPr>
        <w:spacing w:after="80"/>
        <w:ind w:firstLine="454"/>
        <w:jc w:val="both"/>
      </w:pPr>
      <w:r>
        <w:t>d) Vekil: Katılan, suçtan zarar gören veya malen sorumlu kişiyi ceza muhakemesinde temsil eden avukatı,</w:t>
      </w:r>
    </w:p>
    <w:p>
      <w:pPr>
        <w:spacing w:after="80"/>
        <w:ind w:firstLine="454"/>
        <w:jc w:val="both"/>
      </w:pPr>
      <w:r>
        <w:t>e) Soruşturma: Kanuna göre yetkili mercilerce suç şüphesinin öğrenilmesinden iddianamenin kabulüne kadar geçen evreyi,</w:t>
      </w:r>
    </w:p>
    <w:p>
      <w:pPr>
        <w:spacing w:after="80"/>
        <w:ind w:firstLine="454"/>
        <w:jc w:val="both"/>
      </w:pPr>
      <w:r>
        <w:t>f) Kovuşturma: İddianamenin kabulüyle başlayıp, hükmün kesinleşmesine kadar geçen evreyi,</w:t>
      </w:r>
    </w:p>
    <w:p>
      <w:pPr>
        <w:spacing w:after="80"/>
        <w:ind w:firstLine="454"/>
        <w:jc w:val="both"/>
      </w:pPr>
      <w:r>
        <w:t>g) İfade alma: Şüphelinin kolluk görevlileri veya Cumhuriyet savcısı tarafından soruşturma konusu suçla ilgili olarak dinlenmesini,</w:t>
      </w:r>
    </w:p>
    <w:p>
      <w:pPr>
        <w:spacing w:after="80"/>
        <w:ind w:firstLine="454"/>
        <w:jc w:val="both"/>
      </w:pPr>
      <w:r>
        <w:t>h) Sorgu: Şüpheli veya sanığın hâkim veya mahkeme tarafından soruşturma veya kovuşturma konusu suçla ilgili olarak dinlenmesini,</w:t>
      </w:r>
    </w:p>
    <w:p>
      <w:pPr>
        <w:spacing w:after="80"/>
        <w:ind w:firstLine="454"/>
        <w:jc w:val="both"/>
      </w:pPr>
      <w:r>
        <w:t>i) Malen sorumlu: Yargılama konusu işin hükme bağlanması ve bunun kesinleşmesinden sonra, maddî ve malî sorumluluk taşıyarak hükmün sonuçlarından etkilenecek veya bunlara katlanacak kişiyi,</w:t>
      </w:r>
    </w:p>
    <w:p>
      <w:pPr>
        <w:spacing w:after="80"/>
        <w:ind w:firstLine="454"/>
        <w:jc w:val="both"/>
      </w:pPr>
      <w:r>
        <w:t>j) Suçüstü:</w:t>
      </w:r>
    </w:p>
    <w:p>
      <w:pPr>
        <w:spacing w:after="80"/>
        <w:ind w:firstLine="454"/>
        <w:jc w:val="both"/>
      </w:pPr>
      <w:r>
        <w:t>1. İşlenmekte olan suçu,</w:t>
      </w:r>
    </w:p>
    <w:p>
      <w:pPr>
        <w:spacing w:after="80"/>
        <w:ind w:firstLine="454"/>
        <w:jc w:val="both"/>
      </w:pPr>
      <w:r>
        <w:t>2. Henüz işlenmiş olan fiil ile fiilin işlenmesinden hemen sonra kolluk, suçtan zarar gören veya başkaları tarafından takip edilerek yakalanan kişinin işlediği suçu,</w:t>
      </w:r>
    </w:p>
    <w:p>
      <w:pPr>
        <w:spacing w:after="80"/>
        <w:ind w:firstLine="454"/>
        <w:jc w:val="both"/>
      </w:pPr>
      <w:r>
        <w:t>3. Fiilin pek az önce işlendiğini gösteren eşya veya delille yakalanan kimsenin işlediği suçu,</w:t>
      </w:r>
    </w:p>
    <w:p>
      <w:pPr>
        <w:spacing w:after="80"/>
        <w:ind w:firstLine="454"/>
        <w:jc w:val="both"/>
      </w:pPr>
      <w:r>
        <w:t>k) Toplu suç: Aralarında iştirak iradesi bulunmasa da üç veya daha fazla kişi tarafından işlenen suçu,</w:t>
      </w:r>
    </w:p>
    <w:p>
      <w:pPr>
        <w:spacing w:after="80"/>
        <w:ind w:firstLine="454"/>
        <w:jc w:val="both"/>
      </w:pPr>
      <w:r>
        <w:t>l) Disiplin hapsi: Kısmî bir düzeni korumak amacıyla yaptırım altına alınmış olan fiil dolayısıyla verilen, seçenek yaptırımlara çevrilemeyen, önödeme uygulanamayan, tekerrüre esas olmayan, şartla salıverilme hükümleri uygulanamayan, ertelenemeyen ve adlî sicil kayıtlarına geçirilmeyen hapsi,</w:t>
      </w:r>
    </w:p>
    <w:p>
      <w:pPr>
        <w:spacing w:after="80"/>
        <w:ind w:firstLine="454"/>
        <w:jc w:val="both"/>
      </w:pPr>
      <w:r>
        <w:t>İfade eder.</w:t>
      </w:r>
    </w:p>
    <w:p>
      <w:pPr>
        <w:spacing w:before="360"/>
        <w:jc w:val="center"/>
      </w:pPr>
      <w:r>
        <w:rPr>
          <w:b/>
          <w:sz w:val="24"/>
        </w:rPr>
        <w:t>İKINCI BÖLÜM</w:t>
        <w:br/>
        <w:t>Görev</w:t>
      </w:r>
    </w:p>
    <w:p>
      <w:pPr>
        <w:keepNext/>
        <w:spacing w:before="200" w:after="40"/>
      </w:pPr>
      <w:r>
        <w:rPr>
          <w:b/>
        </w:rPr>
        <w:t>Görev</w:t>
      </w:r>
    </w:p>
    <w:p>
      <w:pPr>
        <w:spacing w:after="80"/>
        <w:ind w:firstLine="454"/>
        <w:jc w:val="both"/>
      </w:pPr>
      <w:r>
        <w:rPr>
          <w:b/>
        </w:rPr>
        <w:t xml:space="preserve">MADDE 3 – </w:t>
      </w:r>
      <w:r>
        <w:t>(1) Mahkemelerin görevleri kanunla belirlenir.</w:t>
      </w:r>
    </w:p>
    <w:p>
      <w:pPr>
        <w:spacing w:after="80"/>
        <w:ind w:firstLine="454"/>
        <w:jc w:val="both"/>
      </w:pPr>
      <w:r>
        <w:t xml:space="preserve">(2) </w:t>
      </w:r>
      <w:r>
        <w:rPr>
          <w:color w:val="666666"/>
          <w:sz w:val="17"/>
        </w:rPr>
        <w:t>(Ek: 26/6/2009 – 5918/6 md.)</w:t>
      </w:r>
      <w:r>
        <w:t xml:space="preserve"> </w:t>
      </w:r>
      <w:r>
        <w:rPr>
          <w:color w:val="666666"/>
          <w:sz w:val="17"/>
        </w:rPr>
        <w:t>(Mülga:2/7/2018-KHK/700/159 md.)</w:t>
      </w:r>
    </w:p>
    <w:p>
      <w:pPr>
        <w:keepNext/>
        <w:spacing w:before="200" w:after="40"/>
      </w:pPr>
      <w:r>
        <w:rPr>
          <w:b/>
        </w:rPr>
        <w:t>Re'sen görev kararı ve görevde uyuşmazlık</w:t>
      </w:r>
    </w:p>
    <w:p>
      <w:pPr>
        <w:spacing w:after="80"/>
        <w:ind w:firstLine="454"/>
        <w:jc w:val="both"/>
      </w:pPr>
      <w:r>
        <w:rPr>
          <w:b/>
        </w:rPr>
        <w:t xml:space="preserve">MADDE 4 – </w:t>
      </w:r>
      <w:r>
        <w:t>(1) Davaya bakan mahkeme, görevli olup olmadığına kovuşturma evresinin her aşamasında re'sen karar verebilir. 6 ncı madde hükmü saklıdır.</w:t>
      </w:r>
    </w:p>
    <w:p>
      <w:pPr>
        <w:spacing w:after="80"/>
        <w:ind w:firstLine="454"/>
        <w:jc w:val="both"/>
      </w:pPr>
      <w:r>
        <w:t>(2) Görev konusunda mahkemeler arasında uyuşmazlık çıktığında, görevli mahkemeyi ortak yüksek görevli mahkeme belirler.</w:t>
      </w:r>
    </w:p>
    <w:p>
      <w:pPr>
        <w:keepNext/>
        <w:spacing w:before="200" w:after="40"/>
      </w:pPr>
      <w:r>
        <w:rPr>
          <w:b/>
        </w:rPr>
        <w:t>Görevsizlik kararı verilmesi gereken hâl ve sonucu</w:t>
      </w:r>
    </w:p>
    <w:p>
      <w:pPr>
        <w:spacing w:after="80"/>
        <w:ind w:firstLine="454"/>
        <w:jc w:val="both"/>
      </w:pPr>
      <w:r>
        <w:rPr>
          <w:b/>
        </w:rPr>
        <w:t xml:space="preserve">MADDE 5 – </w:t>
      </w:r>
      <w:r>
        <w:t>(1) İddianamenin kabulünden sonra; işin, davayı gören mahkemenin görevini aştığı veya dışında kaldığı anlaşılırsa, mahkeme bir kararla işi görevli mahkemeye gönderir.</w:t>
      </w:r>
    </w:p>
    <w:p>
      <w:pPr>
        <w:spacing w:after="80"/>
        <w:ind w:firstLine="454"/>
        <w:jc w:val="both"/>
      </w:pPr>
      <w:r>
        <w:t>(2) Adlî yargı içerisindeki mahkemeler bakımından verilen görevsizlik kararlarına karşı itiraz yoluna gidilebilir.</w:t>
      </w:r>
    </w:p>
    <w:p>
      <w:pPr>
        <w:keepNext/>
        <w:spacing w:before="200" w:after="40"/>
      </w:pPr>
      <w:r>
        <w:rPr>
          <w:b/>
        </w:rPr>
        <w:t>Görevsizlik kararı verilemeyecek hâl</w:t>
      </w:r>
    </w:p>
    <w:p>
      <w:pPr>
        <w:spacing w:after="80"/>
        <w:ind w:firstLine="454"/>
        <w:jc w:val="both"/>
      </w:pPr>
      <w:r>
        <w:rPr>
          <w:b/>
        </w:rPr>
        <w:t xml:space="preserve">MADDE 6 – </w:t>
      </w:r>
      <w:r>
        <w:rPr>
          <w:color w:val="666666"/>
          <w:sz w:val="17"/>
        </w:rPr>
        <w:t>(Değişik: 6/12/2006 – 5560/16 md.)</w:t>
      </w:r>
    </w:p>
    <w:p>
      <w:pPr>
        <w:spacing w:after="80"/>
        <w:ind w:firstLine="454"/>
        <w:jc w:val="both"/>
      </w:pPr>
      <w:r>
        <w:t>(1) Duruşmada suçun hukukî niteliğinin değiştiğinden bahisle görevsizlik kararı verilerek dosya alt dereceli mahkemeye gönderilemez.</w:t>
      </w:r>
    </w:p>
    <w:p>
      <w:pPr>
        <w:keepNext/>
        <w:spacing w:before="200" w:after="40"/>
      </w:pPr>
      <w:r>
        <w:rPr>
          <w:b/>
        </w:rPr>
        <w:t>Görevli olmayan hâkim veya mahkemenin işlemleri</w:t>
      </w:r>
    </w:p>
    <w:p>
      <w:pPr>
        <w:spacing w:after="80"/>
        <w:ind w:firstLine="454"/>
        <w:jc w:val="both"/>
      </w:pPr>
      <w:r>
        <w:rPr>
          <w:b/>
        </w:rPr>
        <w:t xml:space="preserve">MADDE 7 – </w:t>
      </w:r>
      <w:r>
        <w:t>(1) Yenilenmesi mümkün olmayanlar dışında, görevli olmayan hâkim veya mahkemece yapılan işlemler hükümsüzdür.</w:t>
      </w:r>
    </w:p>
    <w:p>
      <w:pPr>
        <w:spacing w:before="360"/>
        <w:jc w:val="center"/>
      </w:pPr>
      <w:r>
        <w:rPr>
          <w:b/>
          <w:sz w:val="24"/>
        </w:rPr>
        <w:t>ÜÇÜNCÜ BÖLÜM</w:t>
        <w:br/>
        <w:t>Bağlantılı Davalar</w:t>
      </w:r>
    </w:p>
    <w:p>
      <w:pPr>
        <w:keepNext/>
        <w:spacing w:before="200" w:after="40"/>
      </w:pPr>
      <w:r>
        <w:rPr>
          <w:b/>
        </w:rPr>
        <w:t>Bağlantı kavramı</w:t>
      </w:r>
    </w:p>
    <w:p>
      <w:pPr>
        <w:spacing w:after="80"/>
        <w:ind w:firstLine="454"/>
        <w:jc w:val="both"/>
      </w:pPr>
      <w:r>
        <w:rPr>
          <w:b/>
        </w:rPr>
        <w:t xml:space="preserve">MADDE 8 – </w:t>
      </w:r>
      <w:r>
        <w:t>(1) Bir kişi, birden fazla suçtan sanık olur veya bir suçta her ne sıfatla olursa olsun birden fazla sanık bulunursa bağlantı var sayılır.</w:t>
      </w:r>
    </w:p>
    <w:p>
      <w:pPr>
        <w:spacing w:after="80"/>
        <w:ind w:firstLine="454"/>
        <w:jc w:val="both"/>
      </w:pPr>
      <w:r>
        <w:t>(2) Suçun işlenmesinden sonra suçluyu kayırma, suç delillerini yok etme, gizleme veya değiştirme fiilleri de bağlantılı suç sayılır.</w:t>
      </w:r>
    </w:p>
    <w:p>
      <w:pPr>
        <w:keepNext/>
        <w:spacing w:before="200" w:after="40"/>
      </w:pPr>
      <w:r>
        <w:rPr>
          <w:b/>
        </w:rPr>
        <w:t>Davaların birleştirilerek açılması</w:t>
      </w:r>
    </w:p>
    <w:p>
      <w:pPr>
        <w:spacing w:after="80"/>
        <w:ind w:firstLine="454"/>
        <w:jc w:val="both"/>
      </w:pPr>
      <w:r>
        <w:rPr>
          <w:b/>
        </w:rPr>
        <w:t xml:space="preserve">MADDE 9 – </w:t>
      </w:r>
      <w:r>
        <w:t>(1) Bağlantılı suçlardan her biri değişik mahkemelerin görevine giriyorsa, bunlar hakkında birleştirilmek suretiyle yüksek görevli mahkemede dava açılabilir.</w:t>
      </w:r>
    </w:p>
    <w:p>
      <w:pPr>
        <w:keepNext/>
        <w:spacing w:before="200" w:after="40"/>
      </w:pPr>
      <w:r>
        <w:rPr>
          <w:b/>
        </w:rPr>
        <w:t>Görülmekte olan davaların birleştirilmesi ve ayrılması</w:t>
      </w:r>
    </w:p>
    <w:p>
      <w:pPr>
        <w:spacing w:after="80"/>
        <w:ind w:firstLine="454"/>
        <w:jc w:val="both"/>
      </w:pPr>
      <w:r>
        <w:rPr>
          <w:b/>
        </w:rPr>
        <w:t xml:space="preserve">MADDE 10 – </w:t>
      </w:r>
      <w:r>
        <w:t>(1) Kovuşturma evresinin her aşamasında, bağlantılı ceza davalarının birleştirilmesine veya ayrılmasına yüksek görevli mahkemece karar verilebilir.</w:t>
      </w:r>
    </w:p>
    <w:p>
      <w:pPr>
        <w:spacing w:after="80"/>
        <w:ind w:firstLine="454"/>
        <w:jc w:val="both"/>
      </w:pPr>
      <w:r>
        <w:t>(2) Birleştirilen davalarda, bu davaları gören mahkemenin tâbi olduğu yargılama usulü uygulanır.</w:t>
      </w:r>
    </w:p>
    <w:p>
      <w:pPr>
        <w:spacing w:after="80"/>
        <w:ind w:firstLine="454"/>
        <w:jc w:val="both"/>
      </w:pPr>
      <w:r>
        <w:t>(3) İşin esasına girdikten sonra ayrılan davalara aynı mahkemede devam olunur.</w:t>
      </w:r>
    </w:p>
    <w:p>
      <w:pPr>
        <w:keepNext/>
        <w:spacing w:before="200" w:after="40"/>
      </w:pPr>
      <w:r>
        <w:rPr>
          <w:b/>
        </w:rPr>
        <w:t>Geniş bağlantı sebebiyle birleştirme</w:t>
      </w:r>
    </w:p>
    <w:p>
      <w:pPr>
        <w:spacing w:after="80"/>
        <w:ind w:firstLine="454"/>
        <w:jc w:val="both"/>
      </w:pPr>
      <w:r>
        <w:rPr>
          <w:b/>
        </w:rPr>
        <w:t xml:space="preserve">MADDE 11 – </w:t>
      </w:r>
      <w:r>
        <w:t>(1) Mahkeme, bakmakta olduğu birden çok dava arasında bağlantı görürse, bu bağlantı 8 inci maddede gösterilen türden olmasa bile, birlikte bakmak ve hükme bağlamak üzere bu davaların birleştirilmesine karar verebilir.</w:t>
      </w:r>
    </w:p>
    <w:p>
      <w:pPr>
        <w:spacing w:before="360"/>
        <w:jc w:val="center"/>
      </w:pPr>
      <w:r>
        <w:rPr>
          <w:b/>
          <w:sz w:val="24"/>
        </w:rPr>
        <w:t>DÖRDÜNCÜ BÖLÜM</w:t>
        <w:br/>
        <w:t>Yetki</w:t>
      </w:r>
    </w:p>
    <w:p>
      <w:pPr>
        <w:keepNext/>
        <w:spacing w:before="200" w:after="40"/>
      </w:pPr>
      <w:r>
        <w:rPr>
          <w:b/>
        </w:rPr>
        <w:t>Yetkili mahkeme</w:t>
      </w:r>
    </w:p>
    <w:p>
      <w:pPr>
        <w:spacing w:after="80"/>
        <w:ind w:firstLine="454"/>
        <w:jc w:val="both"/>
      </w:pPr>
      <w:r>
        <w:rPr>
          <w:b/>
        </w:rPr>
        <w:t xml:space="preserve">MADDE 12 – </w:t>
      </w:r>
      <w:r>
        <w:t>(1) Davaya bakmak yetkisi, suçun işlendiği yer mahkemesine aittir.</w:t>
      </w:r>
    </w:p>
    <w:p>
      <w:pPr>
        <w:spacing w:after="80"/>
        <w:ind w:firstLine="454"/>
        <w:jc w:val="both"/>
      </w:pPr>
      <w:r>
        <w:t>(2) Teşebbüste son icra hareketinin yapıldığı, kesintisiz suçlarda kesintinin gerçekleştiği ve zincirleme suçlarda son suçun işlendiği yer mahkemesi yetkilidir.</w:t>
      </w:r>
    </w:p>
    <w:p>
      <w:pPr>
        <w:spacing w:after="80"/>
        <w:ind w:firstLine="454"/>
        <w:jc w:val="both"/>
      </w:pPr>
      <w:r>
        <w:t>(3) Suç, ülkede yayımlanan bir basılı eserle işlenmişse yetki, eserin yayım merkezi olan yer mahkemesine aittir. Ancak, aynı eserin birden çok yerde basılması durumunda suç, eserin yayım merkezi dışındaki baskısında meydana gelmişse, bu suç için eserin basıldığı yer mahkemesi de yetkilidir.</w:t>
      </w:r>
    </w:p>
    <w:p>
      <w:pPr>
        <w:spacing w:after="80"/>
        <w:ind w:firstLine="454"/>
        <w:jc w:val="both"/>
      </w:pPr>
      <w:r>
        <w:t>(4) Soruşturulması ve kovuşturulması şikâyete bağlı olan hakaret suçunda eser, mağdurun yerleşim yerinde veya oturduğu yerde dağıtılmışsa, o yer mahkemesi de yetkilidir. Mağdur, suçun işlendiği yer dışında tutuklu veya hükümlü bulunuyorsa, o yer mahkemesi de yetkilidir.</w:t>
      </w:r>
    </w:p>
    <w:p>
      <w:pPr>
        <w:spacing w:after="80"/>
        <w:ind w:firstLine="454"/>
        <w:jc w:val="both"/>
      </w:pPr>
      <w:r>
        <w:t>(5) Görsel veya işitsel yayınlarda da bu maddenin üçüncü fıkrası hükmü uygulanır. Görsel ve işitsel yayın, mağdurun yerleşim yerinde ve oturduğu yerde işitilmiş veya görülmüşse o yer mahkemesi de yetkilidir.</w:t>
      </w:r>
    </w:p>
    <w:p>
      <w:pPr>
        <w:spacing w:after="80"/>
        <w:ind w:firstLine="454"/>
        <w:jc w:val="both"/>
      </w:pPr>
      <w:r>
        <w:t xml:space="preserve">(6) </w:t>
      </w:r>
      <w:r>
        <w:rPr>
          <w:color w:val="666666"/>
          <w:sz w:val="17"/>
        </w:rPr>
        <w:t>(Ek:8/7/2021-7331/10 md.)</w:t>
      </w:r>
      <w:r>
        <w:t xml:space="preserve"> Bilişim sistemlerinin, banka veya kredi kurumlarının ya da banka veya kredi kartlarının araç olarak kullanılması suretiyle işlenen suçlarda mağdurun yerleşim yeri mahkemeleri de yetkilidir.</w:t>
      </w:r>
    </w:p>
    <w:p>
      <w:pPr>
        <w:keepNext/>
        <w:spacing w:before="200" w:after="40"/>
      </w:pPr>
      <w:r>
        <w:rPr>
          <w:b/>
        </w:rPr>
        <w:t>Özel yetki</w:t>
      </w:r>
    </w:p>
    <w:p>
      <w:pPr>
        <w:spacing w:after="80"/>
        <w:ind w:firstLine="454"/>
        <w:jc w:val="both"/>
      </w:pPr>
      <w:r>
        <w:rPr>
          <w:b/>
        </w:rPr>
        <w:t xml:space="preserve">MADDE 13 – </w:t>
      </w:r>
      <w:r>
        <w:t>(1) Suçun işlendiği yer belli değilse, şüpheli veya sanığın yakalandığı yer, yakalanmamışsa yerleşim yeri mahkemesi yetkilidir.</w:t>
      </w:r>
    </w:p>
    <w:p>
      <w:pPr>
        <w:spacing w:after="80"/>
        <w:ind w:firstLine="454"/>
        <w:jc w:val="both"/>
      </w:pPr>
      <w:r>
        <w:t>(2) Şüpheli veya sanığın Türkiye'de yerleşim yeri yoksa Türkiye'de en son adresinin bulunduğu yer mahkemesi yetkilidir.</w:t>
      </w:r>
    </w:p>
    <w:p>
      <w:pPr>
        <w:spacing w:after="80"/>
        <w:ind w:firstLine="454"/>
        <w:jc w:val="both"/>
      </w:pPr>
      <w:r>
        <w:t>(3) Mahkemenin bu suretle de belirlenmesi olanağı yoksa, ilk usul işleminin yapıldığı yer mahkemesi yetkilidir.</w:t>
      </w:r>
    </w:p>
    <w:p>
      <w:pPr>
        <w:keepNext/>
        <w:spacing w:before="200" w:after="40"/>
      </w:pPr>
      <w:r>
        <w:rPr>
          <w:b/>
        </w:rPr>
        <w:t>Yabancı ülkede işlenen suçlarda yetki</w:t>
      </w:r>
    </w:p>
    <w:p>
      <w:pPr>
        <w:spacing w:after="80"/>
        <w:ind w:firstLine="454"/>
        <w:jc w:val="both"/>
      </w:pPr>
      <w:r>
        <w:rPr>
          <w:b/>
        </w:rPr>
        <w:t xml:space="preserve">MADDE 14 – </w:t>
      </w:r>
      <w:r>
        <w:t>(1) Yabancı ülkede işlenen ve kanun hükümleri uyarınca Türkiye'de soruşturulması ve kovuşturulması gereken suçlarda yetki, 13 üncü maddenin birinci ve ikinci fıkralarına göre belirlenir.</w:t>
      </w:r>
    </w:p>
    <w:p>
      <w:pPr>
        <w:spacing w:after="80"/>
        <w:ind w:firstLine="454"/>
        <w:jc w:val="both"/>
      </w:pPr>
      <w:r>
        <w:t>(2) Bununla birlikte Cumhuriyet savcısının, şüphelinin veya sanığın istemi üzerine Yargıtay, suçun işlendiği yere daha yakın olan yer mahkemesine yetki verebilir.</w:t>
      </w:r>
    </w:p>
    <w:p>
      <w:pPr>
        <w:spacing w:after="80"/>
        <w:ind w:firstLine="454"/>
        <w:jc w:val="both"/>
      </w:pPr>
      <w:r>
        <w:t>(3) Bu gibi suçlarda şüpheli veya sanık Türkiye'de yakalanmamış, yerleşmemiş veya adresi yoksa; yetkili mahkeme, Adalet Bakanının istemi ve Yargıtay Cumhuriyet Başsavcısının başvurusu üzerine Yargıtay tarafından belirlenir.</w:t>
      </w:r>
    </w:p>
    <w:p>
      <w:pPr>
        <w:spacing w:after="80"/>
        <w:ind w:firstLine="454"/>
        <w:jc w:val="both"/>
      </w:pPr>
      <w:r>
        <w:t>(4) Yabancı ülkelerde bulunup da diplomatik bağışıklıktan yararlanan Türk kamu görevlilerinin işledikleri suçlardan dolayı yetkili mahkeme Ankara mahkemesidir.</w:t>
      </w:r>
    </w:p>
    <w:p>
      <w:pPr>
        <w:keepNext/>
        <w:spacing w:before="200" w:after="40"/>
      </w:pPr>
      <w:r>
        <w:rPr>
          <w:b/>
        </w:rPr>
        <w:t>Deniz, hava ve demiryolu taşıtlarında veya bu taşıtlarla işlenen suçlarda yetki</w:t>
      </w:r>
    </w:p>
    <w:p>
      <w:pPr>
        <w:spacing w:after="80"/>
        <w:ind w:firstLine="454"/>
        <w:jc w:val="both"/>
      </w:pPr>
      <w:r>
        <w:rPr>
          <w:b/>
        </w:rPr>
        <w:t xml:space="preserve">MADDE 15 – </w:t>
      </w:r>
      <w:r>
        <w:t>(1) Suç, Türk bayrağını taşıma yetkisine sahip olan bir gemide veya böyle bir taşıt Türkiye dışında iken işlenmişse, geminin ilk uğradığı Türk limanında veya bağlama limanında bulunan mahkeme yetkilidir.</w:t>
      </w:r>
    </w:p>
    <w:p>
      <w:pPr>
        <w:spacing w:after="80"/>
        <w:ind w:firstLine="454"/>
        <w:jc w:val="both"/>
      </w:pPr>
      <w:r>
        <w:t>(2) Türk bayrağını taşıma hakkına sahip olan hava taşıtları ile demiryolu taşıtları hakkında da yukarıdaki fıkra hükümleri uygulanır.</w:t>
      </w:r>
    </w:p>
    <w:p>
      <w:pPr>
        <w:spacing w:after="80"/>
        <w:ind w:firstLine="454"/>
        <w:jc w:val="both"/>
      </w:pPr>
      <w:r>
        <w:t>(3) Ülke içerisinde deniz, hava veya demiryolu taşıtlarında ya da bu taşıtlarla işlenen suçlarda, bunların ilk ulaştığı yer mahkemesi de yetkilidir.</w:t>
      </w:r>
    </w:p>
    <w:p>
      <w:pPr>
        <w:spacing w:after="80"/>
        <w:ind w:firstLine="454"/>
        <w:jc w:val="both"/>
      </w:pPr>
      <w:r>
        <w:t>(4) Çevreyi kirletme suçu, yabancı bayrağı taşıyan bir gemi tarafından Türk kara suları dışında işlendiği takdirde, suçun işlendiği yere en yakın veya geminin Türkiye'de ilk uğradığı limanın bulunduğu yer mahkemesi yetkilidir.</w:t>
      </w:r>
    </w:p>
    <w:p>
      <w:pPr>
        <w:keepNext/>
        <w:spacing w:before="200" w:after="40"/>
      </w:pPr>
      <w:r>
        <w:rPr>
          <w:b/>
        </w:rPr>
        <w:t>Bağlantılı suçlarda yetki</w:t>
      </w:r>
    </w:p>
    <w:p>
      <w:pPr>
        <w:spacing w:after="80"/>
        <w:ind w:firstLine="454"/>
        <w:jc w:val="both"/>
      </w:pPr>
      <w:r>
        <w:rPr>
          <w:b/>
        </w:rPr>
        <w:t xml:space="preserve">MADDE 16 – </w:t>
      </w:r>
      <w:r>
        <w:t>(1) Yukarıdaki maddelere göre her biri değişik mahkemelerin yetkisi içinde bulunan bağlantılı ceza davaları, yetkili mahkemelerden herhangi birisinde birleştirilerek görülebilir.</w:t>
      </w:r>
    </w:p>
    <w:p>
      <w:pPr>
        <w:spacing w:after="80"/>
        <w:ind w:firstLine="454"/>
        <w:jc w:val="both"/>
      </w:pPr>
      <w:r>
        <w:t>(2) Bağlantılı ceza davalarının değişik mahkemelerde bakılmasına başlanmış olursa, Cumhuriyet savcılarının istemlerine uygun olmak koşuluyla, mahkemeler arasında oluşacak uyuşma üzerine, bu davaların hepsi veya bir kısmı bu mahkemelerin birinde birleştirilebilir.</w:t>
      </w:r>
    </w:p>
    <w:p>
      <w:pPr>
        <w:spacing w:after="80"/>
        <w:ind w:firstLine="454"/>
        <w:jc w:val="both"/>
      </w:pPr>
      <w:r>
        <w:t>(3) Uyuşulmazsa, Cumhuriyet savcısı veya sanığın istemi üzerine ortak yüksek görevli mahkeme birleştirmeye gerek olup olmadığına ve gerek varsa hangi mahkemede birleştirileceğine karar verir.</w:t>
      </w:r>
    </w:p>
    <w:p>
      <w:pPr>
        <w:spacing w:after="80"/>
        <w:ind w:firstLine="454"/>
        <w:jc w:val="both"/>
      </w:pPr>
      <w:r>
        <w:t>(4) Birleştirilmiş olan davaların ayrılması da bu suretle olur.</w:t>
      </w:r>
    </w:p>
    <w:p>
      <w:pPr>
        <w:keepNext/>
        <w:spacing w:before="200" w:after="40"/>
      </w:pPr>
      <w:r>
        <w:rPr>
          <w:b/>
        </w:rPr>
        <w:t>Yetkide olumlu veya olumsuz uyuşmazlık</w:t>
      </w:r>
    </w:p>
    <w:p>
      <w:pPr>
        <w:spacing w:after="80"/>
        <w:ind w:firstLine="454"/>
        <w:jc w:val="both"/>
      </w:pPr>
      <w:r>
        <w:rPr>
          <w:b/>
        </w:rPr>
        <w:t xml:space="preserve">MADDE 17 – </w:t>
      </w:r>
      <w:r>
        <w:t>(1) Birkaç hâkim veya mahkeme arasında olumlu veya olumsuz yetki uyuşmazlığı çıkarsa, ortak yüksek görevli mahkeme, yetkili hâkim veya mahkemeyi belirler.</w:t>
      </w:r>
    </w:p>
    <w:p>
      <w:pPr>
        <w:keepNext/>
        <w:spacing w:before="200" w:after="40"/>
      </w:pPr>
      <w:r>
        <w:rPr>
          <w:b/>
        </w:rPr>
        <w:t>Yetkisizlik iddiası</w:t>
      </w:r>
    </w:p>
    <w:p>
      <w:pPr>
        <w:spacing w:after="80"/>
        <w:ind w:firstLine="454"/>
        <w:jc w:val="both"/>
      </w:pPr>
      <w:r>
        <w:rPr>
          <w:b/>
        </w:rPr>
        <w:t xml:space="preserve">MADDE 18 – </w:t>
      </w:r>
      <w:r>
        <w:t>(1) Sanık, yetkisizlik iddiasını, ilk derece mahkemelerinde duruşmada sorgusundan, bölge adliye mahkemelerinde incelemenin başlamasından ve duruşmalı işlerde inceleme raporunun okunmasından önce bildirir.</w:t>
      </w:r>
    </w:p>
    <w:p>
      <w:pPr>
        <w:spacing w:after="80"/>
        <w:ind w:firstLine="454"/>
        <w:jc w:val="both"/>
      </w:pPr>
      <w:r>
        <w:t>(2) Yetkisizlik iddiasına ilişkin karar, ilk derece mahkemelerinde sanığın sorgusundan önce, bölge adliye mahkemelerinde duruşmasız işlerde incelemenin hemen başlangıcında, duruşmalı işlerde inceleme raporu okunmadan önce verilir. Bu aşamalardan sonra yetkisizlik iddiasında bulunulamayacağı gibi mahkemeler de bu hususta re'sen karar veremez.</w:t>
      </w:r>
    </w:p>
    <w:p>
      <w:pPr>
        <w:spacing w:after="80"/>
        <w:ind w:firstLine="454"/>
        <w:jc w:val="both"/>
      </w:pPr>
      <w:r>
        <w:t>(3) Yetkisizlik kararlarına karşı itiraz yoluna gidilebilir.</w:t>
      </w:r>
    </w:p>
    <w:p>
      <w:pPr>
        <w:keepNext/>
        <w:spacing w:before="200" w:after="40"/>
      </w:pPr>
      <w:r>
        <w:rPr>
          <w:b/>
        </w:rPr>
        <w:t>Davanın nakli ve duruşmanın başka yerde yapılması</w:t>
      </w:r>
    </w:p>
    <w:p>
      <w:pPr>
        <w:spacing w:after="80"/>
        <w:ind w:firstLine="454"/>
        <w:jc w:val="both"/>
      </w:pPr>
      <w:r>
        <w:rPr>
          <w:b/>
        </w:rPr>
        <w:t xml:space="preserve">MADDE 19 – </w:t>
      </w:r>
      <w:r>
        <w:t>(1) Yetkili hâkim veya mahkeme, hukukî veya fiilî sebeplerle görevini yerine getiremeyecek hâlde bulunursa; yüksek görevli mahkeme, davanın başka yerde bulunan aynı derecede bir mahkemeye nakline karar verir.</w:t>
      </w:r>
    </w:p>
    <w:p>
      <w:pPr>
        <w:spacing w:after="80"/>
        <w:ind w:firstLine="454"/>
        <w:jc w:val="both"/>
      </w:pPr>
      <w:r>
        <w:t>(2) Kovuşturmanın görevli ve yetkili olan mahkemenin bulunduğu yerde yapılması kamu güvenliği için tehlikeli olursa, davanın naklini Adalet Bakanı Yargıtaydan ister.</w:t>
      </w:r>
    </w:p>
    <w:p>
      <w:pPr>
        <w:spacing w:after="80"/>
        <w:ind w:firstLine="454"/>
        <w:jc w:val="both"/>
      </w:pPr>
      <w:r>
        <w:t xml:space="preserve">(3) </w:t>
      </w:r>
      <w:r>
        <w:rPr>
          <w:color w:val="666666"/>
          <w:sz w:val="17"/>
        </w:rPr>
        <w:t>(Ek: 24/11/2016-6763/21 md.)</w:t>
      </w:r>
      <w:r>
        <w:t xml:space="preserve"> Mahkeme, fiili sebepler veya güvenlik gerekçesiyle duruşmanın il sınırları içinde başka bir yerde yapılmasına karar verebilir. Bu karara karşı itiraz yolu açıktır.</w:t>
      </w:r>
    </w:p>
    <w:p>
      <w:pPr>
        <w:keepNext/>
        <w:spacing w:before="200" w:after="40"/>
      </w:pPr>
      <w:r>
        <w:rPr>
          <w:b/>
        </w:rPr>
        <w:t>Yetkili olmayan hâkim veya mahkemenin işlemleri</w:t>
      </w:r>
    </w:p>
    <w:p>
      <w:pPr>
        <w:spacing w:after="80"/>
        <w:ind w:firstLine="454"/>
        <w:jc w:val="both"/>
      </w:pPr>
      <w:r>
        <w:rPr>
          <w:b/>
        </w:rPr>
        <w:t xml:space="preserve">MADDE 20 – </w:t>
      </w:r>
      <w:r>
        <w:t>(1) Yetkili olmayan hâkim veya mahkemece yapılan işlemler, sadece yetkisizlik nedeniyle hükümsüz sayılmaz.</w:t>
      </w:r>
    </w:p>
    <w:p>
      <w:pPr>
        <w:keepNext/>
        <w:spacing w:before="200" w:after="40"/>
      </w:pPr>
      <w:r>
        <w:rPr>
          <w:b/>
        </w:rPr>
        <w:t>Gecikmesinde sakınca bulunan hâllerde yapılan işlemler</w:t>
      </w:r>
    </w:p>
    <w:p>
      <w:pPr>
        <w:spacing w:after="80"/>
        <w:ind w:firstLine="454"/>
        <w:jc w:val="both"/>
      </w:pPr>
      <w:r>
        <w:rPr>
          <w:b/>
        </w:rPr>
        <w:t xml:space="preserve">MADDE 21 – </w:t>
      </w:r>
      <w:r>
        <w:t>(1) Bir hâkim veya mahkeme, yetkili olmasa bile, gecikmesinde sakınca bulunan hâllerde, yargı çevresi içerisinde gerekli işlemleri yapar.</w:t>
      </w:r>
    </w:p>
    <w:p>
      <w:pPr>
        <w:spacing w:before="360"/>
        <w:jc w:val="center"/>
      </w:pPr>
      <w:r>
        <w:rPr>
          <w:b/>
          <w:sz w:val="24"/>
        </w:rPr>
        <w:t>BEŞINCI BÖLÜM</w:t>
        <w:br/>
        <w:t>Hâkimin Davaya Bakamaması ve Reddi</w:t>
      </w:r>
    </w:p>
    <w:p>
      <w:pPr>
        <w:keepNext/>
        <w:spacing w:before="200" w:after="40"/>
      </w:pPr>
      <w:r>
        <w:rPr>
          <w:b/>
        </w:rPr>
        <w:t>Hâkimin davaya bakamayacağı hâller</w:t>
      </w:r>
    </w:p>
    <w:p>
      <w:pPr>
        <w:spacing w:after="80"/>
        <w:ind w:firstLine="454"/>
        <w:jc w:val="both"/>
      </w:pPr>
      <w:r>
        <w:rPr>
          <w:b/>
        </w:rPr>
        <w:t xml:space="preserve">MADDE 22 – </w:t>
      </w:r>
      <w:r>
        <w:t>(1) Hâkim;</w:t>
      </w:r>
    </w:p>
    <w:p>
      <w:pPr>
        <w:spacing w:after="80"/>
        <w:ind w:firstLine="454"/>
        <w:jc w:val="both"/>
      </w:pPr>
      <w:r>
        <w:t>a) Suçtan kendisi zarar görmüşse,</w:t>
      </w:r>
    </w:p>
    <w:p>
      <w:pPr>
        <w:spacing w:after="80"/>
        <w:ind w:firstLine="454"/>
        <w:jc w:val="both"/>
      </w:pPr>
      <w:r>
        <w:t>b) Sonradan kalksa bile şüpheli, sanık veya mağdur ile aralarında evlilik, vesayet veya kayyımlık ilişkisi bulunmuşsa,</w:t>
      </w:r>
    </w:p>
    <w:p>
      <w:pPr>
        <w:spacing w:after="80"/>
        <w:ind w:firstLine="454"/>
        <w:jc w:val="both"/>
      </w:pPr>
      <w:r>
        <w:t>c) Şüpheli, sanık veya mağdurun kan veya kayın hısımlığından üstsoy veya altsoyundan biri ise,</w:t>
      </w:r>
    </w:p>
    <w:p>
      <w:pPr>
        <w:spacing w:after="80"/>
        <w:ind w:firstLine="454"/>
        <w:jc w:val="both"/>
      </w:pPr>
      <w:r>
        <w:t>d) Şüpheli, sanık veya mağdur ile aralarında evlât edinme bağlantısı varsa,</w:t>
      </w:r>
    </w:p>
    <w:p>
      <w:pPr>
        <w:spacing w:after="80"/>
        <w:ind w:firstLine="454"/>
        <w:jc w:val="both"/>
      </w:pPr>
      <w:r>
        <w:t>e) Şüpheli, sanık veya mağdur ile aralarında üçüncü derece dahil kan hısımlığı varsa,</w:t>
      </w:r>
    </w:p>
    <w:p>
      <w:pPr>
        <w:spacing w:after="80"/>
        <w:ind w:firstLine="454"/>
        <w:jc w:val="both"/>
      </w:pPr>
      <w:r>
        <w:t>f) Evlilik sona ermiş olsa bile, şüpheli, sanık veya mağdur ile aralarında ikinci derece dahil kayın hısımlığı varsa,</w:t>
      </w:r>
    </w:p>
    <w:p>
      <w:pPr>
        <w:spacing w:after="80"/>
        <w:ind w:firstLine="454"/>
        <w:jc w:val="both"/>
      </w:pPr>
      <w:r>
        <w:t>g) Aynı davada Cumhuriyet savcılığı, adlî kolluk görevi, şüpheli veya sanık müdafiliği veya mağdur vekilliği yapmışsa,</w:t>
      </w:r>
    </w:p>
    <w:p>
      <w:pPr>
        <w:spacing w:after="80"/>
        <w:ind w:firstLine="454"/>
        <w:jc w:val="both"/>
      </w:pPr>
      <w:r>
        <w:t>h) Aynı davada tanık veya bilirkişi sıfatıyla dinlenmişse,</w:t>
      </w:r>
    </w:p>
    <w:p>
      <w:pPr>
        <w:spacing w:after="80"/>
        <w:ind w:firstLine="454"/>
        <w:jc w:val="both"/>
      </w:pPr>
      <w:r>
        <w:t>Hâkimlik görevini yapamaz.</w:t>
      </w:r>
    </w:p>
    <w:p>
      <w:pPr>
        <w:keepNext/>
        <w:spacing w:before="200" w:after="40"/>
      </w:pPr>
      <w:r>
        <w:rPr>
          <w:b/>
        </w:rPr>
        <w:t>Yargılamaya katılamayacak hâkim</w:t>
      </w:r>
    </w:p>
    <w:p>
      <w:pPr>
        <w:spacing w:after="80"/>
        <w:ind w:firstLine="454"/>
        <w:jc w:val="both"/>
      </w:pPr>
      <w:r>
        <w:rPr>
          <w:b/>
        </w:rPr>
        <w:t xml:space="preserve">MADDE 23 – </w:t>
      </w:r>
      <w:r>
        <w:t>(1) Bir karar veya hükme katılan hâkim, yüksek görevli mahkemece bu hükme ilişkin olarak verilecek karar veya hükme katılamaz.</w:t>
      </w:r>
    </w:p>
    <w:p>
      <w:pPr>
        <w:spacing w:after="80"/>
        <w:ind w:firstLine="454"/>
        <w:jc w:val="both"/>
      </w:pPr>
      <w:r>
        <w:t>(2) Aynı işte soruşturma evresinde görev yapmış bulunan hâkim, kovuşturma evresinde görev yapamaz.</w:t>
      </w:r>
    </w:p>
    <w:p>
      <w:pPr>
        <w:spacing w:after="80"/>
        <w:ind w:firstLine="454"/>
        <w:jc w:val="both"/>
      </w:pPr>
      <w:r>
        <w:t>(3) Yargılamanın yenilenmesi halinde, önceki yargılamada görev yapan hâkim, aynı işte görev alamaz.</w:t>
      </w:r>
    </w:p>
    <w:p>
      <w:pPr>
        <w:keepNext/>
        <w:spacing w:before="200" w:after="40"/>
      </w:pPr>
      <w:r>
        <w:rPr>
          <w:b/>
        </w:rPr>
        <w:t>Hâkimin reddi sebepleri ve ret isteminde bulunabilecekler</w:t>
      </w:r>
    </w:p>
    <w:p>
      <w:pPr>
        <w:spacing w:after="80"/>
        <w:ind w:firstLine="454"/>
        <w:jc w:val="both"/>
      </w:pPr>
      <w:r>
        <w:rPr>
          <w:b/>
        </w:rPr>
        <w:t xml:space="preserve">MADDE 24 – </w:t>
      </w:r>
      <w:r>
        <w:t>(1) Hâkimin davaya bakamayacağı hâllerde reddi istenebileceği gibi, tarafsızlığını şüpheye düşürecek diğer sebeplerden dolayı da reddi istenebilir.</w:t>
      </w:r>
    </w:p>
    <w:p>
      <w:pPr>
        <w:spacing w:after="80"/>
        <w:ind w:firstLine="454"/>
        <w:jc w:val="both"/>
      </w:pPr>
      <w:r>
        <w:t>(2) Cumhuriyet savcısı; şüpheli, sanık veya bunların müdafii; katılan veya vekili, hâkimin reddi isteminde bulunabilirler.</w:t>
      </w:r>
    </w:p>
    <w:p>
      <w:pPr>
        <w:spacing w:after="80"/>
        <w:ind w:firstLine="454"/>
        <w:jc w:val="both"/>
      </w:pPr>
      <w:r>
        <w:t>(3) Bunlardan herhangi biri istediği takdirde, karar veya hükme katılacak hâkimlerin isimleri kendisine bildirilir.</w:t>
      </w:r>
    </w:p>
    <w:p>
      <w:pPr>
        <w:keepNext/>
        <w:spacing w:before="200" w:after="40"/>
      </w:pPr>
      <w:r>
        <w:rPr>
          <w:b/>
        </w:rPr>
        <w:t>Tarafsızlığını şüpheye düşürecek sebeplerden dolayı hâkimin reddi isteminin süresi</w:t>
      </w:r>
    </w:p>
    <w:p>
      <w:pPr>
        <w:spacing w:after="80"/>
        <w:ind w:firstLine="454"/>
        <w:jc w:val="both"/>
      </w:pPr>
      <w:r>
        <w:rPr>
          <w:b/>
        </w:rPr>
        <w:t xml:space="preserve">MADDE 25 – </w:t>
      </w:r>
      <w:r>
        <w:t>(1) Tarafsızlığını şüpheye düşürecek sebeplerden dolayı bir hâkimin reddi, ilk derece mahkemelerinde sanığın sorgusu başlayıncaya; duruşmalı işlerde bölge adliye mahkemelerinde inceleme raporu ve Yargıtayda görevlendirilen üye veya tetkik hâkimi tarafından yazılmış olan rapor üyelere açıklanıncaya kadar istenebilir. Diğer hâllerde, inceleme başlayıncaya kadar hâkimin reddi istenebilir.</w:t>
      </w:r>
    </w:p>
    <w:p>
      <w:pPr>
        <w:spacing w:after="80"/>
        <w:ind w:firstLine="454"/>
        <w:jc w:val="both"/>
      </w:pPr>
      <w:r>
        <w:t>(2) Sonradan ortaya çıkan veya öğrenilen sebeplerle duruşma veya inceleme bitinceye kadar da hâkimin reddi istenebilir. Ancak bu istemin, ret sebebinin öğrenilmesinden itibaren yedi gün içinde yapılması şarttır.</w:t>
      </w:r>
    </w:p>
    <w:p>
      <w:pPr>
        <w:keepNext/>
        <w:spacing w:before="200" w:after="40"/>
      </w:pPr>
      <w:r>
        <w:rPr>
          <w:b/>
        </w:rPr>
        <w:t>Ret isteminin usulü</w:t>
      </w:r>
    </w:p>
    <w:p>
      <w:pPr>
        <w:spacing w:after="80"/>
        <w:ind w:firstLine="454"/>
        <w:jc w:val="both"/>
      </w:pPr>
      <w:r>
        <w:rPr>
          <w:b/>
        </w:rPr>
        <w:t xml:space="preserve">MADDE 26 – </w:t>
      </w:r>
      <w:r>
        <w:t>(1) Hâkimin reddi, mensup olduğu mahkemeye verilecek dilekçeyle veya bu hususta zabıt kâtibine bir tutanak düzenlenmesi için başvurulması suretiyle yapılır.</w:t>
      </w:r>
    </w:p>
    <w:p>
      <w:pPr>
        <w:spacing w:after="80"/>
        <w:ind w:firstLine="454"/>
        <w:jc w:val="both"/>
      </w:pPr>
      <w:r>
        <w:t>(2) Ret isteminde bulunan, öğrendiği ret sebeplerinin tümünü bir defada açıklamak ve süresi içinde olguları ile birlikte ortaya koymakla yükümlüdür.</w:t>
      </w:r>
    </w:p>
    <w:p>
      <w:pPr>
        <w:spacing w:after="80"/>
        <w:ind w:firstLine="454"/>
        <w:jc w:val="both"/>
      </w:pPr>
      <w:r>
        <w:t>(3) Reddi istenen hâkim, ret sebepleri hakkındaki görüşlerini yazılı olarak bildirir.</w:t>
      </w:r>
    </w:p>
    <w:p>
      <w:pPr>
        <w:keepNext/>
        <w:spacing w:before="200" w:after="40"/>
      </w:pPr>
      <w:r>
        <w:rPr>
          <w:b/>
        </w:rPr>
        <w:t>Hâkimin reddi istemine karar verecek mahkeme</w:t>
      </w:r>
    </w:p>
    <w:p>
      <w:pPr>
        <w:spacing w:after="80"/>
        <w:ind w:firstLine="454"/>
        <w:jc w:val="both"/>
      </w:pPr>
      <w:r>
        <w:rPr>
          <w:b/>
        </w:rPr>
        <w:t xml:space="preserve">MADDE 27 – </w:t>
      </w:r>
      <w:r>
        <w:t>(1) Hâkimin reddi istemine mensup olduğu mahkemece karar verilir. Ancak, reddi istenen hâkim müzakereye katılamaz. Bu nedenle mahkeme teşekkül edemezse bu hususta karar verilmesi;</w:t>
      </w:r>
    </w:p>
    <w:p>
      <w:pPr>
        <w:spacing w:after="80"/>
        <w:ind w:firstLine="454"/>
        <w:jc w:val="both"/>
      </w:pPr>
      <w:r>
        <w:t>a) Reddi istenen hâkim asliye ceza mahkemesine mensup ise bu mahkemenin yargı çevresi içerisinde bulunan ağır ceza mahkemesine,</w:t>
      </w:r>
    </w:p>
    <w:p>
      <w:pPr>
        <w:spacing w:after="80"/>
        <w:ind w:firstLine="454"/>
        <w:jc w:val="both"/>
      </w:pPr>
      <w:r>
        <w:t>b) Reddi istenen hâkim ağır ceza mahkemesine mensup ise o yerde ağır ceza mahkemesinin birden fazla dairesinin bulunması hâlinde, numara olarak kendisini izleyen daireye, son numaralı daire için (1) numaralı daireye; o yerde ağır ceza mahkemesinin tek dairesi bulunması hâlinde ise, en yakın ağır ceza mahkemesine,</w:t>
      </w:r>
    </w:p>
    <w:p>
      <w:pPr>
        <w:spacing w:after="80"/>
        <w:ind w:firstLine="454"/>
        <w:jc w:val="both"/>
      </w:pPr>
      <w:r>
        <w:t>Aittir.</w:t>
      </w:r>
    </w:p>
    <w:p>
      <w:pPr>
        <w:spacing w:after="80"/>
        <w:ind w:firstLine="454"/>
        <w:jc w:val="both"/>
      </w:pPr>
      <w:r>
        <w:t>(2) Ret istemi sulh ceza hâkimine karşı ise, yargı çevresi içinde bulunduğu asliye ceza mahkemesi ve tek hâkime karşı ise, yargı çevresi içerisinde bulunan ağır ceza mahkemesi karar verir.</w:t>
      </w:r>
    </w:p>
    <w:p>
      <w:pPr>
        <w:spacing w:after="80"/>
        <w:ind w:firstLine="454"/>
        <w:jc w:val="both"/>
      </w:pPr>
      <w:r>
        <w:t>(3) Bölge adliye mahkemesi ceza dairelerinin başkan ve üyelerinin reddi istemi, reddedilen başkan ve üye katılmaksızın görevli olduğu dairece incelenerek karara bağlanır.</w:t>
      </w:r>
    </w:p>
    <w:p>
      <w:pPr>
        <w:spacing w:after="80"/>
        <w:ind w:firstLine="454"/>
        <w:jc w:val="both"/>
      </w:pPr>
      <w:r>
        <w:t>(4) Ret isteminin kabulü halinde, davaya bakmakla bir başka hâkim veya mahkeme görevlendirilir.</w:t>
      </w:r>
    </w:p>
    <w:p>
      <w:pPr>
        <w:keepNext/>
        <w:spacing w:before="200" w:after="40"/>
      </w:pPr>
      <w:r>
        <w:rPr>
          <w:b/>
        </w:rPr>
        <w:t>Ret istemi üzerine verilecek kararlar ve başvurulacak kanun yolları</w:t>
      </w:r>
    </w:p>
    <w:p>
      <w:pPr>
        <w:spacing w:after="80"/>
        <w:ind w:firstLine="454"/>
        <w:jc w:val="both"/>
      </w:pPr>
      <w:r>
        <w:rPr>
          <w:b/>
        </w:rPr>
        <w:t xml:space="preserve">MADDE 28 – </w:t>
      </w:r>
      <w:r>
        <w:t>(1) Ret isteminin kabulüne ilişkin kararlar kesindir; kabul edilmemesine ilişkin kararlara karşı itiraz yoluna gidilebilir. İtiraz üzerine verilen ret kararı hükümle birlikte incelenir.</w:t>
      </w:r>
    </w:p>
    <w:p>
      <w:pPr>
        <w:keepNext/>
        <w:spacing w:before="200" w:after="40"/>
      </w:pPr>
      <w:r>
        <w:rPr>
          <w:b/>
        </w:rPr>
        <w:t>Reddi istenen hâkimin yapabileceği işlemler</w:t>
      </w:r>
    </w:p>
    <w:p>
      <w:pPr>
        <w:spacing w:after="80"/>
        <w:ind w:firstLine="454"/>
        <w:jc w:val="both"/>
      </w:pPr>
      <w:r>
        <w:rPr>
          <w:b/>
        </w:rPr>
        <w:t xml:space="preserve">MADDE 29 – </w:t>
      </w:r>
      <w:r>
        <w:t>(1) Reddi istenen hâkim, ret hakkında bir karar verilinceye kadar yalnız gecikmesinde sakınca olan işlemleri yapar.</w:t>
      </w:r>
    </w:p>
    <w:p>
      <w:pPr>
        <w:spacing w:after="80"/>
        <w:ind w:firstLine="454"/>
        <w:jc w:val="both"/>
      </w:pPr>
      <w:r>
        <w:t>(2) Ancak, hâkimin oturum sırasında reddedilmesi hâlinde, bu konuda bir karar verilebilmesi için oturuma ara vermek gerekse bile ara vermeksizin devam olunur. Şu kadar ki, 216 ncı madde uyarınca tarafların iddia ve sözlerinin dinlenilmesine geçilemez ve ret konusunda bir karar verilmeden reddedilen hâkim tarafından veya onun katılımıyla bir sonraki oturuma başlanamaz.</w:t>
      </w:r>
    </w:p>
    <w:p>
      <w:pPr>
        <w:spacing w:after="80"/>
        <w:ind w:firstLine="454"/>
        <w:jc w:val="both"/>
      </w:pPr>
      <w:r>
        <w:t>(3) Ret isteminin kabulüne karar verildiğinde, gecikmesinde sakınca bulunan hâl nedeniyle yapılmış işlemler dışında, duruşma tekrarlanır.</w:t>
      </w:r>
    </w:p>
    <w:p>
      <w:pPr>
        <w:keepNext/>
        <w:spacing w:before="200" w:after="40"/>
      </w:pPr>
      <w:r>
        <w:rPr>
          <w:b/>
        </w:rPr>
        <w:t>Hâkimin çekinmesi ve inceleme mercii</w:t>
      </w:r>
    </w:p>
    <w:p>
      <w:pPr>
        <w:spacing w:after="80"/>
        <w:ind w:firstLine="454"/>
        <w:jc w:val="both"/>
      </w:pPr>
      <w:r>
        <w:rPr>
          <w:b/>
        </w:rPr>
        <w:t xml:space="preserve">MADDE 30 – </w:t>
      </w:r>
      <w:r>
        <w:t>(1) Hâkim, yasaklılığını gerektiren sebeplere dayanarak çekindiğinde; merci, bir başka hâkimi veya mahkemeyi davaya bakmakla görevlendirir.</w:t>
      </w:r>
    </w:p>
    <w:p>
      <w:pPr>
        <w:spacing w:after="80"/>
        <w:ind w:firstLine="454"/>
        <w:jc w:val="both"/>
      </w:pPr>
      <w:r>
        <w:t>(2) Hâkim, tarafsızlığını şüpheye düşürecek sebepler ileri sürerek çekindiğinde, merci çekinmenin uygun olup olmadığına karar verir. Çekinmenin uygun bulunması halinde, davaya bakmakla bir başka hâkim veya mahkeme görevlendirilir.</w:t>
      </w:r>
    </w:p>
    <w:p>
      <w:pPr>
        <w:spacing w:after="80"/>
        <w:ind w:firstLine="454"/>
        <w:jc w:val="both"/>
      </w:pPr>
      <w:r>
        <w:t>(3) Gecikmesinde sakınca bulunan hâllerde yapılan işler hakkında 29 uncu madde hükmü uygulanır.</w:t>
      </w:r>
    </w:p>
    <w:p>
      <w:pPr>
        <w:keepNext/>
        <w:spacing w:before="200" w:after="40"/>
      </w:pPr>
      <w:r>
        <w:rPr>
          <w:b/>
        </w:rPr>
        <w:t>Ret isteminin geri çevrilmesi</w:t>
      </w:r>
    </w:p>
    <w:p>
      <w:pPr>
        <w:spacing w:after="80"/>
        <w:ind w:firstLine="454"/>
        <w:jc w:val="both"/>
      </w:pPr>
      <w:r>
        <w:rPr>
          <w:b/>
        </w:rPr>
        <w:t xml:space="preserve">MADDE 31 – </w:t>
      </w:r>
      <w:r>
        <w:t>(1) Mahkeme, kovuşturma evresinde ileri sürülen hâkimin reddi istemini aşağıdaki durumlarda geri çevirir:</w:t>
      </w:r>
    </w:p>
    <w:p>
      <w:pPr>
        <w:spacing w:after="80"/>
        <w:ind w:firstLine="454"/>
        <w:jc w:val="both"/>
      </w:pPr>
      <w:r>
        <w:t>a) Ret istemi süresinde yapılmamışsa.</w:t>
      </w:r>
    </w:p>
    <w:p>
      <w:pPr>
        <w:spacing w:after="80"/>
        <w:ind w:firstLine="454"/>
        <w:jc w:val="both"/>
      </w:pPr>
      <w:r>
        <w:t>b) Ret sebebi ve delili gösterilmemişse.</w:t>
      </w:r>
    </w:p>
    <w:p>
      <w:pPr>
        <w:spacing w:after="80"/>
        <w:ind w:firstLine="454"/>
        <w:jc w:val="both"/>
      </w:pPr>
      <w:r>
        <w:t>c) Ret isteminin duruşmayı uzatmak amacı ile yapıldığı açıkça anlaşılıyorsa.</w:t>
      </w:r>
    </w:p>
    <w:p>
      <w:pPr>
        <w:spacing w:after="80"/>
        <w:ind w:firstLine="454"/>
        <w:jc w:val="both"/>
      </w:pPr>
      <w:r>
        <w:t>(2) Bu hâllerde ret istemi, toplu mahkemelerde reddedilen hâkimin müzakereye katılmasıyla, tek hâkimli mahkemelerde de reddedilen hâkimin kendisi tarafından geri çevrilir.</w:t>
      </w:r>
    </w:p>
    <w:p>
      <w:pPr>
        <w:spacing w:after="80"/>
        <w:ind w:firstLine="454"/>
        <w:jc w:val="both"/>
      </w:pPr>
      <w:r>
        <w:t>(3) Bu konudaki kararlara karşı itiraz yoluna başvurulabilir.</w:t>
      </w:r>
    </w:p>
    <w:p>
      <w:pPr>
        <w:keepNext/>
        <w:spacing w:before="200" w:after="40"/>
      </w:pPr>
      <w:r>
        <w:rPr>
          <w:b/>
        </w:rPr>
        <w:t>Zabıt kâtibinin reddi veya çekinmesi</w:t>
      </w:r>
    </w:p>
    <w:p>
      <w:pPr>
        <w:spacing w:after="80"/>
        <w:ind w:firstLine="454"/>
        <w:jc w:val="both"/>
      </w:pPr>
      <w:r>
        <w:rPr>
          <w:b/>
        </w:rPr>
        <w:t xml:space="preserve">MADDE 32 – </w:t>
      </w:r>
      <w:r>
        <w:t>(1) Bu Bölümde yazılı hükümler zabıt kâtipleri hakkında da uygulanır.</w:t>
      </w:r>
    </w:p>
    <w:p>
      <w:pPr>
        <w:spacing w:after="80"/>
        <w:ind w:firstLine="454"/>
        <w:jc w:val="both"/>
      </w:pPr>
      <w:r>
        <w:t>(2) Zabıt kâtibinin reddi veya kendisinin reddini gerektiren sebepleri bildirerek görevden çekinmesi hâlinde gereken karar, yanında çalıştığı mahkeme başkanı veya hâkim tarafından verilir.</w:t>
      </w:r>
    </w:p>
    <w:p>
      <w:pPr>
        <w:spacing w:after="80"/>
        <w:ind w:firstLine="454"/>
        <w:jc w:val="both"/>
      </w:pPr>
      <w:r>
        <w:t>(3) Aynı işte zabıt kâtibinin hâkim ile birlikte reddi istemi hakkında veya çekinmelerine karar verecek merci, hâkime göre belirlenir.</w:t>
      </w:r>
    </w:p>
    <w:p>
      <w:pPr>
        <w:spacing w:before="360"/>
        <w:jc w:val="center"/>
      </w:pPr>
      <w:r>
        <w:rPr>
          <w:b/>
          <w:sz w:val="24"/>
        </w:rPr>
        <w:t>İKINCI KISIM</w:t>
        <w:br/>
        <w:t>Kararlar, Açıklanması ve Tebliği, Süreler ve Eski Hâle Getirme</w:t>
      </w:r>
    </w:p>
    <w:p>
      <w:pPr>
        <w:spacing w:before="360"/>
        <w:jc w:val="center"/>
      </w:pPr>
      <w:r>
        <w:rPr>
          <w:b/>
          <w:sz w:val="24"/>
        </w:rPr>
        <w:t>BIRINCI BÖLÜM</w:t>
        <w:br/>
        <w:t>Kararlar, Açıklanması ve Tebliği</w:t>
      </w:r>
    </w:p>
    <w:p>
      <w:pPr>
        <w:keepNext/>
        <w:spacing w:before="200" w:after="40"/>
      </w:pPr>
      <w:r>
        <w:rPr>
          <w:b/>
        </w:rPr>
        <w:t>Kararların verilmesi usulü</w:t>
      </w:r>
    </w:p>
    <w:p>
      <w:pPr>
        <w:spacing w:after="80"/>
        <w:ind w:firstLine="454"/>
        <w:jc w:val="both"/>
      </w:pPr>
      <w:r>
        <w:rPr>
          <w:b/>
        </w:rPr>
        <w:t xml:space="preserve">MADDE 33 – </w:t>
      </w:r>
      <w:r>
        <w:t>(1) Duruşmada verilecek kararlar, Cumhuriyet savcısı, duruşmada hazır bulunan müdafi, vekil ve diğer ilgililer dinlendikten; duruşma dışındaki kararlar, Cumhuriyet savcısının yazılı veya sözlü görüşü alındıktan sonra verilir.</w:t>
      </w:r>
    </w:p>
    <w:p>
      <w:pPr>
        <w:keepNext/>
        <w:spacing w:before="200" w:after="40"/>
      </w:pPr>
      <w:r>
        <w:rPr>
          <w:b/>
        </w:rPr>
        <w:t>Kararların gerekçeli olması</w:t>
      </w:r>
    </w:p>
    <w:p>
      <w:pPr>
        <w:spacing w:after="80"/>
        <w:ind w:firstLine="454"/>
        <w:jc w:val="both"/>
      </w:pPr>
      <w:r>
        <w:rPr>
          <w:b/>
        </w:rPr>
        <w:t xml:space="preserve">MADDE 34 – </w:t>
      </w:r>
      <w:r>
        <w:t>(1) Hâkim ve mahkemelerin her türlü kararı, karşı oy dahil, gerekçeli olarak yazılır. Gerekçenin yazımında 230 uncu madde göz önünde bulundurulur. Kararların örneklerinde karşı oylar da gösterilir.</w:t>
      </w:r>
    </w:p>
    <w:p>
      <w:pPr>
        <w:spacing w:after="80"/>
        <w:ind w:firstLine="454"/>
        <w:jc w:val="both"/>
      </w:pPr>
      <w:r>
        <w:t>(2) Kararlarda, başvurulabilecek kanun yolu, süresi, mercii ve şekilleri belirtilir.</w:t>
      </w:r>
    </w:p>
    <w:p>
      <w:pPr>
        <w:keepNext/>
        <w:spacing w:before="200" w:after="40"/>
      </w:pPr>
      <w:r>
        <w:rPr>
          <w:b/>
        </w:rPr>
        <w:t>Kararların açıklanması ve tebliği</w:t>
      </w:r>
    </w:p>
    <w:p>
      <w:pPr>
        <w:spacing w:after="80"/>
        <w:ind w:firstLine="454"/>
        <w:jc w:val="both"/>
      </w:pPr>
      <w:r>
        <w:rPr>
          <w:b/>
        </w:rPr>
        <w:t xml:space="preserve">MADDE 35 – </w:t>
      </w:r>
      <w:r>
        <w:t>(1) İlgili tarafın yüzüne karşı verilen karar kendisine açıklanır ve isterse kararın bir örneği de verilir.</w:t>
      </w:r>
    </w:p>
    <w:p>
      <w:pPr>
        <w:spacing w:after="80"/>
        <w:ind w:firstLine="454"/>
        <w:jc w:val="both"/>
      </w:pPr>
      <w:r>
        <w:t>(2) Koruma tedbirlerine ilişkin olanlar hariç, aleyhine kanun yoluna başvurulabilecek hâkim veya mahkeme kararları, hazır bulunamayan ilgilisine tebliğ olunur.</w:t>
      </w:r>
    </w:p>
    <w:p>
      <w:pPr>
        <w:spacing w:after="80"/>
        <w:ind w:firstLine="454"/>
        <w:jc w:val="both"/>
      </w:pPr>
      <w:r>
        <w:t>(3) İlgili taraf serbest olmayan bir kişi veya tutuklu ise tebliğ edilen karar, kendisine okunup anlatılır.</w:t>
      </w:r>
    </w:p>
    <w:p>
      <w:pPr>
        <w:keepNext/>
        <w:spacing w:before="200" w:after="40"/>
      </w:pPr>
      <w:r>
        <w:rPr>
          <w:b/>
        </w:rPr>
        <w:t>Tebligat ve yazışma usulü</w:t>
      </w:r>
    </w:p>
    <w:p>
      <w:pPr>
        <w:spacing w:after="80"/>
        <w:ind w:firstLine="454"/>
        <w:jc w:val="both"/>
      </w:pPr>
      <w:r>
        <w:rPr>
          <w:b/>
        </w:rPr>
        <w:t xml:space="preserve">MADDE 36 – </w:t>
      </w:r>
      <w:r>
        <w:t>(1) Mahkeme başkanı veya hâkim, her türlü tebligatı, tüm gerçek veya özel hukuk tüzel kişileri veya kamu kurum ve kuruluşları ile ilgili yazışmaları yapar.</w:t>
      </w:r>
    </w:p>
    <w:p>
      <w:pPr>
        <w:spacing w:after="80"/>
        <w:ind w:firstLine="454"/>
        <w:jc w:val="both"/>
      </w:pPr>
      <w:r>
        <w:t>(2) İnfaz edilecek kararlar, Cumhuriyet Başsavcılığına verilir.</w:t>
      </w:r>
    </w:p>
    <w:p>
      <w:pPr>
        <w:keepNext/>
        <w:spacing w:before="200" w:after="40"/>
      </w:pPr>
      <w:r>
        <w:rPr>
          <w:b/>
        </w:rPr>
        <w:t>Tebligat usulleri</w:t>
      </w:r>
    </w:p>
    <w:p>
      <w:pPr>
        <w:spacing w:after="80"/>
        <w:ind w:firstLine="454"/>
        <w:jc w:val="both"/>
      </w:pPr>
      <w:r>
        <w:rPr>
          <w:b/>
        </w:rPr>
        <w:t xml:space="preserve">MADDE 37 – </w:t>
      </w:r>
      <w:r>
        <w:t>(1) Tebligat, bu Kanunda belirtilen özel hükümler saklı kalmak koşuluyla, ilgili kanunda belirtilen hükümlere göre yapılır.</w:t>
      </w:r>
    </w:p>
    <w:p>
      <w:pPr>
        <w:spacing w:after="80"/>
        <w:ind w:firstLine="454"/>
        <w:jc w:val="both"/>
      </w:pPr>
      <w:r>
        <w:t>(2) Uluslararası andlaşmalar, yazılı belgelerin doğrudan doğruya postayla veya diğer iletişim araçlarıyla gönderilmesini kabul ettiğinde; yurt dışına yapılan tebligat, iadeli taahhütlü posta veya diğer iletişim araçları ile gerçekleştirilir.</w:t>
      </w:r>
    </w:p>
    <w:p>
      <w:pPr>
        <w:keepNext/>
        <w:spacing w:before="200" w:after="40"/>
      </w:pPr>
      <w:r>
        <w:rPr>
          <w:b/>
        </w:rPr>
        <w:t>Cumhuriyet Başsavcılığına yapılan tebligat</w:t>
      </w:r>
    </w:p>
    <w:p>
      <w:pPr>
        <w:spacing w:after="80"/>
        <w:ind w:firstLine="454"/>
        <w:jc w:val="both"/>
      </w:pPr>
      <w:r>
        <w:rPr>
          <w:b/>
        </w:rPr>
        <w:t xml:space="preserve">MADDE 38 – </w:t>
      </w:r>
      <w:r>
        <w:t>(1) Cumhuriyet Başsavcılığına yapılan tebligat, tebliği gereken evrakın aslının verilmesi suretiyle olur. Tebliğ ile bir süre işlemeye başlıyorsa verildiği gün, Cumhuriyet Başsavcılığı tarafından evrakın aslına yazılır.</w:t>
      </w:r>
    </w:p>
    <w:p>
      <w:pPr>
        <w:keepNext/>
        <w:spacing w:before="200" w:after="40"/>
      </w:pPr>
      <w:r>
        <w:rPr>
          <w:b/>
        </w:rPr>
        <w:t>Elektronik işlemler</w:t>
      </w:r>
    </w:p>
    <w:p>
      <w:pPr>
        <w:spacing w:after="80"/>
        <w:ind w:firstLine="454"/>
        <w:jc w:val="both"/>
      </w:pPr>
      <w:r>
        <w:rPr>
          <w:b/>
        </w:rPr>
        <w:t xml:space="preserve">MADDE 38/A – </w:t>
      </w:r>
      <w:r>
        <w:rPr>
          <w:color w:val="666666"/>
          <w:sz w:val="17"/>
        </w:rPr>
        <w:t>(Ek: 2/7/2012-6352/95 md.)</w:t>
      </w:r>
    </w:p>
    <w:p>
      <w:pPr>
        <w:spacing w:after="80"/>
        <w:ind w:firstLine="454"/>
        <w:jc w:val="both"/>
      </w:pPr>
      <w:r>
        <w:t>(1) Her türlü ceza muhakemesi işlemlerinde Ulusal Yargı Ağı Bilişim Sistemi (UYAP) kullanılır. Bu işlemlere ilişkin her türlü veri, bilgi, belge ve karar, UYAP vasıtasıyla işlenir, kaydedilir ve saklanır.</w:t>
      </w:r>
    </w:p>
    <w:p>
      <w:pPr>
        <w:spacing w:after="80"/>
        <w:ind w:firstLine="454"/>
        <w:jc w:val="both"/>
      </w:pPr>
      <w:r>
        <w:t>(2) Kanunlarda gösterilen istisnalar hariç olmak üzere, dosyalar güvenli elektronik imza kullanılarak UYAP’tan incelenebilir ve her türlü ceza muhakemesi işlemi yapılabilir.</w:t>
      </w:r>
    </w:p>
    <w:p>
      <w:pPr>
        <w:spacing w:after="80"/>
        <w:ind w:firstLine="454"/>
        <w:jc w:val="both"/>
      </w:pPr>
      <w:r>
        <w:t>(3) Bu Kanun kapsamında fiziki olarak hazırlanması öngörülen her türlü belge ve karar elektronik ortamda düzenlenebilir, işlenebilir, saklanabilir ve güvenli elektronik imza ile imzalanabilir.</w:t>
      </w:r>
    </w:p>
    <w:p>
      <w:pPr>
        <w:spacing w:after="80"/>
        <w:ind w:firstLine="454"/>
        <w:jc w:val="both"/>
      </w:pPr>
      <w:r>
        <w:t>(4) Güvenli elektronik imza ile imzalanan belge ve kararlar diğer kişi veya kurumlara elektronik ortamda gönderilir. Güvenli elektronik imza ile imzalanarak gönderilen belge veya kararlar, gerekmedikçe fiziki olarak ayrıca düzenlenmez ve ilgili kurum ve kişilere gönderilmez.</w:t>
      </w:r>
    </w:p>
    <w:p>
      <w:pPr>
        <w:spacing w:after="80"/>
        <w:ind w:firstLine="454"/>
        <w:jc w:val="both"/>
      </w:pPr>
      <w:r>
        <w:t>(5) Elektronik imzalı belgenin elle atılan imzalı belgeyle çelişmesi halinde UYAP’ta kayıtlı olan güvenli elektronik imzalı belge geçerli kabul edilir.</w:t>
      </w:r>
    </w:p>
    <w:p>
      <w:pPr>
        <w:spacing w:after="80"/>
        <w:ind w:firstLine="454"/>
        <w:jc w:val="both"/>
      </w:pPr>
      <w:r>
        <w:t>(6) Güvenli elektronik imza ile imzalanan belge ve kararlarda, mühürleme işlemi ile kanunlarda birden fazla nüshanın düzenlenmesini öngören hükümler uygulanmaz.</w:t>
      </w:r>
    </w:p>
    <w:p>
      <w:pPr>
        <w:spacing w:after="80"/>
        <w:ind w:firstLine="454"/>
        <w:jc w:val="both"/>
      </w:pPr>
      <w:r>
        <w:t>(7) Zorunlu nedenlerle fiziki olarak düzenlenmiş belge veya kararlar, yetkili kişilerce taranarak UYAP’a aktarılır ve gerektiğinde ilgili birimlere elektronik ortamda gönderilir.</w:t>
      </w:r>
    </w:p>
    <w:p>
      <w:pPr>
        <w:spacing w:after="80"/>
        <w:ind w:firstLine="454"/>
        <w:jc w:val="both"/>
      </w:pPr>
      <w:r>
        <w:t>(8) Elektronik ortamdan fiziki örnek çıkartılması gereken hallerde tutanak veya belgenin aslının aynı olduğu belirtilerek hâkim, Cumhuriyet savcısı veya görevlendirilen yetkili kişi tarafından imzalanır ve mühürlenir.</w:t>
      </w:r>
    </w:p>
    <w:p>
      <w:pPr>
        <w:spacing w:after="80"/>
        <w:ind w:firstLine="454"/>
        <w:jc w:val="both"/>
      </w:pPr>
      <w:r>
        <w:t>(9) Elektronik ortamda yapılan işlemlerde süre gün sonunda biter.</w:t>
      </w:r>
    </w:p>
    <w:p>
      <w:pPr>
        <w:spacing w:after="80"/>
        <w:ind w:firstLine="454"/>
        <w:jc w:val="both"/>
      </w:pPr>
      <w:r>
        <w:t>(10) Yargı birimlerinin ihtiyaç duyduğu nüfus, tapu, adlî sicil kaydı gibi dış bilişim sistemlerinden UYAP vasıtasıyla temin edilen bilgi, belge ve kayıtlar, zorunlu olmadıkça ayrıca fiziki olarak istenilmez. UYAP’tan dış bilişim sistemlerine gönderilen bilgi ve belgeler ayrıca zorunlu olmadıkça fiziki ortamda gönderilmez.</w:t>
      </w:r>
    </w:p>
    <w:p>
      <w:pPr>
        <w:spacing w:after="80"/>
        <w:ind w:firstLine="454"/>
        <w:jc w:val="both"/>
      </w:pPr>
      <w:r>
        <w:t>(11) Ceza muhakemesi işlemlerinin UYAP’ta yapılmasına dair usul ve esaslar, Adalet Bakanlığı tarafından çıkarılacak yönetmelikle düzenlenir.</w:t>
      </w:r>
    </w:p>
    <w:p>
      <w:pPr>
        <w:spacing w:before="360"/>
        <w:jc w:val="center"/>
      </w:pPr>
      <w:r>
        <w:rPr>
          <w:b/>
          <w:sz w:val="24"/>
        </w:rPr>
        <w:t>İKINCI BÖLÜM</w:t>
        <w:br/>
        <w:t>Süreler ve Eski Hâle Getirme</w:t>
      </w:r>
    </w:p>
    <w:p>
      <w:pPr>
        <w:keepNext/>
        <w:spacing w:before="200" w:after="40"/>
      </w:pPr>
      <w:r>
        <w:rPr>
          <w:b/>
        </w:rPr>
        <w:t>Sürelerin hesaplanması</w:t>
      </w:r>
    </w:p>
    <w:p>
      <w:pPr>
        <w:spacing w:after="80"/>
        <w:ind w:firstLine="454"/>
        <w:jc w:val="both"/>
      </w:pPr>
      <w:r>
        <w:rPr>
          <w:b/>
        </w:rPr>
        <w:t xml:space="preserve">MADDE 39 – </w:t>
      </w:r>
      <w:r>
        <w:t>(1) Gün ile belirlenen süreler, tebligatın yapıldığının ertesi günü işlemeye başlar.</w:t>
      </w:r>
    </w:p>
    <w:p>
      <w:pPr>
        <w:spacing w:after="80"/>
        <w:ind w:firstLine="454"/>
        <w:jc w:val="both"/>
      </w:pPr>
      <w:r>
        <w:t>(2) Süre, hafta olarak belirlenmiş ise, tebligatın yapıldığı günün, son haftada isim itibarıyla karşılığı olan günün mesai saati bitiminde sona erer.</w:t>
      </w:r>
    </w:p>
    <w:p>
      <w:pPr>
        <w:spacing w:after="80"/>
        <w:ind w:firstLine="454"/>
        <w:jc w:val="both"/>
      </w:pPr>
      <w:r>
        <w:t>(3) Süre, ay olarak belirlenmiş ise tebligatın yapıldığı günün, son ayda sayı itibarıyla karşılığı olan günün mesai saati bitiminde sona erer. Son bulduğu ayda sayı itibarıyla karşılığı olan gün yoksa; süre, ayın son günü mesai saati bitiminde sona erer.</w:t>
      </w:r>
    </w:p>
    <w:p>
      <w:pPr>
        <w:spacing w:after="80"/>
        <w:ind w:firstLine="454"/>
        <w:jc w:val="both"/>
      </w:pPr>
      <w:r>
        <w:t>(4) Son gün bir tatile rastlarsa süre, tatilin ertesi günü biter.</w:t>
      </w:r>
    </w:p>
    <w:p>
      <w:pPr>
        <w:keepNext/>
        <w:spacing w:before="200" w:after="40"/>
      </w:pPr>
      <w:r>
        <w:rPr>
          <w:b/>
        </w:rPr>
        <w:t>Eski hâle getirme</w:t>
      </w:r>
    </w:p>
    <w:p>
      <w:pPr>
        <w:spacing w:after="80"/>
        <w:ind w:firstLine="454"/>
        <w:jc w:val="both"/>
      </w:pPr>
      <w:r>
        <w:rPr>
          <w:b/>
        </w:rPr>
        <w:t xml:space="preserve">MADDE 40 – </w:t>
      </w:r>
      <w:r>
        <w:t>(1) Kusuru olmaksızın bir süreyi geçirmiş olan kişi, eski hale getirme isteminde bulunabilir.</w:t>
      </w:r>
    </w:p>
    <w:p>
      <w:pPr>
        <w:spacing w:after="80"/>
        <w:ind w:firstLine="454"/>
        <w:jc w:val="both"/>
      </w:pPr>
      <w:r>
        <w:t>(2) Kanun yoluna başvuru hakkı kendisine bildirilmemesi halinde de, kişi kusursuz sayılır.</w:t>
      </w:r>
    </w:p>
    <w:p>
      <w:pPr>
        <w:keepNext/>
        <w:spacing w:before="200" w:after="40"/>
      </w:pPr>
      <w:r>
        <w:rPr>
          <w:b/>
        </w:rPr>
        <w:t>Eski hâle getirme dilekçesi</w:t>
      </w:r>
    </w:p>
    <w:p>
      <w:pPr>
        <w:spacing w:after="80"/>
        <w:ind w:firstLine="454"/>
        <w:jc w:val="both"/>
      </w:pPr>
      <w:r>
        <w:rPr>
          <w:b/>
        </w:rPr>
        <w:t xml:space="preserve">MADDE 41 – </w:t>
      </w:r>
      <w:r>
        <w:t>(1) Eski hâle getirme dilekçesi, engelin kalkmasından itibaren iki hafta içinde, süreye uyulduğunda usule ilişkin işlemleri yapacak olan mahkemeye verilir.</w:t>
      </w:r>
    </w:p>
    <w:p>
      <w:pPr>
        <w:spacing w:after="80"/>
        <w:ind w:firstLine="454"/>
        <w:jc w:val="both"/>
      </w:pPr>
      <w:r>
        <w:t>(2) Dilekçe sahibi, sürenin geçmesinde kusuru olmadığına ilişkin olguları, varsa belgelerini de ekleyerek açıklar. Dilekçe verildiği anda usule ilişkin yapılamayan işlemler de yerine getirilir.</w:t>
      </w:r>
    </w:p>
    <w:p>
      <w:pPr>
        <w:keepNext/>
        <w:spacing w:before="200" w:after="40"/>
      </w:pPr>
      <w:r>
        <w:rPr>
          <w:b/>
        </w:rPr>
        <w:t>Eski hâle getirme dilekçesi üzerine verilecek karar</w:t>
      </w:r>
    </w:p>
    <w:p>
      <w:pPr>
        <w:spacing w:after="80"/>
        <w:ind w:firstLine="454"/>
        <w:jc w:val="both"/>
      </w:pPr>
      <w:r>
        <w:rPr>
          <w:b/>
        </w:rPr>
        <w:t xml:space="preserve">MADDE 42 – </w:t>
      </w:r>
      <w:r>
        <w:t>(1) Süresi içinde usul işlemi yapılsaydı, esasa hangi mahkeme hükmedecek idiyse, eski hâle getirme dilekçesi hakkında da o mahkeme karar verir.</w:t>
      </w:r>
    </w:p>
    <w:p>
      <w:pPr>
        <w:spacing w:after="80"/>
        <w:ind w:firstLine="454"/>
        <w:jc w:val="both"/>
      </w:pPr>
      <w:r>
        <w:t>(2) Eski hâle getirme isteminin kabulüne ilişkin karar kesindir; reddine ilişkin karara karşı itiraz yoluna gidilebilir.</w:t>
      </w:r>
    </w:p>
    <w:p>
      <w:pPr>
        <w:spacing w:after="80"/>
        <w:ind w:firstLine="454"/>
        <w:jc w:val="both"/>
      </w:pPr>
      <w:r>
        <w:t>(3) Eski hâle getirme dilekçesi, kararın yerine getirilmesini durdurmaz; ancak, mahkeme yerine getirmeyi erteleyebilir.</w:t>
      </w:r>
    </w:p>
    <w:p>
      <w:pPr>
        <w:spacing w:before="360"/>
        <w:jc w:val="center"/>
      </w:pPr>
      <w:r>
        <w:rPr>
          <w:b/>
          <w:sz w:val="24"/>
        </w:rPr>
        <w:t>ÜÇÜNCÜ KISIM</w:t>
        <w:br/>
        <w:t>Tanıklık, Bilirkişi İncelemesi ve Keşif</w:t>
      </w:r>
    </w:p>
    <w:p>
      <w:pPr>
        <w:spacing w:before="360"/>
        <w:jc w:val="center"/>
      </w:pPr>
      <w:r>
        <w:rPr>
          <w:b/>
          <w:sz w:val="24"/>
        </w:rPr>
        <w:t>BIRINCI BÖLÜM</w:t>
        <w:br/>
        <w:t>Tanıklık</w:t>
      </w:r>
    </w:p>
    <w:p>
      <w:pPr>
        <w:keepNext/>
        <w:spacing w:before="200" w:after="40"/>
      </w:pPr>
      <w:r>
        <w:rPr>
          <w:b/>
        </w:rPr>
        <w:t>Tanıkların çağrılması</w:t>
      </w:r>
    </w:p>
    <w:p>
      <w:pPr>
        <w:spacing w:after="80"/>
        <w:ind w:firstLine="454"/>
        <w:jc w:val="both"/>
      </w:pPr>
      <w:r>
        <w:rPr>
          <w:b/>
        </w:rPr>
        <w:t xml:space="preserve">MADDE 43 – </w:t>
      </w:r>
      <w:r>
        <w:t>(1) Tanıklar çağrı kâğıdı ile çağrılır. Çağrı kâğıdında gelmemenin sonuçları bildirilir. Tutuklu işlerde tanıklar için zorla getirme kararı verilebilir. Karar yazısında bu yoldan getirilmenin nedenleri gösterilir ve bunlara çağrı kâğıdı ile gelen tanıklar hakkındaki işlem uygulanır.</w:t>
      </w:r>
    </w:p>
    <w:p>
      <w:pPr>
        <w:spacing w:after="80"/>
        <w:ind w:firstLine="454"/>
        <w:jc w:val="both"/>
      </w:pPr>
      <w:r>
        <w:t>(2) Bu çağrı telefon, telgraf, faks, elektronik posta gibi araçlardan yararlanılmak suretiyle de yapılabilir. Ancak, çağrı kâğıdına bağlanan sonuçlar, bu durumda uygulanmaz.</w:t>
      </w:r>
    </w:p>
    <w:p>
      <w:pPr>
        <w:spacing w:after="80"/>
        <w:ind w:firstLine="454"/>
        <w:jc w:val="both"/>
      </w:pPr>
      <w:r>
        <w:t>(3) Mahkeme, duruşmanın devamı sırasında hemen dinlenilmesi gerekli görülen tanıkların belirteceği gün ve saatte hazır bulundurulmasını görevlilere yazılı olarak emredebilir.</w:t>
      </w:r>
    </w:p>
    <w:p>
      <w:pPr>
        <w:spacing w:after="80"/>
        <w:ind w:firstLine="454"/>
        <w:jc w:val="both"/>
      </w:pPr>
      <w:r>
        <w:t>(4) Cumhurbaşkanı kendi takdiri ile tanıklıktan çekinebilir. Tanıklık yapmayı istemesi halinde beyanı konutunda alınabilir ya da yazılı olarak gönderebilir.</w:t>
      </w:r>
    </w:p>
    <w:p>
      <w:pPr>
        <w:spacing w:after="80"/>
        <w:ind w:firstLine="454"/>
        <w:jc w:val="both"/>
      </w:pPr>
      <w:r>
        <w:t>(5) Bu madde hükümleri, kişinin ancak Cumhuriyet savcısı, hâkim veya mahkeme önünde tanık olarak dinlenmesi halinde uygulanabilir.</w:t>
      </w:r>
    </w:p>
    <w:p>
      <w:pPr>
        <w:keepNext/>
        <w:spacing w:before="200" w:after="40"/>
      </w:pPr>
      <w:r>
        <w:rPr>
          <w:b/>
        </w:rPr>
        <w:t>Çağrıya uymayan tanıklar</w:t>
      </w:r>
    </w:p>
    <w:p>
      <w:pPr>
        <w:spacing w:after="80"/>
        <w:ind w:firstLine="454"/>
        <w:jc w:val="both"/>
      </w:pPr>
      <w:r>
        <w:rPr>
          <w:b/>
        </w:rPr>
        <w:t xml:space="preserve">MADDE 44 – </w:t>
      </w:r>
      <w:r>
        <w:t xml:space="preserve">(1) Usulüne uygun olarak çağrılıp da mazeretini bildirmeksizin gelmeyen tanıklar zorla getirilir ve gelmemelerinin sebep olduğu giderler takdir edilerek, kamu alacaklarının tahsili usulüne göre ödettirilir. Zorla getirilen tanık evvelce gelmemesini haklı gösterecek sebepleri sonradan bildirirse aleyhine hükmedilen giderler kaldırılır. </w:t>
      </w:r>
      <w:r>
        <w:rPr>
          <w:color w:val="666666"/>
          <w:sz w:val="17"/>
        </w:rPr>
        <w:t>(Ek cümle:8/7/2021-7331/11 md.)</w:t>
      </w:r>
      <w:r>
        <w:t xml:space="preserve"> Zorla getirme kararı; telefon, telgraf, faks, elektronik posta gibi iletişim bilgilerinin dosyada bulunması hâlinde bu araçlardan yararlanılmak suretiyle de tanığa bildirilir.</w:t>
      </w:r>
    </w:p>
    <w:p>
      <w:pPr>
        <w:spacing w:after="80"/>
        <w:ind w:firstLine="454"/>
        <w:jc w:val="both"/>
      </w:pPr>
      <w:r>
        <w:t>(2) Fiilî hizmette bulunan askerler hakkındaki zorla getirme kararı askerî makamlar aracılığıyla infaz olunur.</w:t>
      </w:r>
    </w:p>
    <w:p>
      <w:pPr>
        <w:keepNext/>
        <w:spacing w:before="200" w:after="40"/>
      </w:pPr>
      <w:r>
        <w:rPr>
          <w:b/>
        </w:rPr>
        <w:t>Tanıklıktan çekinme</w:t>
      </w:r>
    </w:p>
    <w:p>
      <w:pPr>
        <w:spacing w:after="80"/>
        <w:ind w:firstLine="454"/>
        <w:jc w:val="both"/>
      </w:pPr>
      <w:r>
        <w:rPr>
          <w:b/>
        </w:rPr>
        <w:t xml:space="preserve">MADDE 45 – </w:t>
      </w:r>
      <w:r>
        <w:t>(1) Aşağıdaki kimseler tanıklıktan çekinebilir:</w:t>
      </w:r>
    </w:p>
    <w:p>
      <w:pPr>
        <w:spacing w:after="80"/>
        <w:ind w:firstLine="454"/>
        <w:jc w:val="both"/>
      </w:pPr>
      <w:r>
        <w:t>a) Şüpheli veya sanığın nişanlısı.</w:t>
      </w:r>
    </w:p>
    <w:p>
      <w:pPr>
        <w:spacing w:after="80"/>
        <w:ind w:firstLine="454"/>
        <w:jc w:val="both"/>
      </w:pPr>
      <w:r>
        <w:t>b) Evlilik bağı kalmasa bile şüpheli veya sanığın eşi.</w:t>
      </w:r>
    </w:p>
    <w:p>
      <w:pPr>
        <w:spacing w:after="80"/>
        <w:ind w:firstLine="454"/>
        <w:jc w:val="both"/>
      </w:pPr>
      <w:r>
        <w:t>c) Şüpheli veya sanığın kan hısımlığından veya kayın hısımlığından üstsoy veya altsoyu.</w:t>
      </w:r>
    </w:p>
    <w:p>
      <w:pPr>
        <w:spacing w:after="80"/>
        <w:ind w:firstLine="454"/>
        <w:jc w:val="both"/>
      </w:pPr>
      <w:r>
        <w:t>d) Şüpheli veya sanığın üçüncü derece dahil kan veya ikinci derece dahil kayın hısımları.</w:t>
      </w:r>
    </w:p>
    <w:p>
      <w:pPr>
        <w:spacing w:after="80"/>
        <w:ind w:firstLine="454"/>
        <w:jc w:val="both"/>
      </w:pPr>
      <w:r>
        <w:t>e) Şüpheli veya sanıkla aralarında evlâtlık bağı bulunanlar.</w:t>
      </w:r>
    </w:p>
    <w:p>
      <w:pPr>
        <w:spacing w:after="80"/>
        <w:ind w:firstLine="454"/>
        <w:jc w:val="both"/>
      </w:pPr>
      <w:r>
        <w:t>(2) Yaş küçüklüğü, akıl hastalığı veya akıl zayıflığı nedeniyle tanıklıktan çekinmenin önemini anlayabilecek durumda olmayanlar, kanunî temsilcilerinin rızalarıyla tanık olarak dinlenebilirler. Kanunî temsilci şüpheli veya sanık ise, bu kişilerin çekinmeleri konusunda karar veremez.</w:t>
      </w:r>
    </w:p>
    <w:p>
      <w:pPr>
        <w:spacing w:after="80"/>
        <w:ind w:firstLine="454"/>
        <w:jc w:val="both"/>
      </w:pPr>
      <w:r>
        <w:t>(3) Tanıklıktan çekinebilecek olan kimselere, dinlenmeden önce tanıklıktan çekinebilecekleri bildirilir. Bu kimseler, dinlenirken de her zaman tanıklıktan çekinebilirler.</w:t>
      </w:r>
    </w:p>
    <w:p>
      <w:pPr>
        <w:keepNext/>
        <w:spacing w:before="200" w:after="40"/>
      </w:pPr>
      <w:r>
        <w:rPr>
          <w:b/>
        </w:rPr>
        <w:t>Meslek ve sürekli uğraşıları sebebiyle tanıklıktan çekinme</w:t>
      </w:r>
    </w:p>
    <w:p>
      <w:pPr>
        <w:spacing w:after="80"/>
        <w:ind w:firstLine="454"/>
        <w:jc w:val="both"/>
      </w:pPr>
      <w:r>
        <w:rPr>
          <w:b/>
        </w:rPr>
        <w:t xml:space="preserve">MADDE 46 – </w:t>
      </w:r>
      <w:r>
        <w:t>(1) Meslekleri ve sürekli uğraşıları sebebiyle tanıklıktan çekinebilecekler ile çekinme konu ve koşulları şunlardır:</w:t>
      </w:r>
    </w:p>
    <w:p>
      <w:pPr>
        <w:spacing w:after="80"/>
        <w:ind w:firstLine="454"/>
        <w:jc w:val="both"/>
      </w:pPr>
      <w:r>
        <w:t>a) Avukatlar veya stajyerleri veya yardımcılarının, bu sıfatları dolayısıyla veya yüklendikleri yargı görevi sebebiyle öğrendikleri bilgiler.</w:t>
      </w:r>
    </w:p>
    <w:p>
      <w:pPr>
        <w:spacing w:after="80"/>
        <w:ind w:firstLine="454"/>
        <w:jc w:val="both"/>
      </w:pPr>
      <w:r>
        <w:t>b) Hekimler, diş hekimleri, eczacılar, ebeler ve bunların yardımcıları ve diğer bütün tıp meslek veya sanatları mensuplarının, bu sıfatları dolayısıyla hastaları ve bunların yakınları hakkında öğrendikleri bilgiler.</w:t>
      </w:r>
    </w:p>
    <w:p>
      <w:pPr>
        <w:spacing w:after="80"/>
        <w:ind w:firstLine="454"/>
        <w:jc w:val="both"/>
      </w:pPr>
      <w:r>
        <w:t>c) Malî işlerde görevlendirilmiş müşavirler ve noterlerin bu sıfatları dolayısıyla hizmet verdikleri kişiler hakkında öğrendikleri bilgiler.</w:t>
      </w:r>
    </w:p>
    <w:p>
      <w:pPr>
        <w:spacing w:after="80"/>
        <w:ind w:firstLine="454"/>
        <w:jc w:val="both"/>
      </w:pPr>
      <w:r>
        <w:t>(2) Yukarıdaki fıkranın (a) bendinde belirtilenler dışında kalan kişiler, ilgilinin rızasının varlığı halinde, tanıklıktan çekinemez.</w:t>
      </w:r>
    </w:p>
    <w:p>
      <w:pPr>
        <w:keepNext/>
        <w:spacing w:before="200" w:after="40"/>
      </w:pPr>
      <w:r>
        <w:rPr>
          <w:b/>
        </w:rPr>
        <w:t>Devlet sırrı niteliğindeki bilgilerle ilgili tanıklık</w:t>
      </w:r>
    </w:p>
    <w:p>
      <w:pPr>
        <w:spacing w:after="80"/>
        <w:ind w:firstLine="454"/>
        <w:jc w:val="both"/>
      </w:pPr>
      <w:r>
        <w:rPr>
          <w:b/>
        </w:rPr>
        <w:t xml:space="preserve">MADDE 47 – </w:t>
      </w:r>
      <w:r>
        <w:t>(1) Bir suç olgusuna ilişkin bilgiler, Devlet sırrı olarak mahkemeye karşı gizli tutulamaz. Açıklanması, Devletin dış ilişkilerine, milli savunmasına ve milli güvenliğine zarar verebilecek; anayasal düzeni ve dış ilişkilerinde tehlike yaratabilecek nitelikteki bilgiler, Devlet sırrı sayılır.</w:t>
      </w:r>
    </w:p>
    <w:p>
      <w:pPr>
        <w:spacing w:after="80"/>
        <w:ind w:firstLine="454"/>
        <w:jc w:val="both"/>
      </w:pPr>
      <w:r>
        <w:t>(2) Tanıklık konusu bilgilerin Devlet sırrı niteliğini taşıması halinde; tanık, sadece mahkeme hâkimi veya heyeti tarafından zâbıt kâtibi dahi olmaksızın dinlenir. Hâkim veya mahkeme başkanı, daha sonra, bu tanık açıklamalarından, sadece yüklenen suçu açıklığa kavuşturabilecek nitelikte olan bilgileri tutanağa kaydettirir.</w:t>
      </w:r>
    </w:p>
    <w:p>
      <w:pPr>
        <w:spacing w:after="80"/>
        <w:ind w:firstLine="454"/>
        <w:jc w:val="both"/>
      </w:pPr>
      <w:r>
        <w:t>(3) Bu madde hükmü, hapis cezasının alt sınırı beş yıl veya daha fazla olan suçlarla ilgili olarak uygulanır.</w:t>
      </w:r>
    </w:p>
    <w:p>
      <w:pPr>
        <w:spacing w:after="80"/>
        <w:ind w:firstLine="454"/>
        <w:jc w:val="both"/>
      </w:pPr>
      <w:r>
        <w:t>(4) Cumhurbaşkanının tanıklığı söz konusu olduğunda sırrın niteliğini ve mahkemeye bildirilmesi hususunu kendisi takdir eder.</w:t>
      </w:r>
    </w:p>
    <w:p>
      <w:pPr>
        <w:keepNext/>
        <w:spacing w:before="200" w:after="40"/>
      </w:pPr>
      <w:r>
        <w:rPr>
          <w:b/>
        </w:rPr>
        <w:t>Kendisi veya yakınları aleyhine tanıklıktan çekinme</w:t>
      </w:r>
    </w:p>
    <w:p>
      <w:pPr>
        <w:spacing w:after="80"/>
        <w:ind w:firstLine="454"/>
        <w:jc w:val="both"/>
      </w:pPr>
      <w:r>
        <w:rPr>
          <w:b/>
        </w:rPr>
        <w:t xml:space="preserve">MADDE 48 – </w:t>
      </w:r>
      <w:r>
        <w:t>(1) Tanık, kendisini veya 45 inci maddenin birinci fıkrasında gösterilen kişileri ceza kovuşturmasına uğratabilecek nitelikte olan sorulara cevap vermekten çekinebilir. Tanığa cevap vermekten çekinebileceği önceden bildirilir.</w:t>
      </w:r>
    </w:p>
    <w:p>
      <w:pPr>
        <w:keepNext/>
        <w:spacing w:before="200" w:after="40"/>
      </w:pPr>
      <w:r>
        <w:rPr>
          <w:b/>
        </w:rPr>
        <w:t>Tanıklıktan çekinme sebebinin bildirilmesi</w:t>
      </w:r>
    </w:p>
    <w:p>
      <w:pPr>
        <w:spacing w:after="80"/>
        <w:ind w:firstLine="454"/>
        <w:jc w:val="both"/>
      </w:pPr>
      <w:r>
        <w:rPr>
          <w:b/>
        </w:rPr>
        <w:t xml:space="preserve">MADDE 49 – </w:t>
      </w:r>
      <w:r>
        <w:t>(1) Mahkeme başkanı veya hâkim veya Cumhuriyet savcısı tarafından gerekli görüldüğünde 45, 46 ve 48 inci maddelerde gösterilen hâllerde tanık, tanıklıktan çekinmesinin dayanağını oluşturan olguları bildirir ve bu hususta gerektiğinde kendisine yemin verdirilir.</w:t>
      </w:r>
    </w:p>
    <w:p>
      <w:pPr>
        <w:keepNext/>
        <w:spacing w:before="200" w:after="40"/>
      </w:pPr>
      <w:r>
        <w:rPr>
          <w:b/>
        </w:rPr>
        <w:t>Yemin verilmeyen tanıklar</w:t>
      </w:r>
    </w:p>
    <w:p>
      <w:pPr>
        <w:spacing w:after="80"/>
        <w:ind w:firstLine="454"/>
        <w:jc w:val="both"/>
      </w:pPr>
      <w:r>
        <w:rPr>
          <w:b/>
        </w:rPr>
        <w:t xml:space="preserve">MADDE 50 – </w:t>
      </w:r>
      <w:r>
        <w:t>(1) Aşağıdaki kimseler yeminsiz dinlenir:</w:t>
      </w:r>
    </w:p>
    <w:p>
      <w:pPr>
        <w:spacing w:after="80"/>
        <w:ind w:firstLine="454"/>
        <w:jc w:val="both"/>
      </w:pPr>
      <w:r>
        <w:t>a) Dinlenme sırasında onbeş yaşını doldurmamış olanlar.</w:t>
      </w:r>
    </w:p>
    <w:p>
      <w:pPr>
        <w:spacing w:after="80"/>
        <w:ind w:firstLine="454"/>
        <w:jc w:val="both"/>
      </w:pPr>
      <w:r>
        <w:t>b) Ayırt etme gücüne sahip olmamaları nedeniyle yeminin niteliği ve önemini kavrayamayanlar.</w:t>
      </w:r>
    </w:p>
    <w:p>
      <w:pPr>
        <w:spacing w:after="80"/>
        <w:ind w:firstLine="454"/>
        <w:jc w:val="both"/>
      </w:pPr>
      <w:r>
        <w:t>c) Soruşturma veya kovuşturma konusu suçlara iştirakten veya bu suçlar nedeniyle suçluyu kayırmaktan ya da suç delillerini yok etme, gizleme veya değiştirmekten şüpheli, sanık veya hükümlü olanlar.</w:t>
      </w:r>
    </w:p>
    <w:p>
      <w:pPr>
        <w:keepNext/>
        <w:spacing w:before="200" w:after="40"/>
      </w:pPr>
      <w:r>
        <w:rPr>
          <w:b/>
        </w:rPr>
        <w:t>Tanıklıktan çekinebilecek kimsenin çekinmemesi</w:t>
      </w:r>
    </w:p>
    <w:p>
      <w:pPr>
        <w:spacing w:after="80"/>
        <w:ind w:firstLine="454"/>
        <w:jc w:val="both"/>
      </w:pPr>
      <w:r>
        <w:rPr>
          <w:b/>
        </w:rPr>
        <w:t xml:space="preserve">MADDE 51 – </w:t>
      </w:r>
      <w:r>
        <w:t>(1) 45 inci madde gereğince tanıklıktan çekinebileceklere yemin verip vermemek hâkim veya mahkemenin takdirine bağlıdır. Ancak, tanık yemin etmekten çekinebilir. Bu hususun kendisine bildirilmesi gereklidir.</w:t>
      </w:r>
    </w:p>
    <w:p>
      <w:pPr>
        <w:keepNext/>
        <w:spacing w:before="200" w:after="40"/>
      </w:pPr>
      <w:r>
        <w:rPr>
          <w:b/>
        </w:rPr>
        <w:t>Tanıkların dinlenmesi</w:t>
      </w:r>
    </w:p>
    <w:p>
      <w:pPr>
        <w:spacing w:after="80"/>
        <w:ind w:firstLine="454"/>
        <w:jc w:val="both"/>
      </w:pPr>
      <w:r>
        <w:rPr>
          <w:b/>
        </w:rPr>
        <w:t xml:space="preserve">MADDE 52 – </w:t>
      </w:r>
      <w:r>
        <w:t>(1) Her tanık, ayrı ayrı ve sonraki tanıklar yanında bulunmaksızın dinlenir.</w:t>
      </w:r>
    </w:p>
    <w:p>
      <w:pPr>
        <w:spacing w:after="80"/>
        <w:ind w:firstLine="454"/>
        <w:jc w:val="both"/>
      </w:pPr>
      <w:r>
        <w:t>(2) Tanıklar, kovuşturma evresine kadar ancak gecikmesinde sakınca bulunan veya kimliğin belirlenmesine ilişkin hâllerde birbirleri ile ve şüpheli ile yüzleştirilebilirler.</w:t>
      </w:r>
    </w:p>
    <w:p>
      <w:pPr>
        <w:spacing w:after="80"/>
        <w:ind w:firstLine="454"/>
        <w:jc w:val="both"/>
      </w:pPr>
      <w:r>
        <w:t>(3) Tanıkların dinlenmesi sırasındaki görüntü veya sesler kayda alınabilir. Ancak;</w:t>
      </w:r>
    </w:p>
    <w:p>
      <w:pPr>
        <w:spacing w:after="80"/>
        <w:ind w:firstLine="454"/>
        <w:jc w:val="both"/>
      </w:pPr>
      <w:r>
        <w:t>a) Mağdur çocukların,</w:t>
      </w:r>
    </w:p>
    <w:p>
      <w:pPr>
        <w:spacing w:after="80"/>
        <w:ind w:firstLine="454"/>
        <w:jc w:val="both"/>
      </w:pPr>
      <w:r>
        <w:t>b) Duruşmaya getirilmesi mümkün olmayan ve tanıklığı maddî gerçeğin ortaya çıkarılması açısından zorunlu olan kişilerin,</w:t>
      </w:r>
    </w:p>
    <w:p>
      <w:pPr>
        <w:spacing w:after="80"/>
        <w:ind w:firstLine="454"/>
        <w:jc w:val="both"/>
      </w:pPr>
      <w:r>
        <w:t>Tanıklığında bu kayıt zorunludur.</w:t>
      </w:r>
    </w:p>
    <w:p>
      <w:pPr>
        <w:spacing w:after="80"/>
        <w:ind w:firstLine="454"/>
        <w:jc w:val="both"/>
      </w:pPr>
      <w:r>
        <w:t>(4) Üçüncü fıkra hükmünün uygulanması suretiyle elde edilen ses ve görüntü kayıtları, sadece ceza muhakemesinde kullanılır.</w:t>
      </w:r>
    </w:p>
    <w:p>
      <w:pPr>
        <w:keepNext/>
        <w:spacing w:before="200" w:after="40"/>
      </w:pPr>
      <w:r>
        <w:rPr>
          <w:b/>
        </w:rPr>
        <w:t>Tanığa görevinin önemini anlatma</w:t>
      </w:r>
    </w:p>
    <w:p>
      <w:pPr>
        <w:spacing w:after="80"/>
        <w:ind w:firstLine="454"/>
        <w:jc w:val="both"/>
      </w:pPr>
      <w:r>
        <w:rPr>
          <w:b/>
        </w:rPr>
        <w:t xml:space="preserve">MADDE 53 – </w:t>
      </w:r>
      <w:r>
        <w:t>(1) Tanığa;</w:t>
      </w:r>
    </w:p>
    <w:p>
      <w:pPr>
        <w:spacing w:after="80"/>
        <w:ind w:firstLine="454"/>
        <w:jc w:val="both"/>
      </w:pPr>
      <w:r>
        <w:t>a) Dinlenmeden önce, gerçeği söylemesinin önemi,</w:t>
      </w:r>
    </w:p>
    <w:p>
      <w:pPr>
        <w:spacing w:after="80"/>
        <w:ind w:firstLine="454"/>
        <w:jc w:val="both"/>
      </w:pPr>
      <w:r>
        <w:t>b) Gerçeği söylememesi halinde yalan tanıklık suçundan dolayı cezalandırılacağı,</w:t>
      </w:r>
    </w:p>
    <w:p>
      <w:pPr>
        <w:spacing w:after="80"/>
        <w:ind w:firstLine="454"/>
        <w:jc w:val="both"/>
      </w:pPr>
      <w:r>
        <w:t>c) Doğruyu söyleyeceği hususunda yemin edeceği,</w:t>
      </w:r>
    </w:p>
    <w:p>
      <w:pPr>
        <w:spacing w:after="80"/>
        <w:ind w:firstLine="454"/>
        <w:jc w:val="both"/>
      </w:pPr>
      <w:r>
        <w:t>d) Duruşmada mahkeme başkanı veya hâkimin açık izni olmadan mahkeme salonunu terk edemeyeceği,</w:t>
      </w:r>
    </w:p>
    <w:p>
      <w:pPr>
        <w:spacing w:after="80"/>
        <w:ind w:firstLine="454"/>
        <w:jc w:val="both"/>
      </w:pPr>
      <w:r>
        <w:t>Anlatılır.</w:t>
      </w:r>
    </w:p>
    <w:p>
      <w:pPr>
        <w:keepNext/>
        <w:spacing w:before="200" w:after="40"/>
      </w:pPr>
      <w:r>
        <w:rPr>
          <w:b/>
        </w:rPr>
        <w:t>Tanıklara yemin verilmesi</w:t>
      </w:r>
    </w:p>
    <w:p>
      <w:pPr>
        <w:spacing w:after="80"/>
        <w:ind w:firstLine="454"/>
        <w:jc w:val="both"/>
      </w:pPr>
      <w:r>
        <w:rPr>
          <w:b/>
        </w:rPr>
        <w:t xml:space="preserve">MADDE 54 – </w:t>
      </w:r>
      <w:r>
        <w:t>(1) Tanıklar, tanıklıktan önce ayrı ayrı yemin ederler. Gerektiğinde veya bir kimsenin tanık sıfatıyla dinlenilmesinin uygun olup olmadığında tereddüt varsa yemin, tanıklığından sonraya bırakılabilir.</w:t>
      </w:r>
    </w:p>
    <w:p>
      <w:pPr>
        <w:spacing w:after="80"/>
        <w:ind w:firstLine="454"/>
        <w:jc w:val="both"/>
      </w:pPr>
      <w:r>
        <w:t>(2) Soruşturma evresinde Cumhuriyet savcıları da tanıklara yemin verirler.</w:t>
      </w:r>
    </w:p>
    <w:p>
      <w:pPr>
        <w:keepNext/>
        <w:spacing w:before="200" w:after="40"/>
      </w:pPr>
      <w:r>
        <w:rPr>
          <w:b/>
        </w:rPr>
        <w:t>Yeminin biçimi</w:t>
      </w:r>
    </w:p>
    <w:p>
      <w:pPr>
        <w:spacing w:after="80"/>
        <w:ind w:firstLine="454"/>
        <w:jc w:val="both"/>
      </w:pPr>
      <w:r>
        <w:rPr>
          <w:b/>
        </w:rPr>
        <w:t xml:space="preserve">MADDE 55 – </w:t>
      </w:r>
      <w:r>
        <w:t>(1) Tanığa verilecek yemin, tanıklıktan önce "Bildiğimi dosdoğru söyleyeceğime namusum ve vicdanım üzerine yemin ederim." ve 54 üncü maddeye göre tanıklıktan sonra verilmesi hâlinde "Bildiğimi dosdoğru söylediğime namusum ve vicdanım üzerine yemin ederim." biçiminde olur.</w:t>
      </w:r>
    </w:p>
    <w:p>
      <w:pPr>
        <w:spacing w:after="80"/>
        <w:ind w:firstLine="454"/>
        <w:jc w:val="both"/>
      </w:pPr>
      <w:r>
        <w:t>(2) Yemin edilirken herkes ayağa kalkar.</w:t>
      </w:r>
    </w:p>
    <w:p>
      <w:pPr>
        <w:keepNext/>
        <w:spacing w:before="200" w:after="40"/>
      </w:pPr>
      <w:r>
        <w:rPr>
          <w:b/>
        </w:rPr>
        <w:t>Yeminin yerine getirilmesi, sağır veya dilsizin yemini</w:t>
      </w:r>
    </w:p>
    <w:p>
      <w:pPr>
        <w:spacing w:after="80"/>
        <w:ind w:firstLine="454"/>
        <w:jc w:val="both"/>
      </w:pPr>
      <w:r>
        <w:rPr>
          <w:b/>
        </w:rPr>
        <w:t xml:space="preserve">MADDE 56 – </w:t>
      </w:r>
      <w:r>
        <w:t>(1) Tanık, yüksek sesle tekrar ederek veya okuyarak yemin eder.</w:t>
      </w:r>
    </w:p>
    <w:p>
      <w:pPr>
        <w:spacing w:after="80"/>
        <w:ind w:firstLine="454"/>
        <w:jc w:val="both"/>
      </w:pPr>
      <w:r>
        <w:t>(2) Okuma ve yazma bilen sağır veya dilsizler yemin biçimini yazarak ve imzalarını koyarak yemin ederler. Okuma ve yazma bilmeyen sağır veya dilsizler işaretlerinden anlayan bir tercüman aracılığıyla ve işaretle yemin ederler.</w:t>
      </w:r>
    </w:p>
    <w:p>
      <w:pPr>
        <w:keepNext/>
        <w:spacing w:before="200" w:after="40"/>
      </w:pPr>
      <w:r>
        <w:rPr>
          <w:b/>
        </w:rPr>
        <w:t>Tanığın tekrar dinlenmesi</w:t>
      </w:r>
    </w:p>
    <w:p>
      <w:pPr>
        <w:spacing w:after="80"/>
        <w:ind w:firstLine="454"/>
        <w:jc w:val="both"/>
      </w:pPr>
      <w:r>
        <w:rPr>
          <w:b/>
        </w:rPr>
        <w:t xml:space="preserve">MADDE 57 – </w:t>
      </w:r>
      <w:r>
        <w:t>(1) Yemin ile dinlenen tanığın aynı soruşturma veya kovuşturma evresinde tekrar dinlenmesi gerektiğinde, yeniden yemin verilmeyip önceki yemini hatırlatılmakla yetinilebilir.</w:t>
      </w:r>
    </w:p>
    <w:p>
      <w:pPr>
        <w:keepNext/>
        <w:spacing w:before="200" w:after="40"/>
      </w:pPr>
      <w:r>
        <w:rPr>
          <w:b/>
        </w:rPr>
        <w:t>Tanığa ilk önce sorulacak hususlar ve tanığın korunması</w:t>
      </w:r>
    </w:p>
    <w:p>
      <w:pPr>
        <w:spacing w:after="80"/>
        <w:ind w:firstLine="454"/>
        <w:jc w:val="both"/>
      </w:pPr>
      <w:r>
        <w:rPr>
          <w:b/>
        </w:rPr>
        <w:t xml:space="preserve">MADDE 58 – </w:t>
      </w:r>
      <w:r>
        <w:t>(1) Tanığa, ilk önce adı, soyadı, yaşı, işi ve yerleşim yeri, işyerinin veya geçici olarak oturduğu yerin adresi, varsa telefon numaraları sorulur. Gerekirse tanıklığına ne dereceye kadar güvenilebileceği hakkında hâkimi aydınlatacak durumlara, özellikle şüpheli, sanık veya mağdur ile ilişkilerine dair sorular yöneltilir.</w:t>
      </w:r>
    </w:p>
    <w:p>
      <w:pPr>
        <w:spacing w:after="80"/>
        <w:ind w:firstLine="454"/>
        <w:jc w:val="both"/>
      </w:pPr>
      <w:r>
        <w:t>(2) Tanık olarak dinlenecek kişilerin kimliklerinin ortaya çıkması kendileri veya yakınları açısından ağır bir tehlike oluşturacaksa; kimliklerinin saklı tutulması için gerekli önlemler alınır. Kimliği saklı tutulan tanık, tanıklık ettiği olayları hangi sebep ve vesile ile öğrenmiş olduğunu açıklamakla yükümlüdür. Kimliğinin saklı tutulması için, tanığa ait kişisel bilgiler, Cumhuriyet savcısı, hâkim veya mahkeme tarafından muhafaza edilir.</w:t>
      </w:r>
    </w:p>
    <w:p>
      <w:pPr>
        <w:spacing w:after="80"/>
        <w:ind w:firstLine="454"/>
        <w:jc w:val="both"/>
      </w:pPr>
      <w:r>
        <w:t>(3) Hazır bulunanların huzurunda dinlenmesi, tanık için ağır bir tehlike teşkil edecek ve bu tehlike başka türlü önlenemeyecekse ya da maddî gerçeğin ortaya çıkarılması açısından tehlike oluşturacaksa; hâkim, hazır bulunma hakkına sahip bulunanlar olmadan da tanığı dinleyebilir. Tanığın dinlenmesi sırasında ses ve görüntülü aktarma yapılır. Soru sorma hakkı saklıdır.</w:t>
      </w:r>
    </w:p>
    <w:p>
      <w:pPr>
        <w:spacing w:after="80"/>
        <w:ind w:firstLine="454"/>
        <w:jc w:val="both"/>
      </w:pPr>
      <w:r>
        <w:t>(4) Tanıklık görevinin yapılmasından sonra, kişinin kimliğinin saklı tutulması veya güvenliğinin sağlanması hususunda alınacak önlemler, ilgili kanunda düzenlenir.</w:t>
      </w:r>
    </w:p>
    <w:p>
      <w:pPr>
        <w:spacing w:after="80"/>
        <w:ind w:firstLine="454"/>
        <w:jc w:val="both"/>
      </w:pPr>
      <w:r>
        <w:t>(5) İkinci, üçüncü ve dördüncü fıkra hükümleri, ancak bir örgütün faaliyeti çerçevesinde işlenen suçlarla ilgili olarak uygulanabilir.</w:t>
      </w:r>
    </w:p>
    <w:p>
      <w:pPr>
        <w:keepNext/>
        <w:spacing w:before="200" w:after="40"/>
      </w:pPr>
      <w:r>
        <w:rPr>
          <w:b/>
        </w:rPr>
        <w:t>Tanığa söylenecek şeyler ve sorulacak sorular</w:t>
      </w:r>
    </w:p>
    <w:p>
      <w:pPr>
        <w:spacing w:after="80"/>
        <w:ind w:firstLine="454"/>
        <w:jc w:val="both"/>
      </w:pPr>
      <w:r>
        <w:rPr>
          <w:b/>
        </w:rPr>
        <w:t xml:space="preserve">MADDE 59 – </w:t>
      </w:r>
      <w:r>
        <w:t>(1) Tanık, dinlenmeden önce hakkında tanıklık yapacağı olayla ilgili olarak mahkeme başkanı veya hâkim tarafından, kendisine bilgi verilir; hazır olan sanık, tanığa gösterilir. Sanık hazır değilse kimliği açıklanır. Tanıktan, tanıklık edeceği konulara ilişkin bildiklerini söylemesi istenir ve tanıklık ederken sözü kesilmez.</w:t>
      </w:r>
    </w:p>
    <w:p>
      <w:pPr>
        <w:spacing w:after="80"/>
        <w:ind w:firstLine="454"/>
        <w:jc w:val="both"/>
      </w:pPr>
      <w:r>
        <w:t>(2) Tanıklık edilen konuları aydınlatmak, tamamlamak ve bilgilerinin dayandığı durumları gereğince değerlendirebilmek için tanığa ayrıca soru yöneltilebilir.</w:t>
      </w:r>
    </w:p>
    <w:p>
      <w:pPr>
        <w:keepNext/>
        <w:spacing w:before="200" w:after="40"/>
      </w:pPr>
      <w:r>
        <w:rPr>
          <w:b/>
        </w:rPr>
        <w:t>Tanıklıktan ve yeminden sebepsiz çekinme</w:t>
      </w:r>
    </w:p>
    <w:p>
      <w:pPr>
        <w:spacing w:after="80"/>
        <w:ind w:firstLine="454"/>
        <w:jc w:val="both"/>
      </w:pPr>
      <w:r>
        <w:rPr>
          <w:b/>
        </w:rPr>
        <w:t xml:space="preserve">MADDE 60 – </w:t>
      </w:r>
      <w:r>
        <w:t>(1) Yasal bir sebep olmaksızın tanıklıktan veya yeminden çekinen tanık hakkında, bundan doğan giderlere hükmedilmekle beraber, yemininin veya tanıklığının gerçekleştirilmesi için dava hakkında hüküm verilinceye kadar ve her hâlde üç ayı geçmemek üzere disiplin hapsi verilebilir. Kişi, tanıklığa ilişkin yükümlülüğüne uygun davranması halinde, derhâl serbest bırakılır.</w:t>
      </w:r>
    </w:p>
    <w:p>
      <w:pPr>
        <w:spacing w:after="80"/>
        <w:ind w:firstLine="454"/>
        <w:jc w:val="both"/>
      </w:pPr>
      <w:r>
        <w:t>(2) Bu tedbirleri almaya naip hâkim ve istinabe olunan mahkeme ile soruşturma evresinde sulh ceza hâkimi yetkilidir.</w:t>
      </w:r>
    </w:p>
    <w:p>
      <w:pPr>
        <w:spacing w:after="80"/>
        <w:ind w:firstLine="454"/>
        <w:jc w:val="both"/>
      </w:pPr>
      <w:r>
        <w:t>(3) Davanın görüldüğü sırada bu tedbirler alındıktan ve yukarıdaki süreler suçun türüne göre tümüyle uygulandıktan sonra o dava veya aynı işe ilişkin diğer davada tekrar edilmez.</w:t>
      </w:r>
    </w:p>
    <w:p>
      <w:pPr>
        <w:spacing w:after="80"/>
        <w:ind w:firstLine="454"/>
        <w:jc w:val="both"/>
      </w:pPr>
      <w:r>
        <w:t>(4) Disiplin hapsi kararına itiraz edilebilir.</w:t>
      </w:r>
    </w:p>
    <w:p>
      <w:pPr>
        <w:keepNext/>
        <w:spacing w:before="200" w:after="40"/>
      </w:pPr>
      <w:r>
        <w:rPr>
          <w:b/>
        </w:rPr>
        <w:t>Tanığa verilecek tazminat ve giderler</w:t>
      </w:r>
    </w:p>
    <w:p>
      <w:pPr>
        <w:spacing w:after="80"/>
        <w:ind w:firstLine="454"/>
        <w:jc w:val="both"/>
      </w:pPr>
      <w:r>
        <w:rPr>
          <w:b/>
        </w:rPr>
        <w:t xml:space="preserve">MADDE 61 – </w:t>
      </w:r>
      <w:r>
        <w:t>(1) Cumhuriyet savcısı veya mahkeme başkanı veya hâkim tarafından çağrılan tanığa, her yıl Adalet Bakanlığınca hazırlanan tarifeye göre kaybettiği zaman ile orantılı bir tazminat verilir. Tanık hazır olmak için seyahat etmek zorunda kalmışsa, yol giderleriyle tanıklığa çağrıldığı yerdeki ikamet ve beslenme giderleri de karşılanır.</w:t>
      </w:r>
    </w:p>
    <w:p>
      <w:pPr>
        <w:spacing w:after="80"/>
        <w:ind w:firstLine="454"/>
        <w:jc w:val="both"/>
      </w:pPr>
      <w:r>
        <w:t>(2) Birinci fıkra hükmüne istinaden ödenmesi gereken tazminat ve giderler, hiçbir vergi, resim ve harç alınmaksızın, ödenir.</w:t>
      </w:r>
    </w:p>
    <w:p>
      <w:pPr>
        <w:spacing w:before="360"/>
        <w:jc w:val="center"/>
      </w:pPr>
      <w:r>
        <w:rPr>
          <w:b/>
          <w:sz w:val="24"/>
        </w:rPr>
        <w:t>İKINCI BÖLÜM</w:t>
        <w:br/>
        <w:t>Bilirkişi İncelemesi</w:t>
      </w:r>
    </w:p>
    <w:p>
      <w:pPr>
        <w:keepNext/>
        <w:spacing w:before="200" w:after="40"/>
      </w:pPr>
      <w:r>
        <w:rPr>
          <w:b/>
        </w:rPr>
        <w:t>Bilirkişilere uygulanacak hükümler</w:t>
      </w:r>
    </w:p>
    <w:p>
      <w:pPr>
        <w:spacing w:after="80"/>
        <w:ind w:firstLine="454"/>
        <w:jc w:val="both"/>
      </w:pPr>
      <w:r>
        <w:rPr>
          <w:b/>
        </w:rPr>
        <w:t xml:space="preserve">MADDE 62 – </w:t>
      </w:r>
      <w:r>
        <w:t>(1) Tanıklara ilişkin hükümlerden aşağıdaki maddelere aykırı olmayanlar bilirkişiler hakkında da uygulanır.</w:t>
      </w:r>
    </w:p>
    <w:p>
      <w:pPr>
        <w:keepNext/>
        <w:spacing w:before="200" w:after="40"/>
      </w:pPr>
      <w:r>
        <w:rPr>
          <w:b/>
        </w:rPr>
        <w:t>Bilirkişinin atanması</w:t>
      </w:r>
    </w:p>
    <w:p>
      <w:pPr>
        <w:spacing w:after="80"/>
        <w:ind w:firstLine="454"/>
        <w:jc w:val="both"/>
      </w:pPr>
      <w:r>
        <w:rPr>
          <w:b/>
        </w:rPr>
        <w:t xml:space="preserve">MADDE 63 – </w:t>
      </w:r>
      <w:r>
        <w:t xml:space="preserve">(1) Çözümü uzmanlığı, özel veya teknik bilgiyi gerektiren hâllerde bilirkişinin oy ve görüşünün alınmasına re'sen, Cumhuriyet savcısının, katılanın, vekilinin, şüphelinin veya sanığın, müdafiinin veya kanunî temsilcinin istemi üzerine karar verilebilir. </w:t>
      </w:r>
      <w:r>
        <w:rPr>
          <w:color w:val="666666"/>
          <w:sz w:val="17"/>
        </w:rPr>
        <w:t>(Değişik cümle: 3/11/2016-6754/42 md.)</w:t>
      </w:r>
      <w:r>
        <w:t xml:space="preserve"> Ancak, genel bilgi veya tecrübeyle ya da hâkimlik mesleğinin gerektirdiği hukukî bilgiyle çözümlenmesi mümkün olan konularda bilirkişiye başvurulamaz. </w:t>
      </w:r>
      <w:r>
        <w:rPr>
          <w:color w:val="666666"/>
          <w:sz w:val="17"/>
        </w:rPr>
        <w:t>(Ek cümle: 3/11/2016-6754/42 md.)</w:t>
      </w:r>
      <w:r>
        <w:t xml:space="preserve"> Hukuk öğrenimi görmüş kişiler, hukuk alanı dışında ayrı bir uzmanlığa sahip olduğunu belgelendirmedikçe, bilirkişi olarak görevlendirilemez.</w:t>
      </w:r>
    </w:p>
    <w:p>
      <w:pPr>
        <w:spacing w:after="80"/>
        <w:ind w:firstLine="454"/>
        <w:jc w:val="both"/>
      </w:pPr>
      <w:r>
        <w:t>(2) Bilirkişi atanması ve gerekçe gösterilerek sayısının birden çok olarak saptanması, hâkim veya mahkemeye aittir. Birden çok bilirkişi atanmasına ilişkin istemler reddedildiğinde de aynı biçimde karar verilir.</w:t>
      </w:r>
    </w:p>
    <w:p>
      <w:pPr>
        <w:spacing w:after="80"/>
        <w:ind w:firstLine="454"/>
        <w:jc w:val="both"/>
      </w:pPr>
      <w:r>
        <w:t>(3) Soruşturma evresinde Cumhuriyet savcısı da bu maddede gösterilen yetkileri kullanabilir.</w:t>
      </w:r>
    </w:p>
    <w:p>
      <w:pPr>
        <w:keepNext/>
        <w:spacing w:before="200" w:after="40"/>
      </w:pPr>
      <w:r>
        <w:rPr>
          <w:b/>
        </w:rPr>
        <w:t>Bilirkişi olarak atanabilecekler</w:t>
      </w:r>
    </w:p>
    <w:p>
      <w:pPr>
        <w:spacing w:after="80"/>
        <w:ind w:firstLine="454"/>
        <w:jc w:val="both"/>
      </w:pPr>
      <w:r>
        <w:rPr>
          <w:b/>
        </w:rPr>
        <w:t xml:space="preserve">MADDE 64 – </w:t>
      </w:r>
      <w:r>
        <w:t xml:space="preserve">(1) </w:t>
      </w:r>
      <w:r>
        <w:rPr>
          <w:color w:val="666666"/>
          <w:sz w:val="17"/>
        </w:rPr>
        <w:t>(Değişik: 3/11/2016-6754/43 md.)</w:t>
      </w:r>
      <w:r>
        <w:t xml:space="preserve"> Bilirkişiler, bölge adliye mahkemelerinin yargı çevreleri esas alınmak suretiyle bilirkişilik bölge kurulu tarafından hazırlanan listede yer alan kişiler arasından seçilir. Ancak, kendi bölge listesinde ilgili uzmanlık alanında bilirkişi olmasına rağmen, diğer bir bölgedeki bilirkişinin, görevlendirme yapılan yere daha yakın bir mesafede bulunması durumunda, bu listeden de görevlendirme yapılabilir.</w:t>
      </w:r>
    </w:p>
    <w:p>
      <w:pPr>
        <w:spacing w:after="80"/>
        <w:ind w:firstLine="454"/>
        <w:jc w:val="both"/>
      </w:pPr>
      <w:r>
        <w:t xml:space="preserve">(2) </w:t>
      </w:r>
      <w:r>
        <w:rPr>
          <w:color w:val="666666"/>
          <w:sz w:val="17"/>
        </w:rPr>
        <w:t>(Değişik: 3/11/2016-6754/43 md.)</w:t>
      </w:r>
      <w:r>
        <w:t xml:space="preserve"> Bölge kurulunun hazırladığı listede bilgisine başvurulacak uzmanlık dalında bilirkişi bulunmaması hâlinde, diğer bölge kurullarının listelerinden, burada da bulunmaması hâlinde, Bilirkişilik Kanununun 10 uncu maddesinin (d), (e) ve (f) bentleri hariç birinci fıkrasında yer alan şartları da taşımak kaydıyla listelerin dışından bilirkişi görevlendirilebilir. Listelerin dışından görevlendirilen bilirkişiler, bölge kuruluna bildirilir.</w:t>
      </w:r>
    </w:p>
    <w:p>
      <w:pPr>
        <w:spacing w:after="80"/>
        <w:ind w:firstLine="454"/>
        <w:jc w:val="both"/>
      </w:pPr>
      <w:r>
        <w:t>(3) Kanunların belirli konularda görevlendirdiği resmî bilirkişiler öncelikle atanırlar. Ancak kamu görevlileri, bağlı bulundukları kurumla ilgili davalarda bilirkişi olarak atanamazlar.</w:t>
      </w:r>
    </w:p>
    <w:p>
      <w:pPr>
        <w:spacing w:after="80"/>
        <w:ind w:firstLine="454"/>
        <w:jc w:val="both"/>
      </w:pPr>
      <w:r>
        <w:t xml:space="preserve">(4) </w:t>
      </w:r>
      <w:r>
        <w:rPr>
          <w:color w:val="666666"/>
          <w:sz w:val="17"/>
        </w:rPr>
        <w:t>(Mülga: 3/11/2016-6754/43 md.)</w:t>
      </w:r>
    </w:p>
    <w:p>
      <w:pPr>
        <w:spacing w:after="80"/>
        <w:ind w:firstLine="454"/>
        <w:jc w:val="both"/>
      </w:pPr>
      <w:r>
        <w:t>(5) Listelere kaydedilen bilirkişiler, bilirkişilik bölge kurulu veya bulunduğu yer il adlî yargı adalet komisyonu huzurunda "Görevimi adalete bağlı kalarak, bilim ve fenne uygun olarak, tarafsızlıkla yerine getireceğime namusum ve vicdanım üzerine yemin ederim." sözlerini tekrarlayarak yemin ederler. Bu bilirkişilere görevlendirildikleri her işte yeniden yemin verilmez.</w:t>
      </w:r>
    </w:p>
    <w:p>
      <w:pPr>
        <w:spacing w:after="80"/>
        <w:ind w:firstLine="454"/>
        <w:jc w:val="both"/>
      </w:pPr>
      <w:r>
        <w:t>(6) Listelerde yer almamış bilirkişiler, görevlendirildiklerinde kendilerini atamış olan merci huzurunda yukarıdaki fıkrada öngörülen biçimde yemin ederler. Yeminin yapıldığına ilişkin tutanak hâkim veya Cumhuriyet savcısı, zabıt kâtibi ve bilirkişi tarafından imzalanır.</w:t>
      </w:r>
    </w:p>
    <w:p>
      <w:pPr>
        <w:spacing w:after="80"/>
        <w:ind w:firstLine="454"/>
        <w:jc w:val="both"/>
      </w:pPr>
      <w:r>
        <w:t>(7) Engel bulunan hâllerde yemin yazılı olarak verilebilir ve metni dosyaya konulur. Ancak bu hâle ilişkin gerekçenin kararda gösterilmesi zorunludur.</w:t>
      </w:r>
    </w:p>
    <w:p>
      <w:pPr>
        <w:keepNext/>
        <w:spacing w:before="200" w:after="40"/>
      </w:pPr>
      <w:r>
        <w:rPr>
          <w:b/>
        </w:rPr>
        <w:t>Bilirkişiliği kabul yükümlülüğü</w:t>
      </w:r>
    </w:p>
    <w:p>
      <w:pPr>
        <w:spacing w:after="80"/>
        <w:ind w:firstLine="454"/>
        <w:jc w:val="both"/>
      </w:pPr>
      <w:r>
        <w:rPr>
          <w:b/>
        </w:rPr>
        <w:t xml:space="preserve">MADDE 65 – </w:t>
      </w:r>
      <w:r>
        <w:t>(1) Aşağıda belirtilen kişi veya kurumlar, bilirkişilik görevini kabul etmekle yükümlüdürler:</w:t>
      </w:r>
    </w:p>
    <w:p>
      <w:pPr>
        <w:spacing w:after="80"/>
        <w:ind w:firstLine="454"/>
        <w:jc w:val="both"/>
      </w:pPr>
      <w:r>
        <w:t>a) Resmî bilirkişilikle görevlendirilmiş olanlar ve 64 üncü maddede belirtilen listelerde yer almış bulunanlar.</w:t>
      </w:r>
    </w:p>
    <w:p>
      <w:pPr>
        <w:spacing w:after="80"/>
        <w:ind w:firstLine="454"/>
        <w:jc w:val="both"/>
      </w:pPr>
      <w:r>
        <w:t>b) İncelemenin yapılması için bilinmesi gerekli fen ve sanatları meslek edinenler.</w:t>
      </w:r>
    </w:p>
    <w:p>
      <w:pPr>
        <w:spacing w:after="80"/>
        <w:ind w:firstLine="454"/>
        <w:jc w:val="both"/>
      </w:pPr>
      <w:r>
        <w:t>c) İncelemenin yapılması için gerekli mesleği yapmaya resmen yetkili olanlar.</w:t>
      </w:r>
    </w:p>
    <w:p>
      <w:pPr>
        <w:keepNext/>
        <w:spacing w:before="200" w:after="40"/>
      </w:pPr>
      <w:r>
        <w:rPr>
          <w:b/>
        </w:rPr>
        <w:t>Atama kararı ve incelemelerin yürütülmesi</w:t>
      </w:r>
    </w:p>
    <w:p>
      <w:pPr>
        <w:spacing w:after="80"/>
        <w:ind w:firstLine="454"/>
        <w:jc w:val="both"/>
      </w:pPr>
      <w:r>
        <w:rPr>
          <w:b/>
        </w:rPr>
        <w:t xml:space="preserve">MADDE 66 – </w:t>
      </w:r>
      <w:r>
        <w:t>(1) Bilirkişi incelemesi yaptırılmasına ilişkin kararda, cevaplandırılması uzmanlığı, özel veya teknik bilgiyi gerektiren sorularla inceleme konusu ve görevin yerine getirileceği süre belirtilir. Bu süre, işin niteliğine göre üç ayı geçemez. Özel sebepler zorunlu kıldığında bu süre, bilirkişinin istemi üzerine, kendisini atayan merciin gerekçeli kararıyla en çok üç ay daha uzatılabilir.</w:t>
      </w:r>
    </w:p>
    <w:p>
      <w:pPr>
        <w:spacing w:after="80"/>
        <w:ind w:firstLine="454"/>
        <w:jc w:val="both"/>
      </w:pPr>
      <w:r>
        <w:t xml:space="preserve">(2) Belirlenen süre içinde raporunu vermeyen bilirkişi hemen değiştirilebilir. Bu durumda bilirkişi, o ana kadar yaptığı işlemleri açıklayan bir rapor sunar ve görevi sebebiyle kendisine teslim edilmiş olan eşya ve belgeleri hemen geri verir. </w:t>
      </w:r>
      <w:r>
        <w:rPr>
          <w:color w:val="666666"/>
          <w:sz w:val="17"/>
        </w:rPr>
        <w:t>(Değişik son cümle : 3/11/2016-6754/44 md.)</w:t>
      </w:r>
      <w:r>
        <w:t xml:space="preserve"> Ayrıca, hukukî ve cezaî sorumluluğuna ilişkin hükümler saklı kalmak kaydıyla, bilirkişiye ücret ve masraf adı altında hiçbir ödeme yapılmamasına karar verilebilir ve gerekçesi gösterilerek gerekli yaptırımların uygulanması bilirkişilik bölge kurulundan istenir.</w:t>
      </w:r>
    </w:p>
    <w:p>
      <w:pPr>
        <w:spacing w:after="80"/>
        <w:ind w:firstLine="454"/>
        <w:jc w:val="both"/>
      </w:pPr>
      <w:r>
        <w:t>(3) Bilirkişi, görevini, kendisini atamış olan merci ile ilişki içinde yerine getirir, gerektiğinde bu mercie incelemelerindeki gelişmeler hakkında bilgi verir, yararlı görülecek tedbirlerin alınmasını isteyebilir.</w:t>
      </w:r>
    </w:p>
    <w:p>
      <w:pPr>
        <w:spacing w:after="80"/>
        <w:ind w:firstLine="454"/>
        <w:jc w:val="both"/>
      </w:pPr>
      <w:r>
        <w:t>(4) Bilirkişi, görevini yerine getirmek amacıyla bilgi edinmek için şüpheli veya sanık dışındaki kimselerin de bilgilerine başvurabilir. Bilirkişi, uzmanlık alanına girmeyen bir sorun bakımından aydınlatılmasını isteyecek olursa; hâkim, mahkeme veya Cumhuriyet savcısı, nitelikli ve konusunda bilgisiyle tanınmış kişilerle bir araya gelmesine izin verebilir. Bu şekilde çağrılan kişiler yemin eder ve verecekleri raporlar, bilirkişi raporunun tamamlayıcı bir bölümü olarak dosyaya konulur.</w:t>
      </w:r>
    </w:p>
    <w:p>
      <w:pPr>
        <w:spacing w:after="80"/>
        <w:ind w:firstLine="454"/>
        <w:jc w:val="both"/>
      </w:pPr>
      <w:r>
        <w:t>(5) İlgililer de merciinden, incelemeler yapılırken bilirkişiye teknik nitelikte bilgiler verebilecek olan ve ismen belirleyecekleri kişileri dinlemeleri veya bazı araştırmaların yapılması hususlarında karar verilmesini isteyebilir.</w:t>
      </w:r>
    </w:p>
    <w:p>
      <w:pPr>
        <w:spacing w:after="80"/>
        <w:ind w:firstLine="454"/>
        <w:jc w:val="both"/>
      </w:pPr>
      <w:r>
        <w:t>(6) Gerekli olması halinde, bilirkişi, mağdur, şüpheli veya sanığa mahkeme başkanı, hâkim veya Cumhuriyet savcısı aracılığı ile soru sorabilir. Ancak, mahkeme başkanı, hâkim veya Cumhuriyet savcısı, bilirkişinin doğrudan soru sormasına da izin verebilir. Muayene ile görevlendirilen hekim bilirkişi, görevini yerine getirirken zorunlu saydığı soruları, hâkim, Cumhuriyet savcısı ve müdafi bulunmadan da mağdur, şüpheli veya sanığa doğrudan doğruya yöneltebilir.</w:t>
      </w:r>
    </w:p>
    <w:p>
      <w:pPr>
        <w:spacing w:after="80"/>
        <w:ind w:firstLine="454"/>
        <w:jc w:val="both"/>
      </w:pPr>
      <w:r>
        <w:t>(7) Bilirkişiye inceleyeceği şeyler mühür altında verilmeden önce bunların listesi ve sayımı yapılır. Bu hususlar bir tutanakla belirlenir. Bilirkişi, mühürlerin açılmasını ve yeniden konulmasını yine tutanakla belirtmek ve bir liste düzenlemekle yükümlüdür.</w:t>
      </w:r>
    </w:p>
    <w:p>
      <w:pPr>
        <w:keepNext/>
        <w:spacing w:before="200" w:after="40"/>
      </w:pPr>
      <w:r>
        <w:rPr>
          <w:b/>
        </w:rPr>
        <w:t>Bilirkişi raporu, uzman mütalaası</w:t>
      </w:r>
    </w:p>
    <w:p>
      <w:pPr>
        <w:spacing w:after="80"/>
        <w:ind w:firstLine="454"/>
        <w:jc w:val="both"/>
      </w:pPr>
      <w:r>
        <w:rPr>
          <w:b/>
        </w:rPr>
        <w:t xml:space="preserve">MADDE 67 – </w:t>
      </w:r>
      <w:r>
        <w:t>(1) İncelemeleri sona erdiğinde bilirkişi yaptığı işlemleri ve vardığı sonuçları açıklayan bir raporu, kendisinden istenen incelemeleri yaptığını ayrıca belirterek, imzalayıp ilgili mercie verir veya gönderir. Mühür altındaki şeyler de ilgili mercie verilir veya gönderilir ve bu husus bir tutanağa bağlanır.</w:t>
      </w:r>
    </w:p>
    <w:p>
      <w:pPr>
        <w:spacing w:after="80"/>
        <w:ind w:firstLine="454"/>
        <w:jc w:val="both"/>
      </w:pPr>
      <w:r>
        <w:t>(2) Birden çok atanmış bilirkişiler değişik görüşleri yansıtmışlarsa veya bunların ortak sonuçlar üzerinde ayrık görüşleri varsa, bu durumu gerekçeleri ile birlikte rapora yazarlar.</w:t>
      </w:r>
    </w:p>
    <w:p>
      <w:pPr>
        <w:spacing w:after="80"/>
        <w:ind w:firstLine="454"/>
        <w:jc w:val="both"/>
      </w:pPr>
      <w:r>
        <w:t xml:space="preserve">(3) </w:t>
      </w:r>
      <w:r>
        <w:rPr>
          <w:color w:val="666666"/>
          <w:sz w:val="17"/>
        </w:rPr>
        <w:t>(Değişik: 3/11/2016-6754/45 md.)</w:t>
      </w:r>
      <w:r>
        <w:t xml:space="preserve"> Bilirkişi, raporunda ve sözlü açıklamaları sırasında çözümü uzmanlığı, özel veya teknik bilgiyi gerektiren hususlar dışında açıklama yapamaz; hâkim tarafından yapılması gereken hukukî nitelendirme ve değerlendirmelerde bulunamaz.</w:t>
      </w:r>
    </w:p>
    <w:p>
      <w:pPr>
        <w:spacing w:after="80"/>
        <w:ind w:firstLine="454"/>
        <w:jc w:val="both"/>
      </w:pPr>
      <w:r>
        <w:t>(4) Bilirkişi tarafından düzenlenen rapor örnekleri, duruşma sırasında Cumhuriyet savcısına, katılana, vekiline, şüpheliye veya sanığa, müdafiine veya kanunî temsilciye doğrudan verilebileceği gibi; kendilerine iadeli taahhütlü mektupla da gönderilebilir.</w:t>
      </w:r>
    </w:p>
    <w:p>
      <w:pPr>
        <w:spacing w:after="80"/>
        <w:ind w:firstLine="454"/>
        <w:jc w:val="both"/>
      </w:pPr>
      <w:r>
        <w:t>(5) Bilirkişi incelemeleri tamamlandığında, yeni bilirkişi incelemesi yapılması veya itirazların bildirilmesi için istemde bulunabilmelerini sağlamak üzere Cumhuriyet savcısına, katılana, vekiline, şüpheliye veya sanığa, müdafiine veya kanunî temsilciye süre verilir. Bu kişilerin istemleri reddedildiğinde, üç gün içinde bu hususta gerekçeli bir karar verilir.</w:t>
      </w:r>
    </w:p>
    <w:p>
      <w:pPr>
        <w:spacing w:after="80"/>
        <w:ind w:firstLine="454"/>
        <w:jc w:val="both"/>
      </w:pPr>
      <w:r>
        <w:t>(6) Cumhuriyet savcısı, katılan, vekili, şüpheli veya sanık, müdafii veya kanunî temsilci, yargılama konusu olayla ilgili olarak veya bilirkişi raporunun hazırlanmasında değerlendirilmek üzere ya da bilirkişi raporu hakkında, uzmanından bilimsel mütalaa alabilirler. Sadece bu nedenle ayrıca süre istenemez.</w:t>
      </w:r>
    </w:p>
    <w:p>
      <w:pPr>
        <w:keepNext/>
        <w:spacing w:before="200" w:after="40"/>
      </w:pPr>
      <w:r>
        <w:rPr>
          <w:b/>
        </w:rPr>
        <w:t>Duruşmada bilirkişinin açıklaması</w:t>
      </w:r>
    </w:p>
    <w:p>
      <w:pPr>
        <w:spacing w:after="80"/>
        <w:ind w:firstLine="454"/>
        <w:jc w:val="both"/>
      </w:pPr>
      <w:r>
        <w:rPr>
          <w:b/>
        </w:rPr>
        <w:t xml:space="preserve">MADDE 68 – </w:t>
      </w:r>
      <w:r>
        <w:t>(1) Mahkeme, her zaman bilirkişinin duruşmada dinlenmesine karar verebileceği gibi, ilgililerden birinin istemesi halinde de açıklamalarda bulunmak üzere duruşmaya çağırabilir.</w:t>
      </w:r>
    </w:p>
    <w:p>
      <w:pPr>
        <w:spacing w:after="80"/>
        <w:ind w:firstLine="454"/>
        <w:jc w:val="both"/>
      </w:pPr>
      <w:r>
        <w:t>(2) Yaptıkları açıklamalardan sonra mahkeme başkanı veya hâkim, çekilmelerine izin vermedikçe, bilirkişiler duruşma salonunda kalırlar; ancak salona teker teker alınıp birbirinden ayrı olarak dinlenmeleri zorunlu değildir.</w:t>
      </w:r>
    </w:p>
    <w:p>
      <w:pPr>
        <w:spacing w:after="80"/>
        <w:ind w:firstLine="454"/>
        <w:jc w:val="both"/>
      </w:pPr>
      <w:r>
        <w:t>(3) Cumhuriyet savcısının, katılanın, vekilinin, şüphelinin veya sanığın, müdafiin veya kanunî temsilcinin istemi üzerine bilimsel mütalaa hazırlayan uzmanın duruşmada dinlenmesi hususunda da yukarıdaki fıkralar hükümleri uygulanır.</w:t>
      </w:r>
    </w:p>
    <w:p>
      <w:pPr>
        <w:keepNext/>
        <w:spacing w:before="200" w:after="40"/>
      </w:pPr>
      <w:r>
        <w:rPr>
          <w:b/>
        </w:rPr>
        <w:t>Bilirkişinin reddi</w:t>
      </w:r>
    </w:p>
    <w:p>
      <w:pPr>
        <w:spacing w:after="80"/>
        <w:ind w:firstLine="454"/>
        <w:jc w:val="both"/>
      </w:pPr>
      <w:r>
        <w:rPr>
          <w:b/>
        </w:rPr>
        <w:t xml:space="preserve">MADDE 69 – </w:t>
      </w:r>
      <w:r>
        <w:t>(1) Hâkimin reddini gerektiren sebepler, bilirkişi hakkında da geçerlidir.</w:t>
      </w:r>
    </w:p>
    <w:p>
      <w:pPr>
        <w:spacing w:after="80"/>
        <w:ind w:firstLine="454"/>
        <w:jc w:val="both"/>
      </w:pPr>
      <w:r>
        <w:t>(2) Cumhuriyet savcısı, katılan, vekili, şüpheli veya sanık, müdafii veya kanunî temsilci, ret hakkını kullanabilirler. Hâkim veya mahkeme tarafından atanan bilirkişinin adı ve soyadı, engel sebepler olmadıkça ret hakkına sahip olanlara bildirilir.</w:t>
      </w:r>
    </w:p>
    <w:p>
      <w:pPr>
        <w:spacing w:after="80"/>
        <w:ind w:firstLine="454"/>
        <w:jc w:val="both"/>
      </w:pPr>
      <w:r>
        <w:t>(3) Ret istemini davayı görmekte olan hâkim veya mahkeme inceler. Soruşturma evresinde, Cumhuriyet savcısınca kabul edilmeyen ret istemi sulh ceza hâkimince incelenir. Reddi isteyen kişi, bunun nedenini, dayandığı olguları göstererek açıklamakla yükümlüdür.</w:t>
      </w:r>
    </w:p>
    <w:p>
      <w:pPr>
        <w:keepNext/>
        <w:spacing w:before="200" w:after="40"/>
      </w:pPr>
      <w:r>
        <w:rPr>
          <w:b/>
        </w:rPr>
        <w:t>Bilirkişilikten çekinme, bilirkişi olarak dinlenemeyenler</w:t>
      </w:r>
    </w:p>
    <w:p>
      <w:pPr>
        <w:spacing w:after="80"/>
        <w:ind w:firstLine="454"/>
        <w:jc w:val="both"/>
      </w:pPr>
      <w:r>
        <w:rPr>
          <w:b/>
        </w:rPr>
        <w:t xml:space="preserve">MADDE 70 – </w:t>
      </w:r>
      <w:r>
        <w:t>(1) Tanıklıktan çekinmeyi gerektirecek sebepler bilirkişiler hakkında da geçerlidir. Bilirkişi, geçerli diğer sebeplerle de görüş bildirmekten çekinebilir.</w:t>
      </w:r>
    </w:p>
    <w:p>
      <w:pPr>
        <w:keepNext/>
        <w:spacing w:before="200" w:after="40"/>
      </w:pPr>
      <w:r>
        <w:rPr>
          <w:b/>
        </w:rPr>
        <w:t>Görevini yapmayan bilirkişi hakkındaki işlem</w:t>
      </w:r>
    </w:p>
    <w:p>
      <w:pPr>
        <w:spacing w:after="80"/>
        <w:ind w:firstLine="454"/>
        <w:jc w:val="both"/>
      </w:pPr>
      <w:r>
        <w:rPr>
          <w:b/>
        </w:rPr>
        <w:t xml:space="preserve">MADDE 71 – </w:t>
      </w:r>
      <w:r>
        <w:t>(1) Usulünce çağrıldığı hâlde gelmeyen veya gelip de yeminden, oy ve görüş bildirmekten çekinen bilirkişiler hakkında 60 ıncı maddenin birinci fıkrası hükmü uygulanır ve durum bilirkişilik bölge kuruluna bildirilir.</w:t>
      </w:r>
    </w:p>
    <w:p>
      <w:pPr>
        <w:keepNext/>
        <w:spacing w:before="200" w:after="40"/>
      </w:pPr>
      <w:r>
        <w:rPr>
          <w:b/>
        </w:rPr>
        <w:t>Bilirkişi gider ve ücreti</w:t>
      </w:r>
    </w:p>
    <w:p>
      <w:pPr>
        <w:spacing w:after="80"/>
        <w:ind w:firstLine="454"/>
        <w:jc w:val="both"/>
      </w:pPr>
      <w:r>
        <w:rPr>
          <w:b/>
        </w:rPr>
        <w:t xml:space="preserve">MADDE 72 – </w:t>
      </w:r>
      <w:r>
        <w:rPr>
          <w:color w:val="666666"/>
          <w:sz w:val="17"/>
        </w:rPr>
        <w:t>(Değişik: 3/11/2016-6754/47 md.)</w:t>
      </w:r>
    </w:p>
    <w:p>
      <w:pPr>
        <w:spacing w:after="80"/>
        <w:ind w:firstLine="454"/>
        <w:jc w:val="both"/>
      </w:pPr>
      <w:r>
        <w:t>(1) Bilirkişiye sarf etmiş olduğu emek ve mesaiyle orantılı bir ücret ile inceleme, ulaşım, konaklama ve diğer giderleri ödenir. Bu konuda, Adalet Bakanlığı tarafından çıkarılan ve her yıl güncellenen tarife esas alınır.</w:t>
      </w:r>
    </w:p>
    <w:p>
      <w:pPr>
        <w:keepNext/>
        <w:spacing w:before="200" w:after="40"/>
      </w:pPr>
      <w:r>
        <w:rPr>
          <w:b/>
        </w:rPr>
        <w:t>Sahte para ve değerler üzerinde yapılacak incelemeler</w:t>
      </w:r>
    </w:p>
    <w:p>
      <w:pPr>
        <w:spacing w:after="80"/>
        <w:ind w:firstLine="454"/>
        <w:jc w:val="both"/>
      </w:pPr>
      <w:r>
        <w:rPr>
          <w:b/>
        </w:rPr>
        <w:t xml:space="preserve">MADDE 73 – </w:t>
      </w:r>
      <w:r>
        <w:t>(1) Para ve Devlet tarafından çıkarılan tahvil ve Hazine bonosu gibi değerler üzerinde işlenen sahtecilik suçlarında, elkonulan para ve değerlerin hepsi, bunların asıllarını tedavüle çıkaran kurumların merkez veya taşra birimlerine incelettirilir.</w:t>
      </w:r>
    </w:p>
    <w:p>
      <w:pPr>
        <w:spacing w:after="80"/>
        <w:ind w:firstLine="454"/>
        <w:jc w:val="both"/>
      </w:pPr>
      <w:r>
        <w:t>(2) Yabancı devletlerin paraları ve değerleri hakkında da, yetkili Türk makamlarının görüşlerinin alınmasına karar verilir.</w:t>
      </w:r>
    </w:p>
    <w:p>
      <w:pPr>
        <w:spacing w:before="360"/>
        <w:jc w:val="center"/>
      </w:pPr>
      <w:r>
        <w:rPr>
          <w:b/>
          <w:sz w:val="24"/>
        </w:rPr>
        <w:t>ÜÇÜNCÜ BÖLÜM</w:t>
        <w:br/>
        <w:t>Gözlem Altına Alınma, Muayene, Keşif ve Otopsi</w:t>
      </w:r>
    </w:p>
    <w:p>
      <w:pPr>
        <w:keepNext/>
        <w:spacing w:before="200" w:after="40"/>
      </w:pPr>
      <w:r>
        <w:rPr>
          <w:b/>
        </w:rPr>
        <w:t>Gözlem altına alınma</w:t>
      </w:r>
    </w:p>
    <w:p>
      <w:pPr>
        <w:spacing w:after="80"/>
        <w:ind w:firstLine="454"/>
        <w:jc w:val="both"/>
      </w:pPr>
      <w:r>
        <w:rPr>
          <w:b/>
        </w:rPr>
        <w:t xml:space="preserve">MADDE 74 – </w:t>
      </w:r>
      <w:r>
        <w:t>(1) Fiili işlediği yolunda kuvvetli şüpheler bulunan şüpheli veya sanığın akıl hastası olup olmadığını, akıl hastası ise ne zamandan beri hasta olduğunu ve bunun, kişinin davranışları üzerindeki etkilerini saptamak için; uzman hekimin önerisi üzerine, Cumhuriyet savcısının ve müdafiin dinlenmesinden sonra resmî bir sağlık kurumunda gözlem altına alınmasına, soruşturma evresinde sulh ceza hâkimi, kovuşturma evresinde mahkeme tarafından karar verilebilir.</w:t>
      </w:r>
    </w:p>
    <w:p>
      <w:pPr>
        <w:spacing w:after="80"/>
        <w:ind w:firstLine="454"/>
        <w:jc w:val="both"/>
      </w:pPr>
      <w:r>
        <w:t>(2) Şüpheli veya sanığın müdafii yoksa hâkim veya mahkemenin istemi üzerine, baro tarafından bir müdafi görevlendirilir.</w:t>
      </w:r>
    </w:p>
    <w:p>
      <w:pPr>
        <w:spacing w:after="80"/>
        <w:ind w:firstLine="454"/>
        <w:jc w:val="both"/>
      </w:pPr>
      <w:r>
        <w:t>(3) Gözlem süresi üç haftayı geçemez. Bu sürenin yetmeyeceği anlaşılırsa resmî sağlık kurumunun istemi üzerine, her seferinde üç haftayı geçmemek üzere ek süreler verilebilir; ancak sürelerin toplamı üç ayı geçemez.</w:t>
      </w:r>
    </w:p>
    <w:p>
      <w:pPr>
        <w:spacing w:after="80"/>
        <w:ind w:firstLine="454"/>
        <w:jc w:val="both"/>
      </w:pPr>
      <w:r>
        <w:t>(4) Gözlem altına alınma kararına karşı itiraz yoluna gidilebilir; itiraz, kararın yerine getirilmesini durdurur.</w:t>
      </w:r>
    </w:p>
    <w:p>
      <w:pPr>
        <w:spacing w:after="80"/>
        <w:ind w:firstLine="454"/>
        <w:jc w:val="both"/>
      </w:pPr>
      <w:r>
        <w:t>(5) Bu madde hükmü, 223 üncü maddenin sekizinci fıkrası gereğince yargılamanın durması kararı verilmesi gereken hâllerde de uygulanır.</w:t>
      </w:r>
    </w:p>
    <w:p>
      <w:pPr>
        <w:keepNext/>
        <w:spacing w:before="200" w:after="40"/>
      </w:pPr>
      <w:r>
        <w:rPr>
          <w:b/>
        </w:rPr>
        <w:t>Şüpheli veya sanığın beden muayenesi ve vücudundan örnek alınması</w:t>
      </w:r>
    </w:p>
    <w:p>
      <w:pPr>
        <w:spacing w:after="80"/>
        <w:ind w:firstLine="454"/>
        <w:jc w:val="both"/>
      </w:pPr>
      <w:r>
        <w:rPr>
          <w:b/>
        </w:rPr>
        <w:t xml:space="preserve">MADDE 75 – </w:t>
      </w:r>
      <w:r>
        <w:rPr>
          <w:color w:val="666666"/>
          <w:sz w:val="17"/>
        </w:rPr>
        <w:t>(Değişik: 25/5/2005 – 5353/2 md.)</w:t>
      </w:r>
    </w:p>
    <w:p>
      <w:pPr>
        <w:spacing w:after="80"/>
        <w:ind w:firstLine="454"/>
        <w:jc w:val="both"/>
      </w:pPr>
      <w:r>
        <w:t>(1) Bir suça ilişkin delil elde etmek için şüpheli veya sanık üzerinde iç beden muayenesi yapılabilmesine ya da vücuttan kan veya benzeri biyolojik örneklerle saç, tükürük, tırnak gibi örnekler alınabilmesine; Cumhuriyet savcısı veya mağdurun istemiyle ya da re'sen hâkim veya mahkeme, gecikmesinde sakınca bulunan hâllerde Cumhuriyet savcısı tarafından karar verilebilir. Cumhuriyet savcısının kararı, yirmidört saat içinde hâkim veya mahkemenin onayına sunulur. Hâkim veya mahkeme, yirmidört saat içinde kararını verir. Onaylanmayan kararlar hükümsüz kalır ve elde edilen deliller kullanılamaz.</w:t>
      </w:r>
    </w:p>
    <w:p>
      <w:pPr>
        <w:spacing w:after="80"/>
        <w:ind w:firstLine="454"/>
        <w:jc w:val="both"/>
      </w:pPr>
      <w:r>
        <w:t>(2) İç beden muayenesi yapılabilmesi veya vücuttan kan veya benzeri biyolojik örnekler alınabilmesi için müdahalenin, kişinin sağlığına zarar verme tehlikesinin bulunmaması gerekir.</w:t>
      </w:r>
    </w:p>
    <w:p>
      <w:pPr>
        <w:spacing w:after="80"/>
        <w:ind w:firstLine="454"/>
        <w:jc w:val="both"/>
      </w:pPr>
      <w:r>
        <w:t>(3) İç beden muayenesi veya vücuttan kan veya benzeri biyolojik örnekler alınması, ancak tabip veya sağlık mesleği mensubu diğer bir kişi tarafından yapılabilir.</w:t>
      </w:r>
    </w:p>
    <w:p>
      <w:pPr>
        <w:spacing w:after="80"/>
        <w:ind w:firstLine="454"/>
        <w:jc w:val="both"/>
      </w:pPr>
      <w:r>
        <w:t>(4) Cinsel organlar veya anüs bölgesinde yapılan muayene de iç beden muayenesi sayılır.</w:t>
      </w:r>
    </w:p>
    <w:p>
      <w:pPr>
        <w:spacing w:after="80"/>
        <w:ind w:firstLine="454"/>
        <w:jc w:val="both"/>
      </w:pPr>
      <w:r>
        <w:t>(5) Üst sınırı iki yıldan daha az hapis cezasını gerektiren suçlarda, kişi üzerinde iç beden muayenesi yapılamaz; kişiden kan veya benzeri biyolojik örneklerle saç, tükürük, tırnak gibi örnekler alınamaz.</w:t>
      </w:r>
    </w:p>
    <w:p>
      <w:pPr>
        <w:spacing w:after="80"/>
        <w:ind w:firstLine="454"/>
        <w:jc w:val="both"/>
      </w:pPr>
      <w:r>
        <w:t>(6) Bu madde gereğince alınacak hâkim veya mahkeme kararlarına itiraz edilebilir.</w:t>
      </w:r>
    </w:p>
    <w:p>
      <w:pPr>
        <w:spacing w:after="80"/>
        <w:ind w:firstLine="454"/>
        <w:jc w:val="both"/>
      </w:pPr>
      <w:r>
        <w:t>(7) Özel kanunlardaki alkol muayenesine ve kan örneği alınmasına ilişkin hükümler saklıdır.</w:t>
      </w:r>
    </w:p>
    <w:p>
      <w:pPr>
        <w:keepNext/>
        <w:spacing w:before="200" w:after="40"/>
      </w:pPr>
      <w:r>
        <w:rPr>
          <w:b/>
        </w:rPr>
        <w:t>Diğer kişilerin beden muayenesi ve vücuttan örnek alınması</w:t>
      </w:r>
    </w:p>
    <w:p>
      <w:pPr>
        <w:spacing w:after="80"/>
        <w:ind w:firstLine="454"/>
        <w:jc w:val="both"/>
      </w:pPr>
      <w:r>
        <w:rPr>
          <w:b/>
        </w:rPr>
        <w:t xml:space="preserve">MADDE 76 – </w:t>
      </w:r>
      <w:r>
        <w:rPr>
          <w:color w:val="666666"/>
          <w:sz w:val="17"/>
        </w:rPr>
        <w:t>(Değişik: 25/5/2005 – 5353/3 md.)</w:t>
      </w:r>
    </w:p>
    <w:p>
      <w:pPr>
        <w:spacing w:after="80"/>
        <w:ind w:firstLine="454"/>
        <w:jc w:val="both"/>
      </w:pPr>
      <w:r>
        <w:t>(1) Bir suça ilişkin delil elde etmek amacıyla, mağdurun vücudu üzerinde dış veya iç beden muayenesi yapılabilmesine veya vücudundan kan veya benzeri biyolojik örneklerle saç, tükürük, tırnak gibi örnekler alınabilmesine; sağlığını tehlikeye düşürmemek ve cerrahî bir müdahalede bulunmamak koşuluyla; Cumhuriyet savcısının istemiyle ya da re'sen hâkim veya mahkeme, gecikmesinde sakınca bulunan hâllerde Cumhuriyet savcısı tarafından karar verilebilir. Cumhuriyet savcısının kararı, yirmidört saat içinde hâkim veya mahkemenin onayına sunulur. Hâkim veya mahkeme, yirmidört saat içinde kararını verir. Onaylanmayan kararlar hükümsüz kalır ve elde edilen deliller kullanılamaz.</w:t>
      </w:r>
    </w:p>
    <w:p>
      <w:pPr>
        <w:spacing w:after="80"/>
        <w:ind w:firstLine="454"/>
        <w:jc w:val="both"/>
      </w:pPr>
      <w:r>
        <w:t>(2) Mağdurun rızasının varlığı halinde, bu işlemlerin yapılabilmesi için birinci fıkra hükmüne göre karar alınmasına gerek yoktur.</w:t>
      </w:r>
    </w:p>
    <w:p>
      <w:pPr>
        <w:spacing w:after="80"/>
        <w:ind w:firstLine="454"/>
        <w:jc w:val="both"/>
      </w:pPr>
      <w:r>
        <w:t>(3) Çocuğun soy bağının araştırılmasına gerek duyulması halinde; bu araştırmanın yapılabilmesi için birinci fıkra hükmüne göre karar alınması gerekir.</w:t>
      </w:r>
    </w:p>
    <w:p>
      <w:pPr>
        <w:spacing w:after="80"/>
        <w:ind w:firstLine="454"/>
        <w:jc w:val="both"/>
      </w:pPr>
      <w:r>
        <w:t>(4) Tanıklıktan çekinme sebepleri ile muayeneden veya vücuttan örnek alınmasından kaçınılabilir. Çocuk ve akıl hastasının çekinmesi konusunda kanunî temsilcisi karar verir. Çocuk veya akıl hastasının, tanıklığın hukukî anlam ve sonuçlarını algılayabilecek durumda olması hâlinde, görüşü de alınır. Kanunî temsilci de şüpheli veya sanık ise bu konuda hâkim tarafından karar verilir. Ancak, bu hâlde elde edilen deliller davanın ileri aşamalarında şüpheli veya sanık olmayan kanunî temsilcinin izni olmadıkça kullanılamaz.</w:t>
      </w:r>
    </w:p>
    <w:p>
      <w:pPr>
        <w:spacing w:after="80"/>
        <w:ind w:firstLine="454"/>
        <w:jc w:val="both"/>
      </w:pPr>
      <w:r>
        <w:t>(5) Bu madde gereğince verilen hâkim veya mahkeme kararlarına itiraz edilebilir.</w:t>
      </w:r>
    </w:p>
    <w:p>
      <w:pPr>
        <w:keepNext/>
        <w:spacing w:before="200" w:after="40"/>
      </w:pPr>
      <w:r>
        <w:rPr>
          <w:b/>
        </w:rPr>
        <w:t>Kadının muayenesi</w:t>
      </w:r>
    </w:p>
    <w:p>
      <w:pPr>
        <w:spacing w:after="80"/>
        <w:ind w:firstLine="454"/>
        <w:jc w:val="both"/>
      </w:pPr>
      <w:r>
        <w:rPr>
          <w:b/>
        </w:rPr>
        <w:t xml:space="preserve">MADDE 77 – </w:t>
      </w:r>
      <w:r>
        <w:t>(1) Kadının muayenesi, istemi halinde ve olanaklar elverdiğinde bir kadın hekim tarafından yapılır.</w:t>
      </w:r>
    </w:p>
    <w:p>
      <w:pPr>
        <w:keepNext/>
        <w:spacing w:before="200" w:after="40"/>
      </w:pPr>
      <w:r>
        <w:rPr>
          <w:b/>
        </w:rPr>
        <w:t>Moleküler genetik incelemeler</w:t>
      </w:r>
    </w:p>
    <w:p>
      <w:pPr>
        <w:spacing w:after="80"/>
        <w:ind w:firstLine="454"/>
        <w:jc w:val="both"/>
      </w:pPr>
      <w:r>
        <w:rPr>
          <w:b/>
        </w:rPr>
        <w:t xml:space="preserve">MADDE 78 – </w:t>
      </w:r>
      <w:r>
        <w:t>(1) 75 ve 76 ncı maddelerde öngörülen işlemlerle elde edilen örnekler üzerinde, soybağının veya elde edilen bulgunun şüpheli veya sanığa ya da mağdura ait olup olmadığının tespiti için zorunlu olması hâlinde moleküler genetik incelemeler yapılabilir. Alınan örnekler üzerinde bu amaçlar dışında tespitler yapılmasına yönelik incelemeler yasaktır.</w:t>
      </w:r>
    </w:p>
    <w:p>
      <w:pPr>
        <w:spacing w:after="80"/>
        <w:ind w:firstLine="454"/>
        <w:jc w:val="both"/>
      </w:pPr>
      <w:r>
        <w:t>(2) Birinci fıkra uyarınca yapılabilen incelemeler, bulunan ve kime ait olduğu belli olmayan beden parçaları üzerinde de yapılabilir. Birinci fıkranın ikinci cümlesi, bu hâlde de uygulanır.</w:t>
      </w:r>
    </w:p>
    <w:p>
      <w:pPr>
        <w:keepNext/>
        <w:spacing w:before="200" w:after="40"/>
      </w:pPr>
      <w:r>
        <w:rPr>
          <w:b/>
        </w:rPr>
        <w:t>Hâkimin kararı ve inceleme yapılması</w:t>
      </w:r>
    </w:p>
    <w:p>
      <w:pPr>
        <w:spacing w:after="80"/>
        <w:ind w:firstLine="454"/>
        <w:jc w:val="both"/>
      </w:pPr>
      <w:r>
        <w:rPr>
          <w:b/>
        </w:rPr>
        <w:t xml:space="preserve">MADDE 79 – </w:t>
      </w:r>
      <w:r>
        <w:t>(1) 78 inci madde uyarınca moleküler genetik incelemeler yapılmasına sadece hâkim karar verebilir. Kararda inceleme ile görevlendirilen bilirkişi de gösterilir.</w:t>
      </w:r>
    </w:p>
    <w:p>
      <w:pPr>
        <w:spacing w:after="80"/>
        <w:ind w:firstLine="454"/>
        <w:jc w:val="both"/>
      </w:pPr>
      <w:r>
        <w:t>(2) Yapılacak incelemeler için resmen atanan veya bilirkişilikle yükümlü olan ya da soruşturma veya kovuşturmayı yürüten makama mensup olmayan veya bu makamın soruşturma veya kovuşturmayı yürüten dairesinden teşkilât yapısı itibarıyla ve objektif olarak ayrı bir birimine mensup olan görevliler, bilirkişi olarak görevlendirilebilirler. Bu kişiler, teknik ve teşkilât bakımından uygun tedbirlerle yasak moleküler genetik incelemelerin yapılmasını ve yetkisiz üçüncü kişilerin bilgi edinmesini önlemekle yükümlüdürler. İncelenecek bulgu, bilirkişiye ilgilinin adı ve soyadı, adresi, doğum tarihi bildirilmeksizin verilir.</w:t>
      </w:r>
    </w:p>
    <w:p>
      <w:pPr>
        <w:keepNext/>
        <w:spacing w:before="200" w:after="40"/>
      </w:pPr>
      <w:r>
        <w:rPr>
          <w:b/>
        </w:rPr>
        <w:t>Genetik inceleme sonuçlarının gizliliği</w:t>
      </w:r>
    </w:p>
    <w:p>
      <w:pPr>
        <w:spacing w:after="80"/>
        <w:ind w:firstLine="454"/>
        <w:jc w:val="both"/>
      </w:pPr>
      <w:r>
        <w:rPr>
          <w:b/>
        </w:rPr>
        <w:t xml:space="preserve">MADDE 80 – </w:t>
      </w:r>
      <w:r>
        <w:rPr>
          <w:color w:val="666666"/>
          <w:sz w:val="17"/>
        </w:rPr>
        <w:t>(Değişik: 25/5/2005 – 5353/4 md.)</w:t>
      </w:r>
    </w:p>
    <w:p>
      <w:pPr>
        <w:spacing w:after="80"/>
        <w:ind w:firstLine="454"/>
        <w:jc w:val="both"/>
      </w:pPr>
      <w:r>
        <w:t>(1) 75, 76 ve 78 inci madde hükümlerine göre alınan örnekler üzerinde yapılan inceleme sonuçları, kişisel veri niteliğinde olup, başka bir amaçla kullanılamaz; dosya içeriğini öğrenme yetkisine sahip bulunan kişiler tarafından bir başkasına verilemez.</w:t>
      </w:r>
    </w:p>
    <w:p>
      <w:pPr>
        <w:spacing w:after="80"/>
        <w:ind w:firstLine="454"/>
        <w:jc w:val="both"/>
      </w:pPr>
      <w:r>
        <w:t xml:space="preserve">(2) </w:t>
      </w:r>
      <w:r>
        <w:rPr>
          <w:color w:val="666666"/>
          <w:sz w:val="17"/>
        </w:rPr>
        <w:t>(Değişik:16/7/2026-7589/14 md.)</w:t>
      </w:r>
      <w:r>
        <w:t xml:space="preserve"> İnceleme sonuçları kimlik bilgilerinden arındırılmış şekilde mahsus bir sisteme kaydedilir ve bir örneği dosyasında delil olarak saklanmak üzere soruşturma veya kovuşturma makamına gönderilir. Sisteme kaydedilen ve dosyada delil olarak saklanan bilgiler, kovuşturmaya yer olmadığı kararına itiraz süresinin dolması, itirazın reddi, beraat veya ceza verilmesine yer olmadığı kararı verilip kesinleşmesi hâllerinde derhâl, diğer hallerde mahkeme kararının kesinleşmesinden itibaren yirmi yıl geçmesiyle Cumhuriyet savcısının huzurunda yok edilir ve bu husus dosyasında muhafaza edilmek üzere tutanağa geçirilir. Bilgisi sisteme kaydedilen kişi bu süre içinde kişisel verinin saklanmasını gerektiren amacın ortadan kalkması veya haklı bir nedenin bulunması halinde hâkim veya mahkemeden bu bilgilerin silinmesini talep edebilir.</w:t>
      </w:r>
    </w:p>
    <w:p>
      <w:pPr>
        <w:spacing w:after="80"/>
        <w:ind w:firstLine="454"/>
        <w:jc w:val="both"/>
      </w:pPr>
      <w:r>
        <w:t xml:space="preserve">(3) </w:t>
      </w:r>
      <w:r>
        <w:rPr>
          <w:color w:val="666666"/>
          <w:sz w:val="17"/>
        </w:rPr>
        <w:t>(Ek:16/7/2026-7589/14 md.)</w:t>
      </w:r>
      <w:r>
        <w:t xml:space="preserve"> Bu madde uyarınca sisteme kaydedilen bilgiler, yürütülmekte olan bir soruşturma veya kovuşturma kapsamında maddî gerçeğin ortaya çıkarılması amacıyla mahkeme, hâkim veya Cumhuriyet savcısı kararıyla kullanılabilir. Mahkeme veya hâkim kararlarına karşı itiraz yoluna; Cumhuriyet savcısının kararına karşı ise sulh ceza hâkimliğine başvurulabilir.</w:t>
      </w:r>
    </w:p>
    <w:p>
      <w:pPr>
        <w:spacing w:after="80"/>
        <w:ind w:firstLine="454"/>
        <w:jc w:val="both"/>
      </w:pPr>
      <w:r>
        <w:t xml:space="preserve">(4) </w:t>
      </w:r>
      <w:r>
        <w:rPr>
          <w:color w:val="666666"/>
          <w:sz w:val="17"/>
        </w:rPr>
        <w:t>(Ek:16/7/2026-7589/14 md.)</w:t>
      </w:r>
      <w:r>
        <w:t xml:space="preserve"> İnceleme sonuçlarının mahsus sistemde kaydedilmesi, saklanması ve imhası ile bu kayıtlardan yararlanmaya ilişkin esas ve usuller, Adalet Bakanlığı ve İçişleri Bakanlığı tarafından müştereken çıkarılacak yönetmelikle belirlenir.</w:t>
      </w:r>
    </w:p>
    <w:p>
      <w:pPr>
        <w:keepNext/>
        <w:spacing w:before="200" w:after="40"/>
      </w:pPr>
      <w:r>
        <w:rPr>
          <w:b/>
        </w:rPr>
        <w:t>Fizik kimliğin tespiti</w:t>
      </w:r>
    </w:p>
    <w:p>
      <w:pPr>
        <w:spacing w:after="80"/>
        <w:ind w:firstLine="454"/>
        <w:jc w:val="both"/>
      </w:pPr>
      <w:r>
        <w:rPr>
          <w:b/>
        </w:rPr>
        <w:t xml:space="preserve">MADDE 81 – </w:t>
      </w:r>
      <w:r>
        <w:rPr>
          <w:color w:val="666666"/>
          <w:sz w:val="17"/>
        </w:rPr>
        <w:t>(Değişik: 25/5/2005 – 5353/5 md.)</w:t>
      </w:r>
    </w:p>
    <w:p>
      <w:pPr>
        <w:spacing w:after="80"/>
        <w:ind w:firstLine="454"/>
        <w:jc w:val="both"/>
      </w:pPr>
      <w:r>
        <w:t>(1) Üst sınırı iki yıl veya daha fazla hapis cezasını gerektiren bir suçtan dolayı şüpheli veya sanığın, kimliğinin teşhisi için gerekli olması halinde, Cumhuriyet savcısının emriyle fotoğrafı, beden ölçüleri, parmak ve avuç içi izi, bedeninde yer almış olup teşhisini kolaylaştıracak diğer özellikleri ile sesi ve görüntüleri kayda alınarak, soruşturma ve kovuşturma işlemlerine ilişkin dosyaya konulur.</w:t>
      </w:r>
    </w:p>
    <w:p>
      <w:pPr>
        <w:spacing w:after="80"/>
        <w:ind w:firstLine="454"/>
        <w:jc w:val="both"/>
      </w:pPr>
      <w:r>
        <w:t>(2) Kovuşturmaya yer olmadığı kararına itiraz süresinin dolması, itirazın reddi, beraat veya ceza verilmesine yer olmadığı kararı verilip kesinleşmesi hâllerinde söz konusu kayıtlar Cumhuriyet savcısının huzurunda derhâl yok edilir ve bu husus tutanağa geçirilir.</w:t>
      </w:r>
    </w:p>
    <w:p>
      <w:pPr>
        <w:keepNext/>
        <w:spacing w:before="200" w:after="40"/>
      </w:pPr>
      <w:r>
        <w:rPr>
          <w:b/>
        </w:rPr>
        <w:t>Yönetmelik</w:t>
      </w:r>
    </w:p>
    <w:p>
      <w:pPr>
        <w:spacing w:after="80"/>
        <w:ind w:firstLine="454"/>
        <w:jc w:val="both"/>
      </w:pPr>
      <w:r>
        <w:rPr>
          <w:b/>
        </w:rPr>
        <w:t xml:space="preserve">MADDE 82 – </w:t>
      </w:r>
      <w:r>
        <w:t>(1) 75 ilâ 81 inci maddelerde öngörülen işlemlerin yapılması ile ilgili usuller yönetmelikte gösterilir.</w:t>
      </w:r>
    </w:p>
    <w:p>
      <w:pPr>
        <w:keepNext/>
        <w:spacing w:before="200" w:after="40"/>
      </w:pPr>
      <w:r>
        <w:rPr>
          <w:b/>
        </w:rPr>
        <w:t>Keşif</w:t>
      </w:r>
    </w:p>
    <w:p>
      <w:pPr>
        <w:spacing w:after="80"/>
        <w:ind w:firstLine="454"/>
        <w:jc w:val="both"/>
      </w:pPr>
      <w:r>
        <w:rPr>
          <w:b/>
        </w:rPr>
        <w:t xml:space="preserve">MADDE 83 – </w:t>
      </w:r>
      <w:r>
        <w:t>(1) Keşif, hâkim veya mahkeme veya naip hâkim ya da istinabe olunan hâkim veya mahkeme ile gecikmesinde sakınca bulunan hâllerde Cumhuriyet savcısı tarafından yapılır.</w:t>
      </w:r>
    </w:p>
    <w:p>
      <w:pPr>
        <w:spacing w:after="80"/>
        <w:ind w:firstLine="454"/>
        <w:jc w:val="both"/>
      </w:pPr>
      <w:r>
        <w:t>(2) Keşif tutanağına, var olan durum ile olayın özel niteliğine göre varlığı umulup da elde edilemeyen delillerin yokluğu da yazılır.</w:t>
      </w:r>
    </w:p>
    <w:p>
      <w:pPr>
        <w:keepNext/>
        <w:spacing w:before="200" w:after="40"/>
      </w:pPr>
      <w:r>
        <w:rPr>
          <w:b/>
        </w:rPr>
        <w:t>Keşifte, tanık veya bilirkişinin dinlenmesinde bulunabilecekler</w:t>
      </w:r>
    </w:p>
    <w:p>
      <w:pPr>
        <w:spacing w:after="80"/>
        <w:ind w:firstLine="454"/>
        <w:jc w:val="both"/>
      </w:pPr>
      <w:r>
        <w:rPr>
          <w:b/>
        </w:rPr>
        <w:t xml:space="preserve">MADDE 84 – </w:t>
      </w:r>
      <w:r>
        <w:t>(1) Keşif yapılması sırasında şüpheli, sanık, mağdur ve bunların müdafii ve vekili hazır bulunabilirler.</w:t>
      </w:r>
    </w:p>
    <w:p>
      <w:pPr>
        <w:spacing w:after="80"/>
        <w:ind w:firstLine="454"/>
        <w:jc w:val="both"/>
      </w:pPr>
      <w:r>
        <w:t>(2) Tanık veya bilirkişinin duruşma sırasında hazır bulunamayacağı veya oturduğu yerin uzaklığı nedeniyle bulunmasının güç olduğu anlaşılırsa, bu tanık veya bilirkişinin dinlenmesinde de birinci fıkra hükmü uygulanır.</w:t>
      </w:r>
    </w:p>
    <w:p>
      <w:pPr>
        <w:spacing w:after="80"/>
        <w:ind w:firstLine="454"/>
        <w:jc w:val="both"/>
      </w:pPr>
      <w:r>
        <w:t>(3) Mağdur, şüpheli veya sanığın huzuru, tanıklardan birinin gerçeğe uygun tanıklık etmesine engel olabilecekse, o işte şüpheli veya sanığın bulunmamasına karar verilebilir.</w:t>
      </w:r>
    </w:p>
    <w:p>
      <w:pPr>
        <w:spacing w:after="80"/>
        <w:ind w:firstLine="454"/>
        <w:jc w:val="both"/>
      </w:pPr>
      <w:r>
        <w:t>(4) Bu işlerde hazır bulunmaya hakkı olanlar, işin geri bırakılmasına neden olmamak koşuluyla, işlerin yapılması gününden önce haberdar edilirler.</w:t>
      </w:r>
    </w:p>
    <w:p>
      <w:pPr>
        <w:spacing w:after="80"/>
        <w:ind w:firstLine="454"/>
        <w:jc w:val="both"/>
      </w:pPr>
      <w:r>
        <w:t>(5) Şüpheli veya sanık tutuklu ise, hâkim veya mahkeme tarafından ancak zorunlu sayılan hâllerde keşifte hazır bulundurulmasına karar verilebilir.</w:t>
      </w:r>
    </w:p>
    <w:p>
      <w:pPr>
        <w:keepNext/>
        <w:spacing w:before="200" w:after="40"/>
      </w:pPr>
      <w:r>
        <w:rPr>
          <w:b/>
        </w:rPr>
        <w:t>Yer gösterme</w:t>
      </w:r>
    </w:p>
    <w:p>
      <w:pPr>
        <w:spacing w:after="80"/>
        <w:ind w:firstLine="454"/>
        <w:jc w:val="both"/>
      </w:pPr>
      <w:r>
        <w:rPr>
          <w:b/>
        </w:rPr>
        <w:t xml:space="preserve">MADDE 85 – </w:t>
      </w:r>
      <w:r>
        <w:rPr>
          <w:color w:val="666666"/>
          <w:sz w:val="17"/>
        </w:rPr>
        <w:t>(Değişik: 25/5/2005 – 5353/6 md.)</w:t>
      </w:r>
    </w:p>
    <w:p>
      <w:pPr>
        <w:spacing w:after="80"/>
        <w:ind w:firstLine="454"/>
        <w:jc w:val="both"/>
      </w:pPr>
      <w:r>
        <w:t>(1) Cumhuriyet savcısı, kendisine yüklenen suç hakkında açıklamada bulunmuş olan şüpheliye yer gösterme işlemi yaptırabilir. 250 nci maddenin birinci fıkrası kapsamına giren suçlar söz konusu olduğunda, adli kolluk amiri de yer gösterme işlemi yaptırmaya yetkilidir.</w:t>
      </w:r>
    </w:p>
    <w:p>
      <w:pPr>
        <w:spacing w:after="80"/>
        <w:ind w:firstLine="454"/>
        <w:jc w:val="both"/>
      </w:pPr>
      <w:r>
        <w:t>(2) Soruşturmayı geciktirmemek kaydıyla, müdafi de yer gösterme işlemi sırasında hazır bulunabilir.</w:t>
      </w:r>
    </w:p>
    <w:p>
      <w:pPr>
        <w:spacing w:after="80"/>
        <w:ind w:firstLine="454"/>
        <w:jc w:val="both"/>
      </w:pPr>
      <w:r>
        <w:t>(3) Yer gösterme işlemi, 169 uncu maddeye uygun olarak tutanağa bağlanır.</w:t>
      </w:r>
    </w:p>
    <w:p>
      <w:pPr>
        <w:keepNext/>
        <w:spacing w:before="200" w:after="40"/>
      </w:pPr>
      <w:r>
        <w:rPr>
          <w:b/>
        </w:rPr>
        <w:t>Ölünün kimliğini belirleme ve adlî muayene</w:t>
      </w:r>
    </w:p>
    <w:p>
      <w:pPr>
        <w:spacing w:after="80"/>
        <w:ind w:firstLine="454"/>
        <w:jc w:val="both"/>
      </w:pPr>
      <w:r>
        <w:rPr>
          <w:b/>
        </w:rPr>
        <w:t xml:space="preserve">MADDE 86 – </w:t>
      </w:r>
      <w:r>
        <w:t>(1) Engelleyici sebepler olmadıkça ölü muayenesinden veya otopsiden önce ölünün kimliği her suretle ve özellikle kendisini tanıyanlara gösterilerek belirlenir ve elde edilmiş bir şüpheli veya sanık varsa, teşhis edilmek üzere ölü ona da gösterilebilir.</w:t>
      </w:r>
    </w:p>
    <w:p>
      <w:pPr>
        <w:spacing w:after="80"/>
        <w:ind w:firstLine="454"/>
        <w:jc w:val="both"/>
      </w:pPr>
      <w:r>
        <w:t>(2) Ölünün adlî muayenesinde tıbbî belirtiler, ölüm zamanı ve ölüm nedenini belirlemek için tüm bulgular saptanır.</w:t>
      </w:r>
    </w:p>
    <w:p>
      <w:pPr>
        <w:spacing w:after="80"/>
        <w:ind w:firstLine="454"/>
        <w:jc w:val="both"/>
      </w:pPr>
      <w:r>
        <w:t>(3) Bu muayene, Cumhuriyet savcısının huzurunda ve bir hekim görevlendirilerek yapılır.</w:t>
      </w:r>
    </w:p>
    <w:p>
      <w:pPr>
        <w:keepNext/>
        <w:spacing w:before="200" w:after="40"/>
      </w:pPr>
      <w:r>
        <w:rPr>
          <w:b/>
        </w:rPr>
        <w:t>Otopsi</w:t>
      </w:r>
    </w:p>
    <w:p>
      <w:pPr>
        <w:spacing w:after="80"/>
        <w:ind w:firstLine="454"/>
        <w:jc w:val="both"/>
      </w:pPr>
      <w:r>
        <w:rPr>
          <w:b/>
        </w:rPr>
        <w:t xml:space="preserve">MADDE 87 – </w:t>
      </w:r>
      <w:r>
        <w:t>(1) Otopsi, Cumhuriyet savcısının huzurunda biri adlî tıp, diğeri patoloji uzmanı veya diğer dallardan birisinin mensubu veya biri pratisyen iki hekim tarafından yapılır. Müdafi veya vekil tarafından getirilen hekim de otopside hazır bulunabilir. Zorunluluk bulunduğunda otopsi işlemi bir hekim tarafından da yapılabilir; bu durum otopsi raporunda açıkça belirtilir.</w:t>
      </w:r>
    </w:p>
    <w:p>
      <w:pPr>
        <w:spacing w:after="80"/>
        <w:ind w:firstLine="454"/>
        <w:jc w:val="both"/>
      </w:pPr>
      <w:r>
        <w:t>(2) Otopsi, cesedin durumu olanak verdiği takdirde, mutlaka baş, göğüs ve karnın açılmasını gerektirir.</w:t>
      </w:r>
    </w:p>
    <w:p>
      <w:pPr>
        <w:spacing w:after="80"/>
        <w:ind w:firstLine="454"/>
        <w:jc w:val="both"/>
      </w:pPr>
      <w:r>
        <w:t>(3) Ölümünden hemen önceki hastalığında öleni tedavi etmiş olan tabibe, otopsi yapma görevi verilemez. Ancak, bu tabibin otopsi sırasında hazır bulunması ve hastalığın seyri hakkında bilgi vermesi istenebilir.</w:t>
      </w:r>
    </w:p>
    <w:p>
      <w:pPr>
        <w:spacing w:after="80"/>
        <w:ind w:firstLine="454"/>
        <w:jc w:val="both"/>
      </w:pPr>
      <w:r>
        <w:t>(4) Gömülmüş bulunan bir ceset, incelenmesi veya otopsi yapılması için mezardan çıkarılabilir. Bu husustaki karar, soruşturma evresinde Cumhuriyet savcısı, kovuşturma evresinde mahkeme tarafından verilir. Mezardan çıkarma kararı, araştırmanın amacını tehlikeye düşürmeyecekse ve ulaşılması da zor değilse ölünün bir yakınına derhâl bildirilir.</w:t>
      </w:r>
    </w:p>
    <w:p>
      <w:pPr>
        <w:spacing w:after="80"/>
        <w:ind w:firstLine="454"/>
        <w:jc w:val="both"/>
      </w:pPr>
      <w:r>
        <w:t>(5) Yukarıdaki fıkralarda sözü edilen işlemler yapılırken, cesedin görüntüleri kayda alınır.</w:t>
      </w:r>
    </w:p>
    <w:p>
      <w:pPr>
        <w:keepNext/>
        <w:spacing w:before="200" w:after="40"/>
      </w:pPr>
      <w:r>
        <w:rPr>
          <w:b/>
        </w:rPr>
        <w:t>Yeni doğanın cesedinin adlî muayenesi veya otopsi</w:t>
      </w:r>
    </w:p>
    <w:p>
      <w:pPr>
        <w:spacing w:after="80"/>
        <w:ind w:firstLine="454"/>
        <w:jc w:val="both"/>
      </w:pPr>
      <w:r>
        <w:rPr>
          <w:b/>
        </w:rPr>
        <w:t xml:space="preserve">MADDE 88 – </w:t>
      </w:r>
      <w:r>
        <w:t>(1) Yeni doğanın cesedi üzerinde adlî muayene veya otopside, doğum sırasında veya doğumdan sonra yaşam bulgularının varlığı ve olağan süresinde doğup doğmadığı ve biyolojik olarak yaşamını rahim dışında sürdürebilecek kadar olgunlaşmış olup olmadığı veya yaşama yeteneği bulunup bulunmadığı saptanır.</w:t>
      </w:r>
    </w:p>
    <w:p>
      <w:pPr>
        <w:keepNext/>
        <w:spacing w:before="200" w:after="40"/>
      </w:pPr>
      <w:r>
        <w:rPr>
          <w:b/>
        </w:rPr>
        <w:t>Zehirlenme şüphesi üzerine yapılacak işlem</w:t>
      </w:r>
    </w:p>
    <w:p>
      <w:pPr>
        <w:spacing w:after="80"/>
        <w:ind w:firstLine="454"/>
        <w:jc w:val="both"/>
      </w:pPr>
      <w:r>
        <w:rPr>
          <w:b/>
        </w:rPr>
        <w:t xml:space="preserve">MADDE 89 – </w:t>
      </w:r>
      <w:r>
        <w:t>(1) Zehirlenme şüphesi olan hâllerde organlardan parça alınırken, görünen şekli ile organın tahribatı tanımlanır. Ölüde veya başka yerlerde bulunmuş şüpheli maddeler, görevlendirilen uzman tarafından incelenerek tahlil edilir.</w:t>
      </w:r>
    </w:p>
    <w:p>
      <w:pPr>
        <w:spacing w:after="80"/>
        <w:ind w:firstLine="454"/>
        <w:jc w:val="both"/>
      </w:pPr>
      <w:r>
        <w:t>(2) Cumhuriyet savcısı veya mahkeme, bu incelemenin, hekimin katılmasıyla veya onun yönetiminde yapılmasına karar verebilir.</w:t>
      </w:r>
    </w:p>
    <w:p>
      <w:pPr>
        <w:spacing w:before="360"/>
        <w:jc w:val="center"/>
      </w:pPr>
      <w:r>
        <w:rPr>
          <w:b/>
          <w:sz w:val="24"/>
        </w:rPr>
        <w:t>DÖRDÜNCÜ KISIM</w:t>
        <w:br/>
        <w:t>Koruma Tedbirleri</w:t>
      </w:r>
    </w:p>
    <w:p>
      <w:pPr>
        <w:spacing w:before="360"/>
        <w:jc w:val="center"/>
      </w:pPr>
      <w:r>
        <w:rPr>
          <w:b/>
          <w:sz w:val="24"/>
        </w:rPr>
        <w:t>BIRINCI BÖLÜM</w:t>
        <w:br/>
        <w:t>Yakalama ve Gözaltı</w:t>
      </w:r>
    </w:p>
    <w:p>
      <w:pPr>
        <w:keepNext/>
        <w:spacing w:before="200" w:after="40"/>
      </w:pPr>
      <w:r>
        <w:rPr>
          <w:b/>
        </w:rPr>
        <w:t>Yakalama ve yakalanan kişi hakkında yapılacak işlemler</w:t>
      </w:r>
    </w:p>
    <w:p>
      <w:pPr>
        <w:spacing w:after="80"/>
        <w:ind w:firstLine="454"/>
        <w:jc w:val="both"/>
      </w:pPr>
      <w:r>
        <w:rPr>
          <w:b/>
        </w:rPr>
        <w:t xml:space="preserve">MADDE 90 – </w:t>
      </w:r>
      <w:r>
        <w:t>(1) Aşağıda belirtilen hâllerde, herkes tarafından geçici olarak yakalama yapılabilir:</w:t>
      </w:r>
    </w:p>
    <w:p>
      <w:pPr>
        <w:spacing w:after="80"/>
        <w:ind w:firstLine="454"/>
        <w:jc w:val="both"/>
      </w:pPr>
      <w:r>
        <w:t>a) Kişiye suçu işlerken rastlanması.</w:t>
      </w:r>
    </w:p>
    <w:p>
      <w:pPr>
        <w:spacing w:after="80"/>
        <w:ind w:firstLine="454"/>
        <w:jc w:val="both"/>
      </w:pPr>
      <w:r>
        <w:t>b) Suçüstü bir fiilden dolayı izlenen kişinin kaçması olasılığının bulunması veya hemen kimliğini belirleme olanağının bulunmaması.</w:t>
      </w:r>
    </w:p>
    <w:p>
      <w:pPr>
        <w:spacing w:after="80"/>
        <w:ind w:firstLine="454"/>
        <w:jc w:val="both"/>
      </w:pPr>
      <w:r>
        <w:t>(2) Kolluk görevlileri, tutuklama kararı veya yakalama emri düzenlenmesini gerektiren ve gecikmesinde sakınca bulunan hâllerde; Cumhuriyet savcısına veya âmirlerine derhâl başvurma olanağı bulunmadığı takdirde, yakalama yetkisine sahiptirler.</w:t>
      </w:r>
    </w:p>
    <w:p>
      <w:pPr>
        <w:spacing w:after="80"/>
        <w:ind w:firstLine="454"/>
        <w:jc w:val="both"/>
      </w:pPr>
      <w:r>
        <w:t>(3) Soruşturma ve kovuşturması şikâyete bağlı olmakla birlikte, çocuklara, beden veya akıl hastalığı, malûllük veya güçsüzlükleri nedeniyle kendilerini idareden aciz bulunanlara karşı işlenen suçüstü hallerinde kişinin yakalanması şikâyete bağlı değildir.</w:t>
      </w:r>
    </w:p>
    <w:p>
      <w:pPr>
        <w:spacing w:after="80"/>
        <w:ind w:firstLine="454"/>
        <w:jc w:val="both"/>
      </w:pPr>
      <w:r>
        <w:t xml:space="preserve">(4) </w:t>
      </w:r>
      <w:r>
        <w:rPr>
          <w:color w:val="666666"/>
          <w:sz w:val="17"/>
        </w:rPr>
        <w:t>(Değişik: 25/5/2005 – 5353/7 md.)</w:t>
      </w:r>
      <w:r>
        <w:t xml:space="preserve"> Kolluk, yakalandığı sırada kaçmasını, kendisine veya başkalarına zarar vermesini önleyecek tedbirleri aldıktan sonra, yakalanan kişiye kanunî haklarını derhal bildirir.</w:t>
      </w:r>
    </w:p>
    <w:p>
      <w:pPr>
        <w:spacing w:after="80"/>
        <w:ind w:firstLine="454"/>
        <w:jc w:val="both"/>
      </w:pPr>
      <w:r>
        <w:t xml:space="preserve">(5) </w:t>
      </w:r>
      <w:r>
        <w:rPr>
          <w:color w:val="666666"/>
          <w:sz w:val="17"/>
        </w:rPr>
        <w:t>(Değişik: 25/5/2005 – 5353/7 md.)</w:t>
      </w:r>
      <w:r>
        <w:t xml:space="preserve"> Birinci fıkraya göre yakalanıp kolluğa teslim edilen veya ikinci fıkra uyarınca görevlilerce yakalanan kişi ve olay hakkında Cumhuriyet savcısına hemen bilgi verilerek, emri doğrultusunda işlem yapılır.</w:t>
      </w:r>
    </w:p>
    <w:p>
      <w:pPr>
        <w:spacing w:after="80"/>
        <w:ind w:firstLine="454"/>
        <w:jc w:val="both"/>
      </w:pPr>
      <w:r>
        <w:t>(6) Yakalama emrine konu işlemin yerine getirilmesi nedeniyle yakalama emrinin çıkarılma amacının ortadan kalkması durumunda mahkeme, hâkim veya Cumhuriyet savcısı tarafından yakalama emrinin derhâl iadesi istenir.</w:t>
      </w:r>
    </w:p>
    <w:p>
      <w:pPr>
        <w:keepNext/>
        <w:spacing w:before="200" w:after="40"/>
      </w:pPr>
      <w:r>
        <w:rPr>
          <w:b/>
        </w:rPr>
        <w:t>Gözaltı</w:t>
      </w:r>
    </w:p>
    <w:p>
      <w:pPr>
        <w:spacing w:after="80"/>
        <w:ind w:firstLine="454"/>
        <w:jc w:val="both"/>
      </w:pPr>
      <w:r>
        <w:rPr>
          <w:b/>
        </w:rPr>
        <w:t xml:space="preserve">MADDE 91 – </w:t>
      </w:r>
      <w:r>
        <w:t xml:space="preserve">(1) Yukarıdaki maddeye göre yakalanan kişi, Cumhuriyet Savcılığınca bırakılmazsa, soruşturmanın tamamlanması için gözaltına alınmasına karar verilebilir. </w:t>
      </w:r>
      <w:r>
        <w:rPr>
          <w:color w:val="666666"/>
          <w:sz w:val="17"/>
        </w:rPr>
        <w:t>(Değişik ikinci cümle: 25/5/2005 – 5353/8 md.)</w:t>
      </w:r>
      <w:r>
        <w:t xml:space="preserve"> Gözaltı süresi, yakalama yerine en yakın hâkim veya mahkemeye gönderilmesi için zorunlu süre hariç, yakalama anından itibaren yirmidört saati geçemez.</w:t>
      </w:r>
      <w:r>
        <w:rPr>
          <w:color w:val="666666"/>
          <w:sz w:val="17"/>
        </w:rPr>
        <w:t>(Ek cümle: 25/5/2005 – 5353/8 md.)</w:t>
      </w:r>
      <w:r>
        <w:t xml:space="preserve"> Yakalama yerine en yakın hâkim veya mahkemeye gönderilme için zorunlu süre oniki saatten fazla olamaz.</w:t>
      </w:r>
    </w:p>
    <w:p>
      <w:pPr>
        <w:spacing w:after="80"/>
        <w:ind w:firstLine="454"/>
        <w:jc w:val="both"/>
      </w:pPr>
      <w:r>
        <w:t>(2) Gözaltına alma, bu tedbirin soruşturma yönünden zorunlu olmasına ve kişinin bir suçu işlediği şüphesini gösteren somut delillerin varlığına bağlıdır.</w:t>
      </w:r>
    </w:p>
    <w:p>
      <w:pPr>
        <w:spacing w:after="80"/>
        <w:ind w:firstLine="454"/>
        <w:jc w:val="both"/>
      </w:pPr>
      <w:r>
        <w:t>(3) Toplu olarak işlenen suçlarda, delillerin toplanmasındaki güçlük veya şüpheli sayısının çokluğu nedeniyle; Cumhuriyet savcısı gözaltı süresinin, her defasında bir günü geçmemek üzere, üç gün süreyle uzatılmasına yazılı olarak emir verebilir. Gözaltı süresinin uzatılması emri gözaltına alınana derhâl tebliğ edilir.</w:t>
      </w:r>
    </w:p>
    <w:p>
      <w:pPr>
        <w:spacing w:after="80"/>
        <w:ind w:firstLine="454"/>
        <w:jc w:val="both"/>
      </w:pPr>
      <w:r>
        <w:t xml:space="preserve">(4) </w:t>
      </w:r>
      <w:r>
        <w:rPr>
          <w:color w:val="666666"/>
          <w:sz w:val="17"/>
        </w:rPr>
        <w:t>(Ek: 27/3/2015-6638/13 md.)</w:t>
      </w:r>
      <w:r>
        <w:t xml:space="preserve"> Suçüstü hâlleriyle sınırlı olmak kaydıyla; kişi hakkında aşağıdaki bentlerde belirtilen suçlarda mülki amirlerce belirlenecek kolluk amirleri tarafından yirmi dört saate kadar, şiddet olaylarının yaygınlaşarak kamu düzeninin ciddi şekilde bozulmasına yol açabilecek toplumsal olaylar sırasında ve toplu olarak işlenen suçlarda kırk sekiz saate kadar gözaltına alınma kararı verilebilir. Gözaltına alma nedeninin ortadan kalkması hâlinde veya işlemlerin tamamlanması üzerine derhâl ve her hâlde en geç yukarıda belirtilen sürelerin sonunda Cumhuriyet savcısına, yapılan işlemler hakkında bilgi verilerek talimatı doğrultusunda hareket edilir. Kişi serbest bırakılmazsa yukarıdaki fıkralara göre işlem yapılır. Ancak kişi en geç kırk sekiz saat, toplu olarak işlenen suçlarda dört gün içinde hâkim önüne çıkarılır. Bu fıkra kapsamında kolluk tarafından gözaltına alınan kişiler hakkında da gözaltına ilişkin hükümler uygulanır.</w:t>
      </w:r>
    </w:p>
    <w:p>
      <w:pPr>
        <w:spacing w:after="80"/>
        <w:ind w:firstLine="454"/>
        <w:jc w:val="both"/>
      </w:pPr>
      <w:r>
        <w:t>a) Toplumsal olaylar sırasında işlenen cebir ve şiddet içeren suçlar.</w:t>
      </w:r>
    </w:p>
    <w:p>
      <w:pPr>
        <w:spacing w:after="80"/>
        <w:ind w:firstLine="454"/>
        <w:jc w:val="both"/>
      </w:pPr>
      <w:r>
        <w:t>b) 26/9/2004 tarihli ve 5237 sayılı Türk Ceza Kanununda yer alan;</w:t>
      </w:r>
    </w:p>
    <w:p>
      <w:pPr>
        <w:spacing w:after="80"/>
        <w:ind w:firstLine="454"/>
        <w:jc w:val="both"/>
      </w:pPr>
      <w:r>
        <w:t>1. Kasten öldürme (madde 81, 82), taksirle öldürme (madde 85),</w:t>
      </w:r>
    </w:p>
    <w:p>
      <w:pPr>
        <w:spacing w:after="80"/>
        <w:ind w:firstLine="454"/>
        <w:jc w:val="both"/>
      </w:pPr>
      <w:r>
        <w:t>2. Kasten yaralama (madde 86, 87),</w:t>
      </w:r>
    </w:p>
    <w:p>
      <w:pPr>
        <w:spacing w:after="80"/>
        <w:ind w:firstLine="454"/>
        <w:jc w:val="both"/>
      </w:pPr>
      <w:r>
        <w:t>3. Cinsel saldırı (madde 102),</w:t>
      </w:r>
    </w:p>
    <w:p>
      <w:pPr>
        <w:spacing w:after="80"/>
        <w:ind w:firstLine="454"/>
        <w:jc w:val="both"/>
      </w:pPr>
      <w:r>
        <w:t>4. Çocukların cinsel istismarı (madde 103),</w:t>
      </w:r>
    </w:p>
    <w:p>
      <w:pPr>
        <w:spacing w:after="80"/>
        <w:ind w:firstLine="454"/>
        <w:jc w:val="both"/>
      </w:pPr>
      <w:r>
        <w:t>5. Hırsızlık (madde 141, 142),</w:t>
      </w:r>
    </w:p>
    <w:p>
      <w:pPr>
        <w:spacing w:after="80"/>
        <w:ind w:firstLine="454"/>
        <w:jc w:val="both"/>
      </w:pPr>
      <w:r>
        <w:t>6. Yağma (madde 148, 149),</w:t>
      </w:r>
    </w:p>
    <w:p>
      <w:pPr>
        <w:spacing w:after="80"/>
        <w:ind w:firstLine="454"/>
        <w:jc w:val="both"/>
      </w:pPr>
      <w:r>
        <w:t>7. Uyuşturucu veya uyarıcı madde imal ve ticareti (madde 188),</w:t>
      </w:r>
    </w:p>
    <w:p>
      <w:pPr>
        <w:spacing w:after="80"/>
        <w:ind w:firstLine="454"/>
        <w:jc w:val="both"/>
      </w:pPr>
      <w:r>
        <w:t>8. Bulaşıcı hastalıklara ilişkin tedbirlere aykırı davranma (madde 195),</w:t>
      </w:r>
    </w:p>
    <w:p>
      <w:pPr>
        <w:spacing w:after="80"/>
        <w:ind w:firstLine="454"/>
        <w:jc w:val="both"/>
      </w:pPr>
      <w:r>
        <w:t>9. Fuhuş (madde 227),</w:t>
      </w:r>
    </w:p>
    <w:p>
      <w:pPr>
        <w:spacing w:after="80"/>
        <w:ind w:firstLine="454"/>
        <w:jc w:val="both"/>
      </w:pPr>
      <w:r>
        <w:t>10. Kötü muamele (madde 232),</w:t>
      </w:r>
    </w:p>
    <w:p>
      <w:pPr>
        <w:spacing w:after="80"/>
        <w:ind w:firstLine="454"/>
        <w:jc w:val="both"/>
      </w:pPr>
      <w:r>
        <w:t>c) 12/4/1991 tarihli ve 3713 sayılı Terörle Mücadele Kanununda yer alan suçlar.</w:t>
      </w:r>
    </w:p>
    <w:p>
      <w:pPr>
        <w:spacing w:after="80"/>
        <w:ind w:firstLine="454"/>
        <w:jc w:val="both"/>
      </w:pPr>
      <w:r>
        <w:t>d) 6/10/1983 tarihli ve 2911 sayılı Toplantı ve Gösteri Yürüyüşleri Kanununun 33 üncü maddesinin birinci fıkrasının (a) bendinde belirtilen suçlar.</w:t>
      </w:r>
    </w:p>
    <w:p>
      <w:pPr>
        <w:spacing w:after="80"/>
        <w:ind w:firstLine="454"/>
        <w:jc w:val="both"/>
      </w:pPr>
      <w:r>
        <w:t>e) 10/6/1949 tarihli ve 5442 sayılı İl İdaresi Kanununa dayanılarak ilan edilen sokağa çıkma yasağını ihlal etme.</w:t>
      </w:r>
    </w:p>
    <w:p>
      <w:pPr>
        <w:spacing w:after="80"/>
        <w:ind w:firstLine="454"/>
        <w:jc w:val="both"/>
      </w:pPr>
      <w:r>
        <w:t>f) 21/3/2007 tarihli ve 5607 sayılı Kaçakçılıkla Mücadele Kanununun 3 üncü maddesinde belirtilen suçlar.</w:t>
      </w:r>
    </w:p>
    <w:p>
      <w:pPr>
        <w:spacing w:after="80"/>
        <w:ind w:firstLine="454"/>
        <w:jc w:val="both"/>
      </w:pPr>
      <w:r>
        <w:t>(5) Yakalama işlemine, gözaltına alma ve gözaltı süresinin uzatılmasına ilişkin Cumhuriyet savcısının yazılı emrine karşı, yakalanan kişi, müdafii veya kanunî temsilcisi, eşi ya da birinci veya ikinci derecede kan hısımı, hemen serbest bırakılmayı sağlamak için sulh ceza hâkimine başvurabilir. Sulh ceza hâkimi incelemeyi evrak üzerinde yaparak derhâl ve nihayet yirmidört saat dolmadan başvuruyu sonuçlandırır. Yakalamanın veya gözaltına alma veya gözaltı süresini uzatmanın yerinde olduğu kanısına varılırsa başvuru reddedilir ya da yakalananın derhâl soruşturma evrakı ile Cumhuriyet Savcılığında hazır bulundurulmasına karar verilir.</w:t>
      </w:r>
    </w:p>
    <w:p>
      <w:pPr>
        <w:spacing w:after="80"/>
        <w:ind w:firstLine="454"/>
        <w:jc w:val="both"/>
      </w:pPr>
      <w:r>
        <w:t>(6) Gözaltı süresinin dolması veya sulh ceza hâkiminin kararı üzerine serbest bırakılan kişi hakkında yakalamaya neden olan fiille ilgili yeni ve yeterli delil elde edilmedikçe ve Cumhuriyet savcısının kararı olmadıkça bir daha aynı nedenle yakalama işlemi uygulanamaz.</w:t>
      </w:r>
    </w:p>
    <w:p>
      <w:pPr>
        <w:spacing w:after="80"/>
        <w:ind w:firstLine="454"/>
        <w:jc w:val="both"/>
      </w:pPr>
      <w:r>
        <w:t>(7) Gözaltına alınan kişi bırakılmazsa, en geç bu süreler sonunda sulh ceza hâkimi önüne çıkarılıp sorguya çekilir. Sorguda müdafii de hazır bulunur.</w:t>
      </w:r>
    </w:p>
    <w:p>
      <w:pPr>
        <w:keepNext/>
        <w:spacing w:before="200" w:after="40"/>
      </w:pPr>
      <w:r>
        <w:rPr>
          <w:b/>
        </w:rPr>
        <w:t>Gözaltı işlemlerinin denetimi</w:t>
      </w:r>
    </w:p>
    <w:p>
      <w:pPr>
        <w:spacing w:after="80"/>
        <w:ind w:firstLine="454"/>
        <w:jc w:val="both"/>
      </w:pPr>
      <w:r>
        <w:rPr>
          <w:b/>
        </w:rPr>
        <w:t xml:space="preserve">MADDE 92 – </w:t>
      </w:r>
      <w:r>
        <w:t>(1) Cumhuriyet başsavcıları veya görevlendirecekleri Cumhuriyet savcıları, adlî görevlerinin gereği olarak, gözaltına alınan kişilerin bulundurulacakları nezarethaneleri, varsa ifade alma odalarını, bu kişilerin durumlarını, gözaltına alınma neden ve sürelerini, gözaltına alınma ile ilgili tüm kayıt ve işlemleri denetler; sonucunu Nezarethaneye Alınanlar Defterine kaydederler.</w:t>
      </w:r>
    </w:p>
    <w:p>
      <w:pPr>
        <w:keepNext/>
        <w:spacing w:before="200" w:after="40"/>
      </w:pPr>
      <w:r>
        <w:rPr>
          <w:b/>
        </w:rPr>
        <w:t>Yakalanan veya tutuklanan kişilerin nakli</w:t>
      </w:r>
    </w:p>
    <w:p>
      <w:pPr>
        <w:spacing w:after="80"/>
        <w:ind w:firstLine="454"/>
        <w:jc w:val="both"/>
      </w:pPr>
      <w:r>
        <w:rPr>
          <w:b/>
        </w:rPr>
        <w:t xml:space="preserve">MADDE 93 – </w:t>
      </w:r>
      <w:r>
        <w:t>(1) Yakalanan veya tutuklanarak bir yerden diğer bir yere nakledilen kişilere, kaçacaklarına ya da kendisi veya başkalarının hayat ve beden bütünlükleri bakımından tehlike arz ettiğine ilişkin belirtilerin varlığı hâllerinde kelepçe takılabilir.</w:t>
      </w:r>
    </w:p>
    <w:p>
      <w:pPr>
        <w:keepNext/>
        <w:spacing w:before="200" w:after="40"/>
      </w:pPr>
      <w:r>
        <w:rPr>
          <w:b/>
        </w:rPr>
        <w:t>Yakalanan kişinin mahkemeye götürülmesi</w:t>
      </w:r>
    </w:p>
    <w:p>
      <w:pPr>
        <w:spacing w:after="80"/>
        <w:ind w:firstLine="454"/>
        <w:jc w:val="both"/>
      </w:pPr>
      <w:r>
        <w:rPr>
          <w:b/>
        </w:rPr>
        <w:t xml:space="preserve">MADDE 94 – </w:t>
      </w:r>
      <w:r>
        <w:rPr>
          <w:color w:val="666666"/>
          <w:sz w:val="17"/>
        </w:rPr>
        <w:t>(Değişik:21/2/2014 – 6526/7 md.)</w:t>
      </w:r>
    </w:p>
    <w:p>
      <w:pPr>
        <w:spacing w:after="80"/>
        <w:ind w:firstLine="454"/>
        <w:jc w:val="both"/>
      </w:pPr>
      <w:r>
        <w:t>(1) Hâkim veya mahkeme tarafından verilen yakalama emri üzerine soruşturma veya kovuşturma evresinde yakalanan kişi, en geç yirmi dört saat içinde yetkili hâkim veya mahkeme önüne çıkarılır.</w:t>
      </w:r>
    </w:p>
    <w:p>
      <w:pPr>
        <w:spacing w:after="80"/>
        <w:ind w:firstLine="454"/>
        <w:jc w:val="both"/>
      </w:pPr>
      <w:r>
        <w:t>(2) Yakalanan kişi, en geç yirmi dört saat içinde yetkili hâkim veya mahkeme önüne çıkarılamıyorsa, aynı süre içinde yakalandığı yer adliyesinde, mevcut değil ise en yakın adliyede kurulu sesli ve görüntülü iletişim sisteminin kullanılması suretiyle yetkili hâkim veya mahkeme tarafından bu kişinin sorgusu yapılır veya ifadesi alınır.</w:t>
      </w:r>
    </w:p>
    <w:p>
      <w:pPr>
        <w:spacing w:after="80"/>
        <w:ind w:firstLine="454"/>
        <w:jc w:val="both"/>
      </w:pPr>
      <w:r>
        <w:t xml:space="preserve">(3) </w:t>
      </w:r>
      <w:r>
        <w:rPr>
          <w:color w:val="666666"/>
          <w:sz w:val="17"/>
        </w:rPr>
        <w:t>(Ek:8/7/2021-7331/12 md.)</w:t>
      </w:r>
      <w:r>
        <w:t xml:space="preserve"> İfadesi alınmak amacıyla düzenlenen yakalama emri üzerine mesai saatleri dışında yakalanan ve belirlenen tarihte yargı mercii önünde hazır bulunmayı taahhüt eden kişinin serbest bırakılması, Cumhuriyet savcısı tarafından emredilebilir. Bu hüküm her yakalama emri için ancak bir kez uygulanabilir. Taahhüdünü yerine getirmeyen kişiye, yakalama emrinin düzenlendiği yer Cumhuriyet savcısı tarafından bin Türk lirası idari para cezası verilir.</w:t>
      </w:r>
    </w:p>
    <w:p>
      <w:pPr>
        <w:keepNext/>
        <w:spacing w:before="200" w:after="40"/>
      </w:pPr>
      <w:r>
        <w:rPr>
          <w:b/>
        </w:rPr>
        <w:t>Yakalanan veya gözaltına alınanın durumunun yakınlarına bildirilmesi</w:t>
      </w:r>
    </w:p>
    <w:p>
      <w:pPr>
        <w:spacing w:after="80"/>
        <w:ind w:firstLine="454"/>
        <w:jc w:val="both"/>
      </w:pPr>
      <w:r>
        <w:rPr>
          <w:b/>
        </w:rPr>
        <w:t xml:space="preserve">MADDE 95 – </w:t>
      </w:r>
      <w:r>
        <w:t>(1) Şüpheli veya sanık yakalandığında, gözaltına alındığında veya gözaltı süresi uzatıldığında, Cumhuriyet savcısının emriyle bir yakınına veya belirlediği bir kişiye gecikmeksizin haber verilir.</w:t>
      </w:r>
    </w:p>
    <w:p>
      <w:pPr>
        <w:spacing w:after="80"/>
        <w:ind w:firstLine="454"/>
        <w:jc w:val="both"/>
      </w:pPr>
      <w:r>
        <w:t>(2) Yakalanan veya gözaltına alınan yabancı ise, yazılı olarak karşı çıkmaması halinde, durumu, vatandaşı olduğu devletin konsolosluğuna bildirilir.</w:t>
      </w:r>
    </w:p>
    <w:p>
      <w:pPr>
        <w:keepNext/>
        <w:spacing w:before="200" w:after="40"/>
      </w:pPr>
      <w:r>
        <w:rPr>
          <w:b/>
        </w:rPr>
        <w:t>Yakalamanın ilgililere bildirilmesi</w:t>
      </w:r>
    </w:p>
    <w:p>
      <w:pPr>
        <w:spacing w:after="80"/>
        <w:ind w:firstLine="454"/>
        <w:jc w:val="both"/>
      </w:pPr>
      <w:r>
        <w:rPr>
          <w:b/>
        </w:rPr>
        <w:t xml:space="preserve">MADDE 96 – </w:t>
      </w:r>
      <w:r>
        <w:t>(1) Soruşturma ve kovuşturması şikâyete bağlı olan suç hakkında 90 ıncı maddenin üçüncü fıkrasına göre şikâyetten önce şüpheli yakalanmış olursa şikâyete yetkili olan kimseye ve bunlar birden fazla ise hiç olmazsa birine yakalama bildirilir.</w:t>
      </w:r>
    </w:p>
    <w:p>
      <w:pPr>
        <w:keepNext/>
        <w:spacing w:before="200" w:after="40"/>
      </w:pPr>
      <w:r>
        <w:rPr>
          <w:b/>
        </w:rPr>
        <w:t>Yakalama tutanağı</w:t>
      </w:r>
    </w:p>
    <w:p>
      <w:pPr>
        <w:spacing w:after="80"/>
        <w:ind w:firstLine="454"/>
        <w:jc w:val="both"/>
      </w:pPr>
      <w:r>
        <w:rPr>
          <w:b/>
        </w:rPr>
        <w:t xml:space="preserve">MADDE 97 – </w:t>
      </w:r>
      <w:r>
        <w:t>(1) Yakalama işlemi bir tutanağa bağlanır. Bu tutanağa yakalananın, hangi suç nedeniyle, hangi koşullarda, hangi yer ve zamanda yakalandığı, yakalamayı kimlerin yaptığı, hangi kolluk mensubunca tespit edildiği, haklarının tam olarak anlatıldığı açıkça yazılır.</w:t>
      </w:r>
    </w:p>
    <w:p>
      <w:pPr>
        <w:keepNext/>
        <w:spacing w:before="200" w:after="40"/>
      </w:pPr>
      <w:r>
        <w:rPr>
          <w:b/>
        </w:rPr>
        <w:t>Yakalama emri ve nedenleri</w:t>
      </w:r>
    </w:p>
    <w:p>
      <w:pPr>
        <w:spacing w:after="80"/>
        <w:ind w:firstLine="454"/>
        <w:jc w:val="both"/>
      </w:pPr>
      <w:r>
        <w:rPr>
          <w:b/>
        </w:rPr>
        <w:t xml:space="preserve">MADDE 98 – </w:t>
      </w:r>
      <w:r>
        <w:t xml:space="preserve">(1) </w:t>
      </w:r>
      <w:r>
        <w:rPr>
          <w:color w:val="666666"/>
          <w:sz w:val="17"/>
        </w:rPr>
        <w:t>(Değişik: 25/5/2005 – 5353/10 md.)</w:t>
      </w:r>
      <w:r>
        <w:t xml:space="preserve"> Soruşturma evresinde çağrı üzerine gelmeyen veya çağrı yapılamayan şüpheli hakkında, Cumhuriyet savcısının istemi üzerine sulh ceza hâkimi tarafından yakalama emri düzenlenebilir. Ayrıca, tutuklama isteminin reddi kararına itiraz halinde, itiraz mercii tarafından da yakalama emri düzenlenebilir.</w:t>
      </w:r>
    </w:p>
    <w:p>
      <w:pPr>
        <w:spacing w:after="80"/>
        <w:ind w:firstLine="454"/>
        <w:jc w:val="both"/>
      </w:pPr>
      <w:r>
        <w:t>(2) Yakalanmış iken kolluk görevlisinin elinden kaçan şüpheli veya sanık ya da tutukevi veya ceza infaz kurumundan kaçan tutuklu veya hükümlü hakkında Cumhuriyet savcıları ve kolluk kuvvetleri de yakalama emri düzenleyebilirler.</w:t>
      </w:r>
    </w:p>
    <w:p>
      <w:pPr>
        <w:spacing w:after="80"/>
        <w:ind w:firstLine="454"/>
        <w:jc w:val="both"/>
      </w:pPr>
      <w:r>
        <w:t>(3) Kovuşturma evresinde kaçak sanık hakkında yakalama emri re'sen veya Cumhuriyet savcısının istemi üzerine hâkim veya mahkeme tarafından düzenlenir.</w:t>
      </w:r>
    </w:p>
    <w:p>
      <w:pPr>
        <w:spacing w:after="80"/>
        <w:ind w:firstLine="454"/>
        <w:jc w:val="both"/>
      </w:pPr>
      <w:r>
        <w:t>(4) Yakalama emrinde, kişinin açık eşkâli, bilindiğinde kimliği ve yüklenen suç ile yakalandığında nereye gönderileceği gösterilir.</w:t>
      </w:r>
    </w:p>
    <w:p>
      <w:pPr>
        <w:keepNext/>
        <w:spacing w:before="200" w:after="40"/>
      </w:pPr>
      <w:r>
        <w:rPr>
          <w:b/>
        </w:rPr>
        <w:t>Yönetmelik</w:t>
      </w:r>
    </w:p>
    <w:p>
      <w:pPr>
        <w:spacing w:after="80"/>
        <w:ind w:firstLine="454"/>
        <w:jc w:val="both"/>
      </w:pPr>
      <w:r>
        <w:rPr>
          <w:b/>
        </w:rPr>
        <w:t xml:space="preserve">MADDE 99 – </w:t>
      </w:r>
      <w:r>
        <w:t>(1) Gözaltına alınan kişilerin bulundurulacakları nezarethanelerin maddî koşulları, bu kişinin hangi görevlinin sorumluluğuna bırakılacağı, sağlık kontrolünün nasıl yapılacağı, gözaltı işlemlerine ilişkin kayıt ve defterlerin nasıl tutulacağı, gözaltına alınmanın başlangıcında ve bu tedbire son verildiğinde hangi tutanakların tutulacağı ve gözaltına alınan kişiye hangi belgelerin verileceği ile kolluk tarafından gerçekleştirilen yakalama işlemlerinin yürütülmesinde uyulacak kurallar, yönetmelikte gösterilir.</w:t>
      </w:r>
    </w:p>
    <w:p>
      <w:pPr>
        <w:spacing w:before="360"/>
        <w:jc w:val="center"/>
      </w:pPr>
      <w:r>
        <w:rPr>
          <w:b/>
          <w:sz w:val="24"/>
        </w:rPr>
        <w:t>İKINCI BÖLÜM</w:t>
        <w:br/>
        <w:t>Tutuklama</w:t>
      </w:r>
    </w:p>
    <w:p>
      <w:pPr>
        <w:keepNext/>
        <w:spacing w:before="200" w:after="40"/>
      </w:pPr>
      <w:r>
        <w:rPr>
          <w:b/>
        </w:rPr>
        <w:t>Tutuklama nedenleri</w:t>
      </w:r>
    </w:p>
    <w:p>
      <w:pPr>
        <w:spacing w:after="80"/>
        <w:ind w:firstLine="454"/>
        <w:jc w:val="both"/>
      </w:pPr>
      <w:r>
        <w:rPr>
          <w:b/>
        </w:rPr>
        <w:t xml:space="preserve">MADDE 100 – </w:t>
      </w:r>
      <w:r>
        <w:t>(1) Kuvvetli suç şüphesinin varlığını gösteren somut delillerin ve bir tutuklama nedeninin bulunması halinde, şüpheli veya sanık hakkında tutuklama kararı verilebilir. İşin önemi, verilmesi beklenen ceza veya güvenlik tedbiri ile ölçülü olmaması halinde, tutuklama kararı verilemez.</w:t>
      </w:r>
    </w:p>
    <w:p>
      <w:pPr>
        <w:spacing w:after="80"/>
        <w:ind w:firstLine="454"/>
        <w:jc w:val="both"/>
      </w:pPr>
      <w:r>
        <w:t>(2) Aşağıdaki hallerde bir tutuklama nedeni var sayılabilir:</w:t>
      </w:r>
    </w:p>
    <w:p>
      <w:pPr>
        <w:spacing w:after="80"/>
        <w:ind w:firstLine="454"/>
        <w:jc w:val="both"/>
      </w:pPr>
      <w:r>
        <w:t>a) Şüpheli veya sanığın kaçması, saklanması veya kaçacağı şüphesini uyandıran somut olgular varsa.</w:t>
      </w:r>
    </w:p>
    <w:p>
      <w:pPr>
        <w:spacing w:after="80"/>
        <w:ind w:firstLine="454"/>
        <w:jc w:val="both"/>
      </w:pPr>
      <w:r>
        <w:t>b) Şüpheli veya sanığın davranışları;</w:t>
      </w:r>
    </w:p>
    <w:p>
      <w:pPr>
        <w:spacing w:after="80"/>
        <w:ind w:firstLine="454"/>
        <w:jc w:val="both"/>
      </w:pPr>
      <w:r>
        <w:t>1. Delilleri yok etme, gizleme veya değiştirme,</w:t>
      </w:r>
    </w:p>
    <w:p>
      <w:pPr>
        <w:spacing w:after="80"/>
        <w:ind w:firstLine="454"/>
        <w:jc w:val="both"/>
      </w:pPr>
      <w:r>
        <w:t>2. Tanık, mağdur veya başkaları üzerinde baskı yapılması girişiminde bulunma,</w:t>
      </w:r>
    </w:p>
    <w:p>
      <w:pPr>
        <w:spacing w:after="80"/>
        <w:ind w:firstLine="454"/>
        <w:jc w:val="both"/>
      </w:pPr>
      <w:r>
        <w:t>Hususlarında kuvvetli şüphe oluşturuyorsa.</w:t>
      </w:r>
    </w:p>
    <w:p>
      <w:pPr>
        <w:spacing w:after="80"/>
        <w:ind w:firstLine="454"/>
        <w:jc w:val="both"/>
      </w:pPr>
      <w:r>
        <w:t>(3) Aşağıdaki suçların işlendiği hususunda somut delillere dayanan kuvvetli şüphe sebeplerinin varlığı halinde, tutuklama nedeni var sayılabilir:</w:t>
      </w:r>
    </w:p>
    <w:p>
      <w:pPr>
        <w:spacing w:after="80"/>
        <w:ind w:firstLine="454"/>
        <w:jc w:val="both"/>
      </w:pPr>
      <w:r>
        <w:t>a) 26.9.2004 tarihli ve 5237 sayılı Türk Ceza Kanununda yer alan;</w:t>
      </w:r>
    </w:p>
    <w:p>
      <w:pPr>
        <w:spacing w:after="80"/>
        <w:ind w:firstLine="454"/>
        <w:jc w:val="both"/>
      </w:pPr>
      <w:r>
        <w:t>1. Soykırım ve insanlığa karşı suçlar (madde 76, 77, 78),</w:t>
      </w:r>
    </w:p>
    <w:p>
      <w:pPr>
        <w:spacing w:after="80"/>
        <w:ind w:firstLine="454"/>
        <w:jc w:val="both"/>
      </w:pPr>
      <w:r>
        <w:t xml:space="preserve">2. </w:t>
      </w:r>
      <w:r>
        <w:rPr>
          <w:color w:val="666666"/>
          <w:sz w:val="17"/>
        </w:rPr>
        <w:t>(Ek:6/12/2019-7196/58 md.)</w:t>
      </w:r>
      <w:r>
        <w:t xml:space="preserve"> Göçmen kaçakçılığı ve insan ticareti (madde 79, 80)</w:t>
      </w:r>
    </w:p>
    <w:p>
      <w:pPr>
        <w:spacing w:after="80"/>
        <w:ind w:firstLine="454"/>
        <w:jc w:val="both"/>
      </w:pPr>
      <w:r>
        <w:t>3. Kasten öldürme (madde 81, 82, 83),</w:t>
      </w:r>
    </w:p>
    <w:p>
      <w:pPr>
        <w:spacing w:after="80"/>
        <w:ind w:firstLine="454"/>
        <w:jc w:val="both"/>
      </w:pPr>
      <w:r>
        <w:t>4.</w:t>
      </w:r>
      <w:r>
        <w:rPr>
          <w:color w:val="666666"/>
          <w:sz w:val="17"/>
        </w:rPr>
        <w:t>(Ek: 6/12/2006 – 5560/17 md.)</w:t>
      </w:r>
      <w:r>
        <w:t xml:space="preserve"> Kasten yaralama (madde 86, fıkra 3, bent b, e ve f) ve neticesi sebebiyle ağırlaşmış kasten yaralama (madde 87),</w:t>
      </w:r>
    </w:p>
    <w:p>
      <w:pPr>
        <w:spacing w:after="80"/>
        <w:ind w:firstLine="454"/>
        <w:jc w:val="both"/>
      </w:pPr>
      <w:r>
        <w:t>5. İşkence (madde 94, 95)</w:t>
      </w:r>
    </w:p>
    <w:p>
      <w:pPr>
        <w:spacing w:after="80"/>
        <w:ind w:firstLine="454"/>
        <w:jc w:val="both"/>
      </w:pPr>
      <w:r>
        <w:t>6. Cinsel saldırı (birinci fıkra hariç, madde 102),</w:t>
      </w:r>
    </w:p>
    <w:p>
      <w:pPr>
        <w:spacing w:after="80"/>
        <w:ind w:firstLine="454"/>
        <w:jc w:val="both"/>
      </w:pPr>
      <w:r>
        <w:t>7. Çocukların cinsel istismarı (madde 103),</w:t>
      </w:r>
    </w:p>
    <w:p>
      <w:pPr>
        <w:spacing w:after="80"/>
        <w:ind w:firstLine="454"/>
        <w:jc w:val="both"/>
      </w:pPr>
      <w:r>
        <w:t>8.</w:t>
      </w:r>
      <w:r>
        <w:rPr>
          <w:color w:val="666666"/>
          <w:sz w:val="17"/>
        </w:rPr>
        <w:t>(Ek: 6/12/2006 – 5560/17 md.)</w:t>
      </w:r>
      <w:r>
        <w:t xml:space="preserve"> Hırsızlık (madde 141, 142) ve yağma (madde 148, 149),</w:t>
      </w:r>
    </w:p>
    <w:p>
      <w:pPr>
        <w:spacing w:after="80"/>
        <w:ind w:firstLine="454"/>
        <w:jc w:val="both"/>
      </w:pPr>
      <w:r>
        <w:t>9. Uyuşturucu veya uyarıcı madde imal ve ticareti (madde 188),</w:t>
      </w:r>
    </w:p>
    <w:p>
      <w:pPr>
        <w:spacing w:after="80"/>
        <w:ind w:firstLine="454"/>
        <w:jc w:val="both"/>
      </w:pPr>
      <w:r>
        <w:t>10. Suç işlemek amacıyla örgüt kurma (iki, yedi ve sekizinci fıkralar hariç, madde 220),</w:t>
      </w:r>
    </w:p>
    <w:p>
      <w:pPr>
        <w:spacing w:after="80"/>
        <w:ind w:firstLine="454"/>
        <w:jc w:val="both"/>
      </w:pPr>
      <w:r>
        <w:t>11. Devletin Güvenliğine Karşı Suçlar (madde 302, 303, 304, 307, 308),</w:t>
      </w:r>
    </w:p>
    <w:p>
      <w:pPr>
        <w:spacing w:after="80"/>
        <w:ind w:firstLine="454"/>
        <w:jc w:val="both"/>
      </w:pPr>
      <w:r>
        <w:t>12. Anayasal Düzene ve Bu Düzenin İşleyişine Karşı Suçlar (madde 309, 310, 311, 312, 313, 314, 315),</w:t>
      </w:r>
    </w:p>
    <w:p>
      <w:pPr>
        <w:spacing w:after="80"/>
        <w:ind w:firstLine="454"/>
        <w:jc w:val="both"/>
      </w:pPr>
      <w:r>
        <w:t>b) 10.7.1953 tarihli ve 6136 sayılı Ateşli Silahlar ve Bıçaklar ile Diğer Aletler Hakkında Kanunda tanımlanan silah kaçakçılığı (madde 12) suçları.</w:t>
      </w:r>
    </w:p>
    <w:p>
      <w:pPr>
        <w:spacing w:after="80"/>
        <w:ind w:firstLine="454"/>
        <w:jc w:val="both"/>
      </w:pPr>
      <w:r>
        <w:t>c) 18.6.1999 tarihli ve 4389 sayılı Bankalar Kanununun 22 nci maddesinin (3) ve (4) numaralı fıkralarında tanımlanan zimmet suçu.</w:t>
      </w:r>
    </w:p>
    <w:p>
      <w:pPr>
        <w:spacing w:after="80"/>
        <w:ind w:firstLine="454"/>
        <w:jc w:val="both"/>
      </w:pPr>
      <w:r>
        <w:t>d) 10.7.2003 tarihli ve 4926 sayılı Kaçakçılıkla Mücadele Kanununda tanımlanan ve hapis cezasını gerektiren suçlar.</w:t>
      </w:r>
    </w:p>
    <w:p>
      <w:pPr>
        <w:spacing w:after="80"/>
        <w:ind w:firstLine="454"/>
        <w:jc w:val="both"/>
      </w:pPr>
      <w:r>
        <w:t>e) 21.7.1983 tarihli ve 2863 sayılı Kültür ve Tabiat Varlıklarını Koruma Kanununun 68 ve 74 üncü maddelerinde tanımlanan suçlar.</w:t>
      </w:r>
    </w:p>
    <w:p>
      <w:pPr>
        <w:spacing w:after="80"/>
        <w:ind w:firstLine="454"/>
        <w:jc w:val="both"/>
      </w:pPr>
      <w:r>
        <w:t>f) 31.8.1956 tarihli ve 6831 sayılı Orman Kanununun 110 uncu maddesinin dört ve beşinci fıkralarında tanımlanan kasten orman yakma suçları.</w:t>
      </w:r>
    </w:p>
    <w:p>
      <w:pPr>
        <w:spacing w:after="80"/>
        <w:ind w:firstLine="454"/>
        <w:jc w:val="both"/>
      </w:pPr>
      <w:r>
        <w:t xml:space="preserve">g) </w:t>
      </w:r>
      <w:r>
        <w:rPr>
          <w:color w:val="666666"/>
          <w:sz w:val="17"/>
        </w:rPr>
        <w:t>(Ek: 27/3/2015-6638/14 md.)</w:t>
      </w:r>
      <w:r>
        <w:t xml:space="preserve"> 6/10/1983 tarihli ve 2911 sayılı Toplantı ve Gösteri Yürüyüşleri Kanununun 33 üncü maddesinde sayılan suçlar.</w:t>
      </w:r>
    </w:p>
    <w:p>
      <w:pPr>
        <w:spacing w:after="80"/>
        <w:ind w:firstLine="454"/>
        <w:jc w:val="both"/>
      </w:pPr>
      <w:r>
        <w:t xml:space="preserve">h) </w:t>
      </w:r>
      <w:r>
        <w:rPr>
          <w:color w:val="666666"/>
          <w:sz w:val="17"/>
        </w:rPr>
        <w:t>(Ek: 27/3/2015-6638/14 md.)</w:t>
      </w:r>
      <w:r>
        <w:t xml:space="preserve"> 12/4/1991 tarihli ve 3713 sayılı Terörle Mücadele Kanununun 7 nci maddesinin üçüncü fıkrasında belirtilen suçlar.</w:t>
      </w:r>
    </w:p>
    <w:p>
      <w:pPr>
        <w:spacing w:after="80"/>
        <w:ind w:firstLine="454"/>
        <w:jc w:val="both"/>
      </w:pPr>
      <w:r>
        <w:t xml:space="preserve">i) </w:t>
      </w:r>
      <w:r>
        <w:rPr>
          <w:color w:val="666666"/>
          <w:sz w:val="17"/>
        </w:rPr>
        <w:t>(Ek:12/5/2022-7406/9 md.)</w:t>
      </w:r>
      <w:r>
        <w:t xml:space="preserve"> Kadına karşı işlenen kasten yaralama suçu.</w:t>
      </w:r>
    </w:p>
    <w:p>
      <w:pPr>
        <w:spacing w:after="80"/>
        <w:ind w:firstLine="454"/>
        <w:jc w:val="both"/>
      </w:pPr>
      <w:r>
        <w:t xml:space="preserve">j) </w:t>
      </w:r>
      <w:r>
        <w:rPr>
          <w:color w:val="666666"/>
          <w:sz w:val="17"/>
        </w:rPr>
        <w:t>(Ek:12/5/2022-7406/9 md.)</w:t>
      </w:r>
      <w:r>
        <w:t xml:space="preserve"> Sağlık kurum ve kuruluşlarında görev yapan personele karşı görevleri sırasında veya görevleri dolayısıyla işlenen kasten yaralama suçu.</w:t>
      </w:r>
    </w:p>
    <w:p>
      <w:pPr>
        <w:spacing w:after="80"/>
        <w:ind w:firstLine="454"/>
        <w:jc w:val="both"/>
      </w:pPr>
      <w:r>
        <w:t xml:space="preserve">k) </w:t>
      </w:r>
      <w:r>
        <w:rPr>
          <w:color w:val="666666"/>
          <w:sz w:val="17"/>
        </w:rPr>
        <w:t>(Ek:10/10/2024-7528/35 md.)</w:t>
      </w:r>
      <w:r>
        <w:t xml:space="preserve"> Millî Eğitim Bakanlığına bağlı resmî eğitim kurumlarında yönetici, öğretmen, usta öğretici, yabancı uyruklu öğrencilerin eğitimine yönelik Millî Eğitim Bakanlığı tarafından yürütülen projelerde öğretici/öğretmen veya rehber danışman; özel öğretim kurumlarında yönetici, öğretmen, uzman öğretici ve usta öğretici olarak görev yapanlar ile Millî Eğitim Bakanlığına bağlı resmî eğitim kurumları ve özel öğretim kurumlarında ders ücreti karşılığı ders okutanlara ve diğer kamu kurum ve kuruluşlarında görev yapan öğretmenlere karşı görevleri sırasında veya görevleri sebebiyle işlenen kasten yaralama suçu.</w:t>
      </w:r>
    </w:p>
    <w:p>
      <w:pPr>
        <w:spacing w:after="80"/>
        <w:ind w:firstLine="454"/>
        <w:jc w:val="both"/>
      </w:pPr>
      <w:r>
        <w:t xml:space="preserve">(4) </w:t>
      </w:r>
      <w:r>
        <w:rPr>
          <w:color w:val="666666"/>
          <w:sz w:val="17"/>
        </w:rPr>
        <w:t>(Değişik: 2/7/2012-6352/96 md.)</w:t>
      </w:r>
      <w:r>
        <w:t xml:space="preserve"> Sadece adlî para cezasını gerektiren suçlarda veya vücut dokunulmazlığına karşı kasten işlenenler hariç olmak üzere hapis cezasının üst sınırı iki yıldan fazla olmayan suçlarda tutuklama kararı verilemez.</w:t>
      </w:r>
    </w:p>
    <w:p>
      <w:pPr>
        <w:keepNext/>
        <w:spacing w:before="200" w:after="40"/>
      </w:pPr>
      <w:r>
        <w:rPr>
          <w:b/>
        </w:rPr>
        <w:t>Tutuklama kararı</w:t>
      </w:r>
    </w:p>
    <w:p>
      <w:pPr>
        <w:spacing w:after="80"/>
        <w:ind w:firstLine="454"/>
        <w:jc w:val="both"/>
      </w:pPr>
      <w:r>
        <w:rPr>
          <w:b/>
        </w:rPr>
        <w:t xml:space="preserve">MADDE 101 – </w:t>
      </w:r>
      <w:r>
        <w:t>(1) Soruşturma evresinde şüphelinin tutuklanmasına Cumhuriyet savcısının istemi üzerine sulh ceza hâkimi tarafından, kovuşturma evresinde sanığın tutuklanmasına Cumhuriyet savcısının istemi üzerine veya re'sen mahkemece karar verilir. Bu istemlerde mutlaka gerekçe gösterilir ve adlî kontrol uygulamasının yetersiz kalacağını belirten hukukî ve fiilî nedenlere yer verilir.</w:t>
      </w:r>
    </w:p>
    <w:p>
      <w:pPr>
        <w:spacing w:after="80"/>
        <w:ind w:firstLine="454"/>
        <w:jc w:val="both"/>
      </w:pPr>
      <w:r>
        <w:t xml:space="preserve">(2) </w:t>
      </w:r>
      <w:r>
        <w:rPr>
          <w:color w:val="666666"/>
          <w:sz w:val="17"/>
        </w:rPr>
        <w:t>(Değişik: 2/7/2012-6352/97 md.)</w:t>
      </w:r>
      <w:r>
        <w:t xml:space="preserve"> Tutuklamaya, tutuklamanın devamına veya bu husustaki bir tahliye isteminin reddine ilişkin kararlarda;</w:t>
      </w:r>
    </w:p>
    <w:p>
      <w:pPr>
        <w:spacing w:after="80"/>
        <w:ind w:firstLine="454"/>
        <w:jc w:val="both"/>
      </w:pPr>
      <w:r>
        <w:t>a) Kuvvetli suç şüphesini,</w:t>
      </w:r>
    </w:p>
    <w:p>
      <w:pPr>
        <w:spacing w:after="80"/>
        <w:ind w:firstLine="454"/>
        <w:jc w:val="both"/>
      </w:pPr>
      <w:r>
        <w:t>b) Tutuklama nedenlerinin varlığını,</w:t>
      </w:r>
    </w:p>
    <w:p>
      <w:pPr>
        <w:spacing w:after="80"/>
        <w:ind w:firstLine="454"/>
        <w:jc w:val="both"/>
      </w:pPr>
      <w:r>
        <w:t>c) Tutuklama tedbirinin ölçülü olduğunu,</w:t>
      </w:r>
    </w:p>
    <w:p>
      <w:pPr>
        <w:spacing w:after="80"/>
        <w:ind w:firstLine="454"/>
        <w:jc w:val="both"/>
      </w:pPr>
      <w:r>
        <w:t xml:space="preserve">d) </w:t>
      </w:r>
      <w:r>
        <w:rPr>
          <w:color w:val="666666"/>
          <w:sz w:val="17"/>
        </w:rPr>
        <w:t>(Ek:8/7/2021-7331/14 md.)</w:t>
      </w:r>
      <w:r>
        <w:t xml:space="preserve"> Adli kontrol uygulamasının yetersiz kalacağını,</w:t>
      </w:r>
    </w:p>
    <w:p>
      <w:pPr>
        <w:spacing w:after="80"/>
        <w:ind w:firstLine="454"/>
        <w:jc w:val="both"/>
      </w:pPr>
      <w:r>
        <w:t>gösteren deliller somut olgularla gerekçelendirilerek açıkça gösterilir. Kararın içeriği şüpheli veya sanığa sözlü olarak bildirilir, ayrıca bir örneği yazılmak suretiyle kendilerine verilir ve bu husus kararda belirtilir.</w:t>
      </w:r>
    </w:p>
    <w:p>
      <w:pPr>
        <w:spacing w:after="80"/>
        <w:ind w:firstLine="454"/>
        <w:jc w:val="both"/>
      </w:pPr>
      <w:r>
        <w:t>(3) Tutuklama istenildiğinde, şüpheli veya sanık, kendisinin seçeceği veya baro tarafından görevlendirilecek bir müdafiin yardımından yararlanır.</w:t>
      </w:r>
    </w:p>
    <w:p>
      <w:pPr>
        <w:spacing w:after="80"/>
        <w:ind w:firstLine="454"/>
        <w:jc w:val="both"/>
      </w:pPr>
      <w:r>
        <w:t>(4) Tutuklama kararı verilmezse, şüpheli veya sanık derhâl serbest bırakılır.</w:t>
      </w:r>
    </w:p>
    <w:p>
      <w:pPr>
        <w:spacing w:after="80"/>
        <w:ind w:firstLine="454"/>
        <w:jc w:val="both"/>
      </w:pPr>
      <w:r>
        <w:t>(5) Bu madde ile 100 üncü madde gereğince verilen kararlara itiraz edilebilir.</w:t>
      </w:r>
    </w:p>
    <w:p>
      <w:pPr>
        <w:keepNext/>
        <w:spacing w:before="200" w:after="40"/>
      </w:pPr>
      <w:r>
        <w:rPr>
          <w:b/>
        </w:rPr>
        <w:t>Tutuklulukta geçecek süre</w:t>
      </w:r>
    </w:p>
    <w:p>
      <w:pPr>
        <w:spacing w:after="80"/>
        <w:ind w:firstLine="454"/>
        <w:jc w:val="both"/>
      </w:pPr>
      <w:r>
        <w:rPr>
          <w:b/>
        </w:rPr>
        <w:t xml:space="preserve">MADDE 102 – </w:t>
      </w:r>
      <w:r>
        <w:t xml:space="preserve">(1) </w:t>
      </w:r>
      <w:r>
        <w:rPr>
          <w:color w:val="666666"/>
          <w:sz w:val="17"/>
        </w:rPr>
        <w:t>(Değişik: 6/12/2006 – 5560/18 md.)</w:t>
      </w:r>
      <w:r>
        <w:t xml:space="preserve"> Ağır ceza mahkemesinin görevine girmeyen işlerde tutukluluk süresi en çok bir yıldır. Ancak bu süre, zorunlu hallerde gerekçeleri gösterilerek altı ay daha uzatılabilir.</w:t>
      </w:r>
    </w:p>
    <w:p>
      <w:pPr>
        <w:spacing w:after="80"/>
        <w:ind w:firstLine="454"/>
        <w:jc w:val="both"/>
      </w:pPr>
      <w:r>
        <w:t>(2) Ağır ceza mahkemesinin görevine giren işlerde, tutukluluk süresi en çok iki yıldır. Bu süre, zorunlu hallerde, gerekçesi gösterilerek uzatılabilir; uzatma süresi toplam üç yılı, 5237 sayılı Türk Ceza Kanununun İkinci Kitap Dördüncü Kısım Dördüncü, Beşinci, Altıncı ve Yedinci Bölümünde tanımlanan suçlar ile 12/4/1991 tarihli ve 3713 sayılı Terörle Mücadele Kanunu kapsamına giren suçlarda beş yılı geçemez.</w:t>
      </w:r>
    </w:p>
    <w:p>
      <w:pPr>
        <w:spacing w:after="80"/>
        <w:ind w:firstLine="454"/>
        <w:jc w:val="both"/>
      </w:pPr>
      <w:r>
        <w:t>(3) Bu maddede öngörülen uzatma kararları, Cumhuriyet savcısının, şüpheli veya sanık ile müdafiinin görüşleri alındıktan sonra verilir.</w:t>
      </w:r>
    </w:p>
    <w:p>
      <w:pPr>
        <w:spacing w:after="80"/>
        <w:ind w:firstLine="454"/>
        <w:jc w:val="both"/>
      </w:pPr>
      <w:r>
        <w:t xml:space="preserve">(4) </w:t>
      </w:r>
      <w:r>
        <w:rPr>
          <w:color w:val="666666"/>
          <w:sz w:val="17"/>
        </w:rPr>
        <w:t>(Ek:17/10/2019-7188/18 md.)</w:t>
      </w:r>
      <w:r>
        <w:t xml:space="preserve"> Soruşturma evresinde tutukluluk süresi, ağır ceza mahkemesinin görevine girmeyen işler bakımından altı ayı, ağır ceza mahkemesinin görevine giren işler bakımından ise bir yılı geçemez. Ancak, Türk Ceza Kanununun İkinci Kitap Dördüncü Kısım Dördüncü, Beşinci, Altıncı ve Yedinci Bölümünde tanımlanan suçlar, Terörle Mücadele Kanunu kapsamına giren suçlar ve toplu olarak işlenen suçlar bakımından bu süre en çok bir yıl altı ay olup, gerekçesi gösterilerek altı ay daha uzatılabilir.</w:t>
      </w:r>
    </w:p>
    <w:p>
      <w:pPr>
        <w:spacing w:after="80"/>
        <w:ind w:firstLine="454"/>
        <w:jc w:val="both"/>
      </w:pPr>
      <w:r>
        <w:t xml:space="preserve">(5) </w:t>
      </w:r>
      <w:r>
        <w:rPr>
          <w:color w:val="666666"/>
          <w:sz w:val="17"/>
        </w:rPr>
        <w:t>(Ek:17/10/2019-7188/18 md.)</w:t>
      </w:r>
      <w:r>
        <w:t xml:space="preserve"> Bu maddede öngörülen tutukluluk süreleri, fiili işlediği sırada on beş yaşını doldurmamış çocuklar bakımından yarı oranında, on sekiz yaşını doldurmamış çocuklar bakımından ise dörtte üç oranında uygulanır.</w:t>
      </w:r>
    </w:p>
    <w:p>
      <w:pPr>
        <w:keepNext/>
        <w:spacing w:before="200" w:after="40"/>
      </w:pPr>
      <w:r>
        <w:rPr>
          <w:b/>
        </w:rPr>
        <w:t>Cumhuriyet savcısının tutuklama kararının geri alınmasını istemesi</w:t>
      </w:r>
    </w:p>
    <w:p>
      <w:pPr>
        <w:spacing w:after="80"/>
        <w:ind w:firstLine="454"/>
        <w:jc w:val="both"/>
      </w:pPr>
      <w:r>
        <w:rPr>
          <w:b/>
        </w:rPr>
        <w:t xml:space="preserve">MADDE 103 – </w:t>
      </w:r>
      <w:r>
        <w:t xml:space="preserve">(1) Cumhuriyet savcısı, şüphelinin adlî kontrol altına alınarak serbest bırakılmasını sulh ceza hâkiminden isteyebilir. Hakkında tutuklama kararı verilmiş şüpheli ve müdafii de aynı istemde bulunabilirler. </w:t>
      </w:r>
      <w:r>
        <w:rPr>
          <w:color w:val="666666"/>
          <w:sz w:val="17"/>
        </w:rPr>
        <w:t>(Mülga üçüncü cümle: 25/5/2005 – 5353/12 md.)</w:t>
      </w:r>
    </w:p>
    <w:p>
      <w:pPr>
        <w:spacing w:after="80"/>
        <w:ind w:firstLine="454"/>
        <w:jc w:val="both"/>
      </w:pPr>
      <w:r>
        <w:t>(2) Soruşturma evresinde Cumhuriyet savcısı adlî kontrol veya tutuklamanın artık gereksiz olduğu kanısına varacak olursa, şüpheliyi re'sen serbest bırakır. Kovuşturmaya yer olmadığı kararı verildiğinde şüpheli serbest kalır.</w:t>
      </w:r>
    </w:p>
    <w:p>
      <w:pPr>
        <w:keepNext/>
        <w:spacing w:before="200" w:after="40"/>
      </w:pPr>
      <w:r>
        <w:rPr>
          <w:b/>
        </w:rPr>
        <w:t>Şüpheli veya sanığın salıverilme istemleri</w:t>
      </w:r>
    </w:p>
    <w:p>
      <w:pPr>
        <w:spacing w:after="80"/>
        <w:ind w:firstLine="454"/>
        <w:jc w:val="both"/>
      </w:pPr>
      <w:r>
        <w:rPr>
          <w:b/>
        </w:rPr>
        <w:t xml:space="preserve">MADDE 104 – </w:t>
      </w:r>
      <w:r>
        <w:t>(1) Soruşturma ve kovuşturma evrelerinin her aşamasında şüpheli veya sanık salıverilmesini isteyebilir.</w:t>
      </w:r>
    </w:p>
    <w:p>
      <w:pPr>
        <w:spacing w:after="80"/>
        <w:ind w:firstLine="454"/>
        <w:jc w:val="both"/>
      </w:pPr>
      <w:r>
        <w:t>(2) Şüpheli veya sanığın tutukluluk hâlinin devamına veya salıverilmesine hâkim veya mahkemece karar verilir. Bu kararlara itiraz edilebilir.</w:t>
      </w:r>
    </w:p>
    <w:p>
      <w:pPr>
        <w:spacing w:after="80"/>
        <w:ind w:firstLine="454"/>
        <w:jc w:val="both"/>
      </w:pPr>
      <w:r>
        <w:t>(3) Dosya bölge adliye mahkemesine veya Yargıtaya geldiğinde salıverilme istemi hakkındaki karar, bölge adliye mahkemesi veya Yargıtay ilgili dairesi veya Yargıtay Ceza Genel Kurulunca dosya üzerinde yapılacak incelemeden sonra verilir; bu karar re'sen de verilebilir.</w:t>
      </w:r>
    </w:p>
    <w:p>
      <w:pPr>
        <w:keepNext/>
        <w:spacing w:before="200" w:after="40"/>
      </w:pPr>
      <w:r>
        <w:rPr>
          <w:b/>
        </w:rPr>
        <w:t>Usul</w:t>
      </w:r>
    </w:p>
    <w:p>
      <w:pPr>
        <w:spacing w:after="80"/>
        <w:ind w:firstLine="454"/>
        <w:jc w:val="both"/>
      </w:pPr>
      <w:r>
        <w:rPr>
          <w:b/>
        </w:rPr>
        <w:t xml:space="preserve">MADDE 105 – </w:t>
      </w:r>
      <w:r>
        <w:rPr>
          <w:color w:val="666666"/>
          <w:sz w:val="17"/>
        </w:rPr>
        <w:t>(Değişik: 25/5/2005 – 5353/13 md.)</w:t>
      </w:r>
    </w:p>
    <w:p>
      <w:pPr>
        <w:spacing w:after="80"/>
        <w:ind w:firstLine="454"/>
        <w:jc w:val="both"/>
      </w:pPr>
      <w:r>
        <w:t xml:space="preserve">(1) 103 ve 104 üncü maddeler uyarınca yapılan istem üzerine, merciince Cumhuriyet savcısı, şüpheli, sanık veya müdafiin görüşü alındıktan sonra, üç gün içinde istemin kabulüne, reddine veya adlî kontrol uygulanmasına karar verilir. </w:t>
      </w:r>
      <w:r>
        <w:rPr>
          <w:color w:val="666666"/>
          <w:sz w:val="17"/>
        </w:rPr>
        <w:t>(Ek cümle: 24/11/2016-6763/23 md.)</w:t>
      </w:r>
      <w:r>
        <w:t xml:space="preserve"> 103 üncü maddenin birinci fıkrasının birinci cümlesi uyarınca yapılan istemler hariç olmak üzere örgüt faaliyeti çerçevesinde işlenen suçlar bakımından bu süre yedi gün olarak uygulanır. </w:t>
      </w:r>
      <w:r>
        <w:rPr>
          <w:color w:val="666666"/>
          <w:sz w:val="17"/>
        </w:rPr>
        <w:t>(Ek cümle: 11/4/2013-6459/15 md.)</w:t>
      </w:r>
      <w:r>
        <w:t xml:space="preserve"> Duruşma dışında bu karar verilirken Cumhuriyet savcısı, şüpheli, sanık veya müdafiinin görüşü alınmaz. Bu kararlara itiraz edilebilir.</w:t>
      </w:r>
    </w:p>
    <w:p>
      <w:pPr>
        <w:keepNext/>
        <w:spacing w:before="200" w:after="40"/>
      </w:pPr>
      <w:r>
        <w:rPr>
          <w:b/>
        </w:rPr>
        <w:t>Salıverilenin yükümlülükleri</w:t>
      </w:r>
    </w:p>
    <w:p>
      <w:pPr>
        <w:spacing w:after="80"/>
        <w:ind w:firstLine="454"/>
        <w:jc w:val="both"/>
      </w:pPr>
      <w:r>
        <w:rPr>
          <w:b/>
        </w:rPr>
        <w:t xml:space="preserve">MADDE 106 – </w:t>
      </w:r>
      <w:r>
        <w:t>(1) Salıverilmeden önce şüpheli veya sanık, yetkili yargı merciine veya tutukevinin müdürüne adresini ve varsa telefon numarasını bildirmekle yükümlüdür.</w:t>
      </w:r>
    </w:p>
    <w:p>
      <w:pPr>
        <w:spacing w:after="80"/>
        <w:ind w:firstLine="454"/>
        <w:jc w:val="both"/>
      </w:pPr>
      <w:r>
        <w:t>(2) Şüpheli veya sanığa soruşturmanın veya kovuşturmanın sona erdirileceği tarihe kadar, yeniden beyanda bulunmak suretiyle veya iadeli taahhütlü mektupla önceden verdiği adreslerdeki her türlü değişiklikleri bildirmesi ihtar olunur; ayrıca, ihtara uygun hareket etmediğinde, önceden bildirdiği adrese tebligatın yapılacağı bildirilir. Bu ihtarların yapıldığını belirten ve yeni adresleri içeren tutanak veya tutukevi müdürünün düzenleyeceği belgenin aslı veya örneği yargı merciine gönderilir.</w:t>
      </w:r>
    </w:p>
    <w:p>
      <w:pPr>
        <w:keepNext/>
        <w:spacing w:before="200" w:after="40"/>
      </w:pPr>
      <w:r>
        <w:rPr>
          <w:b/>
        </w:rPr>
        <w:t>Tutuklananın durumunun yakınlarına bildirilmesi</w:t>
      </w:r>
    </w:p>
    <w:p>
      <w:pPr>
        <w:spacing w:after="80"/>
        <w:ind w:firstLine="454"/>
        <w:jc w:val="both"/>
      </w:pPr>
      <w:r>
        <w:rPr>
          <w:b/>
        </w:rPr>
        <w:t xml:space="preserve">MADDE 107 – </w:t>
      </w:r>
      <w:r>
        <w:t>(1) Tutuklamadan ve tutuklamanın uzatılmasına ilişkin her karardan tutuklunun bir yakınına veya belirlediği bir kişiye, hâkimin kararıyla gecikmeksizin haber verilir.</w:t>
      </w:r>
    </w:p>
    <w:p>
      <w:pPr>
        <w:spacing w:after="80"/>
        <w:ind w:firstLine="454"/>
        <w:jc w:val="both"/>
      </w:pPr>
      <w:r>
        <w:t>(2) Ayrıca, soruşturmanın amacını tehlikeye düşürmemek kaydıyla, tutuklunun tutuklamayı bir yakınına veya belirlediği bir kişiye bizzat bildirmesine de izin verilir.</w:t>
      </w:r>
    </w:p>
    <w:p>
      <w:pPr>
        <w:spacing w:after="80"/>
        <w:ind w:firstLine="454"/>
        <w:jc w:val="both"/>
      </w:pPr>
      <w:r>
        <w:t>(3) Şüpheli veya sanık yabancı olduğunda tutuklanma durumu, yazılı olarak karşı çıkmaması halinde, vatandaşı olduğu devletin konsolosluğuna bildirilir.</w:t>
      </w:r>
    </w:p>
    <w:p>
      <w:pPr>
        <w:keepNext/>
        <w:spacing w:before="200" w:after="40"/>
      </w:pPr>
      <w:r>
        <w:rPr>
          <w:b/>
        </w:rPr>
        <w:t>Tutukluluğun incelenmesi</w:t>
      </w:r>
    </w:p>
    <w:p>
      <w:pPr>
        <w:spacing w:after="80"/>
        <w:ind w:firstLine="454"/>
        <w:jc w:val="both"/>
      </w:pPr>
      <w:r>
        <w:rPr>
          <w:b/>
        </w:rPr>
        <w:t xml:space="preserve">MADDE 108 – </w:t>
      </w:r>
      <w:r>
        <w:t>(1) Soruşturma evresinde şüphelinin tutukevinde bulunduğu süre içinde ve en geç otuzar günlük süreler itibarıyla tutukluluk hâlinin devamının gerekip gerekmeyeceği hususunda, Cumhuriyet savcısının istemi üzerine sulh ceza hâkimi tarafından 100 üncü madde hükümleri göz önünde bulundurularak, şüpheli veya müdafii dinlenilmek suretiyle karar verilir.</w:t>
      </w:r>
    </w:p>
    <w:p>
      <w:pPr>
        <w:spacing w:after="80"/>
        <w:ind w:firstLine="454"/>
        <w:jc w:val="both"/>
      </w:pPr>
      <w:r>
        <w:t>(2) Tutukluluk durumunun incelenmesi, yukarıdaki fıkrada öngörülen süre içinde şüpheli tarafından da istenebilir.</w:t>
      </w:r>
    </w:p>
    <w:p>
      <w:pPr>
        <w:spacing w:after="80"/>
        <w:ind w:firstLine="454"/>
        <w:jc w:val="both"/>
      </w:pPr>
      <w:r>
        <w:t>(3) Hâkim veya mahkeme, tutukevinde bulunan sanığın tutukluluk hâlinin devamının gerekip gerekmeyeceğine her oturumda veya koşullar gerektirdiğinde oturumlar arasında ya da birinci fıkrada öngörülen süre içinde de re'sen karar verir.</w:t>
      </w:r>
    </w:p>
    <w:p>
      <w:pPr>
        <w:spacing w:before="360"/>
        <w:jc w:val="center"/>
      </w:pPr>
      <w:r>
        <w:rPr>
          <w:b/>
          <w:sz w:val="24"/>
        </w:rPr>
        <w:t>ÜÇÜNCÜ BÖLÜM</w:t>
        <w:br/>
        <w:t>Adlî Kontrol</w:t>
      </w:r>
    </w:p>
    <w:p>
      <w:pPr>
        <w:keepNext/>
        <w:spacing w:before="200" w:after="40"/>
      </w:pPr>
      <w:r>
        <w:rPr>
          <w:b/>
        </w:rPr>
        <w:t>Adlî kontrol</w:t>
      </w:r>
    </w:p>
    <w:p>
      <w:pPr>
        <w:spacing w:after="80"/>
        <w:ind w:firstLine="454"/>
        <w:jc w:val="both"/>
      </w:pPr>
      <w:r>
        <w:rPr>
          <w:b/>
        </w:rPr>
        <w:t xml:space="preserve">MADDE 109 – </w:t>
      </w:r>
      <w:r>
        <w:t xml:space="preserve">(1) </w:t>
      </w:r>
      <w:r>
        <w:rPr>
          <w:color w:val="666666"/>
          <w:sz w:val="17"/>
        </w:rPr>
        <w:t>(Değişik: 2/7/2012-6352/98 md.)</w:t>
      </w:r>
      <w:r>
        <w:t xml:space="preserve"> Bir suç sebebiyle yürütülen soruşturmada, 100 üncü maddede belirtilen tutuklama sebeplerinin varlığı halinde, şüphelinin tutuklanması yerine adlî kontrol altına alınmasına karar verilebilir.</w:t>
      </w:r>
    </w:p>
    <w:p>
      <w:pPr>
        <w:spacing w:after="80"/>
        <w:ind w:firstLine="454"/>
        <w:jc w:val="both"/>
      </w:pPr>
      <w:r>
        <w:t>(2) Kanunda tutuklama yasağı öngörülen hallerde de, adlî kontrole ilişkin hükümler uygulanabilir.</w:t>
      </w:r>
    </w:p>
    <w:p>
      <w:pPr>
        <w:spacing w:after="80"/>
        <w:ind w:firstLine="454"/>
        <w:jc w:val="both"/>
      </w:pPr>
      <w:r>
        <w:t>(3) Adlî kontrol, şüphelinin aşağıda gösterilen bir veya birden fazla yükümlülüğe tabi tutulmasını içerir:</w:t>
      </w:r>
    </w:p>
    <w:p>
      <w:pPr>
        <w:spacing w:after="80"/>
        <w:ind w:firstLine="454"/>
        <w:jc w:val="both"/>
      </w:pPr>
      <w:r>
        <w:t>a) Yurt dışına çıkamamak.</w:t>
      </w:r>
    </w:p>
    <w:p>
      <w:pPr>
        <w:spacing w:after="80"/>
        <w:ind w:firstLine="454"/>
        <w:jc w:val="both"/>
      </w:pPr>
      <w:r>
        <w:t>b) Hâkim tarafından belirlenen yerlere, belirtilen süreler içinde düzenli olarak başvurmak.</w:t>
      </w:r>
    </w:p>
    <w:p>
      <w:pPr>
        <w:spacing w:after="80"/>
        <w:ind w:firstLine="454"/>
        <w:jc w:val="both"/>
      </w:pPr>
      <w:r>
        <w:t>c) Hâkimin belirttiği merci veya kişilerin çağrılarına ve gerektiğinde meslekî uğraşlarına ilişkin veya eğitime devam konularındaki kontrol tedbirlerine uymak.</w:t>
      </w:r>
    </w:p>
    <w:p>
      <w:pPr>
        <w:spacing w:after="80"/>
        <w:ind w:firstLine="454"/>
        <w:jc w:val="both"/>
      </w:pPr>
      <w:r>
        <w:t>d) Her türlü taşıtları veya bunlardan bazılarını kullanamamak ve gerektiğinde kaleme, makbuz karşılığında sürücü belgesini teslim etmek.</w:t>
      </w:r>
    </w:p>
    <w:p>
      <w:pPr>
        <w:spacing w:after="80"/>
        <w:ind w:firstLine="454"/>
        <w:jc w:val="both"/>
      </w:pPr>
      <w:r>
        <w:t>e) Özellikle uyuşturucu, uyarıcı veya uçucu maddeler ile alkol bağımlılığından arınmak amacıyla, hastaneye yatmak dahil, tedavi veya muayene tedbirlerine tâbi olmak ve bunları kabul etmek.</w:t>
      </w:r>
    </w:p>
    <w:p>
      <w:pPr>
        <w:spacing w:after="80"/>
        <w:ind w:firstLine="454"/>
        <w:jc w:val="both"/>
      </w:pPr>
      <w:r>
        <w:t>f) Şüphelinin parasal durumu göz önünde bulundurularak, miktarı ve bir defada veya birden çok taksitlerle ödeme süreleri, Cumhuriyet savcısının isteği üzerine hâkimce belirlenecek bir güvence miktarını yatırmak.</w:t>
      </w:r>
    </w:p>
    <w:p>
      <w:pPr>
        <w:spacing w:after="80"/>
        <w:ind w:firstLine="454"/>
        <w:jc w:val="both"/>
      </w:pPr>
      <w:r>
        <w:t>g) Silâh bulunduramamak veya taşıyamamak, gerektiğinde sahip olunan silâhları makbuz karşılığında adlî emanete teslim etmek.</w:t>
      </w:r>
    </w:p>
    <w:p>
      <w:pPr>
        <w:spacing w:after="80"/>
        <w:ind w:firstLine="454"/>
        <w:jc w:val="both"/>
      </w:pPr>
      <w:r>
        <w:t>h) Cumhuriyet savcısının istemi üzerine hâkim tarafından miktarı ve ödeme süresi belirlenecek parayı suç mağdurunun haklarını güvence altına almak üzere aynî veya kişisel güvenceye bağlamak.</w:t>
      </w:r>
    </w:p>
    <w:p>
      <w:pPr>
        <w:spacing w:after="80"/>
        <w:ind w:firstLine="454"/>
        <w:jc w:val="both"/>
      </w:pPr>
      <w:r>
        <w:t>i) Aile yükümlülüklerini yerine getireceğine ve adlî kararlar gereğince ödemeye mahkûm edildiği nafakayı düzenli olarak ödeyeceğine dair güvence vermek.</w:t>
      </w:r>
    </w:p>
    <w:p>
      <w:pPr>
        <w:spacing w:after="80"/>
        <w:ind w:firstLine="454"/>
        <w:jc w:val="both"/>
      </w:pPr>
      <w:r>
        <w:t xml:space="preserve">j) </w:t>
      </w:r>
      <w:r>
        <w:rPr>
          <w:color w:val="666666"/>
          <w:sz w:val="17"/>
        </w:rPr>
        <w:t>(Ek: 2/7/2012-6352/98 md.)</w:t>
      </w:r>
      <w:r>
        <w:t xml:space="preserve"> Konutunu terk etmemek.</w:t>
      </w:r>
    </w:p>
    <w:p>
      <w:pPr>
        <w:spacing w:after="80"/>
        <w:ind w:firstLine="454"/>
        <w:jc w:val="both"/>
      </w:pPr>
      <w:r>
        <w:t xml:space="preserve">k) </w:t>
      </w:r>
      <w:r>
        <w:rPr>
          <w:color w:val="666666"/>
          <w:sz w:val="17"/>
        </w:rPr>
        <w:t>(Ek: 2/7/2012-6352/98 md.)</w:t>
      </w:r>
      <w:r>
        <w:t xml:space="preserve"> Belirli bir yerleşim bölgesini terk etmemek.</w:t>
      </w:r>
    </w:p>
    <w:p>
      <w:pPr>
        <w:spacing w:after="80"/>
        <w:ind w:firstLine="454"/>
        <w:jc w:val="both"/>
      </w:pPr>
      <w:r>
        <w:t xml:space="preserve">l) </w:t>
      </w:r>
      <w:r>
        <w:rPr>
          <w:color w:val="666666"/>
          <w:sz w:val="17"/>
        </w:rPr>
        <w:t>(Ek: 2/7/2012-6352/98 md.)</w:t>
      </w:r>
      <w:r>
        <w:t xml:space="preserve"> Belirlenen yer veya bölgelere gitmemek.</w:t>
      </w:r>
    </w:p>
    <w:p>
      <w:pPr>
        <w:spacing w:after="80"/>
        <w:ind w:firstLine="454"/>
        <w:jc w:val="both"/>
      </w:pPr>
      <w:r>
        <w:t xml:space="preserve">(4) </w:t>
      </w:r>
      <w:r>
        <w:rPr>
          <w:color w:val="666666"/>
          <w:sz w:val="17"/>
        </w:rPr>
        <w:t>(Ek: 25/5/2005 – 5353/14 md.)</w:t>
      </w:r>
      <w:r>
        <w:t xml:space="preserve"> </w:t>
      </w:r>
      <w:r>
        <w:rPr>
          <w:color w:val="666666"/>
          <w:sz w:val="17"/>
        </w:rPr>
        <w:t>(Mülga: 2/7/2012-6352/98 md.)</w:t>
      </w:r>
      <w:r>
        <w:t xml:space="preserve"> (Yeniden Düzenleme:14/4/2020-7242/15 md.) Maruz kaldığı ağır bir hastalık veya engellilik nedeniyle ceza infaz kurumu koşullarında hayatını yalnız idame ettiremediği 13/12/2004 tarihli ve 5275 sayılı Ceza ve Güvenlik Tedbirlerinin İnfazı Hakkında Kanunun 16 ncı maddesinin üçüncü fıkrası uyarınca tespit edilen şüpheli ile gebe olan veya doğurduğu tarihten itibaren altı ay geçmemiş bulunan kadın şüphelinin tutuklanması yerine adlî kontrol altına alınmasına karar verilebilir. Hakkında mahkûmiyet hükmü verilmiş ve bu hükümle ilgili olarak istinaf veya temyiz kanun yoluna başvurulmuş olması hâlinde, UYAP kayıtlarını incelemek suretiyle hükmü veren ilk derece mahkemesi de adlî kontrol kararı verebilir.</w:t>
      </w:r>
    </w:p>
    <w:p>
      <w:pPr>
        <w:spacing w:after="80"/>
        <w:ind w:firstLine="454"/>
        <w:jc w:val="both"/>
      </w:pPr>
      <w:r>
        <w:t>(5) Hâkim veya Cumhuriyet savcısı (d) bendinde belirtilen yükümlülüğün uygulamasında şüphelinin meslekî uğraşılarında araç kullanmasına sürekli veya geçici olarak izin verebilir.</w:t>
      </w:r>
    </w:p>
    <w:p>
      <w:pPr>
        <w:spacing w:after="80"/>
        <w:ind w:firstLine="454"/>
        <w:jc w:val="both"/>
      </w:pPr>
      <w:r>
        <w:t xml:space="preserve">(6) Adlî kontrol altında geçen süre, şahsî hürriyeti sınırlama sebebi sayılarak cezadan mahsup edilemez. Bu hüküm, maddenin üçüncü fıkrasının (e) ve (j) bentlerinde belirtilen hallerde uygulanmaz. </w:t>
      </w:r>
      <w:r>
        <w:rPr>
          <w:color w:val="666666"/>
          <w:sz w:val="17"/>
        </w:rPr>
        <w:t>(Ek cümle:8/7/2021-7331/15 md.)</w:t>
      </w:r>
      <w:r>
        <w:t xml:space="preserve"> Ancak, (j) bendinde belirtilen konutunu terk etmemek yükümlülüğü altında geçen her iki gün, cezanın mahsubunda bir gün olarak dikkate alınır.</w:t>
      </w:r>
    </w:p>
    <w:p>
      <w:pPr>
        <w:spacing w:after="80"/>
        <w:ind w:firstLine="454"/>
        <w:jc w:val="both"/>
      </w:pPr>
      <w:r>
        <w:t xml:space="preserve">(7) </w:t>
      </w:r>
      <w:r>
        <w:rPr>
          <w:color w:val="666666"/>
          <w:sz w:val="17"/>
        </w:rPr>
        <w:t>(Ek: 6/12/2006 – 5560/19 md.)</w:t>
      </w:r>
      <w:r>
        <w:t xml:space="preserve"> Kanunlarda öngörülen tutukluluk sürelerinin dolması nedeniyle salıverilenler hakkında adlî kontrole ilişkin hükümler uygulanabilir.</w:t>
      </w:r>
    </w:p>
    <w:p>
      <w:pPr>
        <w:keepNext/>
        <w:spacing w:before="200" w:after="40"/>
      </w:pPr>
      <w:r>
        <w:rPr>
          <w:b/>
        </w:rPr>
        <w:t>Adlî kontrol kararı ve hükmedecek merciler</w:t>
      </w:r>
    </w:p>
    <w:p>
      <w:pPr>
        <w:spacing w:after="80"/>
        <w:ind w:firstLine="454"/>
        <w:jc w:val="both"/>
      </w:pPr>
      <w:r>
        <w:rPr>
          <w:b/>
        </w:rPr>
        <w:t xml:space="preserve">MADDE 110 – </w:t>
      </w:r>
      <w:r>
        <w:t>(1) Şüpheli, Cumhuriyet savcısının istemi ve sulh ceza hâkiminin kararı ile soruşturma evresinin her aşamasında adlî kontrol altına alınabilir.</w:t>
      </w:r>
    </w:p>
    <w:p>
      <w:pPr>
        <w:spacing w:after="80"/>
        <w:ind w:firstLine="454"/>
        <w:jc w:val="both"/>
      </w:pPr>
      <w:r>
        <w:t>(2) Hâkim, Cumhuriyet savcısının istemiyle, adlî kontrol uygulamasında şüpheliyi bir veya birden çok yeni yükümlülük altına koyabilir; kontrolun içeriğini oluşturan yükümlülükleri bütünüyle veya kısmen kaldırabilir, değiştirebilir veya şüpheliyi bunlardan bazılarına uymaktan geçici olarak muaf tutabilir.</w:t>
      </w:r>
    </w:p>
    <w:p>
      <w:pPr>
        <w:spacing w:after="80"/>
        <w:ind w:firstLine="454"/>
        <w:jc w:val="both"/>
      </w:pPr>
      <w:r>
        <w:t>(3) 109 uncu madde ile bu maddenin birinci ve ikinci fıkra hükümleri, gerekli görüldüğünde, görevli ve yetkili diğer yargı mercileri tarafından da, kovuşturma evresinin her aşamasında uygulanır.</w:t>
      </w:r>
    </w:p>
    <w:p>
      <w:pPr>
        <w:spacing w:after="80"/>
        <w:ind w:firstLine="454"/>
        <w:jc w:val="both"/>
      </w:pPr>
      <w:r>
        <w:t xml:space="preserve">(4) </w:t>
      </w:r>
      <w:r>
        <w:rPr>
          <w:color w:val="666666"/>
          <w:sz w:val="17"/>
        </w:rPr>
        <w:t>(Ek:8/7/2021-7331/16 md.)</w:t>
      </w:r>
      <w:r>
        <w:t xml:space="preserve"> Şüpheli veya sanığın adli kontrol yükümlülüğünün devamının gerekip gerekmeyeceği hususunda en geç dört aylık aralıklarla; soruşturma evresinde Cumhuriyet savcısının istemi üzerine sulh ceza hâkimi, kovuşturma evresinde ise resen mahkeme tarafından 109 uncu madde hükümleri göz önünde bulundurularak karar verilir.</w:t>
      </w:r>
    </w:p>
    <w:p>
      <w:pPr>
        <w:keepNext/>
        <w:spacing w:before="200" w:after="40"/>
      </w:pPr>
      <w:r>
        <w:rPr>
          <w:b/>
        </w:rPr>
        <w:t>Adli kontrol altında geçecek süre</w:t>
      </w:r>
    </w:p>
    <w:p>
      <w:pPr>
        <w:spacing w:after="80"/>
        <w:ind w:firstLine="454"/>
        <w:jc w:val="both"/>
      </w:pPr>
      <w:r>
        <w:rPr>
          <w:b/>
        </w:rPr>
        <w:t xml:space="preserve">MADDE 110/A – </w:t>
      </w:r>
      <w:r>
        <w:rPr>
          <w:color w:val="666666"/>
          <w:sz w:val="17"/>
        </w:rPr>
        <w:t>(Ek:8/7/2021-7331/17 md.)</w:t>
      </w:r>
    </w:p>
    <w:p>
      <w:pPr>
        <w:spacing w:after="80"/>
        <w:ind w:firstLine="454"/>
        <w:jc w:val="both"/>
      </w:pPr>
      <w:r>
        <w:t>(1) Ağır ceza mahkemesinin görevine girmeyen işlerde adli kontrol süresi en çok iki yıldır. Ancak bu süre, zorunlu hâllerde gerekçesi gösterilerek bir yıl daha uzatılabilir.</w:t>
      </w:r>
    </w:p>
    <w:p>
      <w:pPr>
        <w:spacing w:after="80"/>
        <w:ind w:firstLine="454"/>
        <w:jc w:val="both"/>
      </w:pPr>
      <w:r>
        <w:t>(2) Ağır ceza mahkemesinin görevine giren işlerde, adli kontrol süresi en çok üç yıldır. Bu süre, zorunlu hâllerde, gerekçesi gösterilerek uzatılabilir; uzatma süresi toplam üç yılı, Türk Ceza Kanununun İkinci Kitap Dördüncü Kısım Dördüncü, Beşinci, Altıncı ve Yedinci Bölümünde tanımlanan suçlar ile Terörle Mücadele Kanunu kapsamına giren suçlarda dört yılı geçemez.</w:t>
      </w:r>
    </w:p>
    <w:p>
      <w:pPr>
        <w:spacing w:after="80"/>
        <w:ind w:firstLine="454"/>
        <w:jc w:val="both"/>
      </w:pPr>
      <w:r>
        <w:t>(3) Bu maddede öngörülen adli kontrol süreleri, çocuklar bakımından yarı oranında uygulanır.</w:t>
      </w:r>
    </w:p>
    <w:p>
      <w:pPr>
        <w:keepNext/>
        <w:spacing w:before="200" w:after="40"/>
      </w:pPr>
      <w:r>
        <w:rPr>
          <w:b/>
        </w:rPr>
        <w:t>Adlî kontrol kararının kaldırılması</w:t>
      </w:r>
    </w:p>
    <w:p>
      <w:pPr>
        <w:spacing w:after="80"/>
        <w:ind w:firstLine="454"/>
        <w:jc w:val="both"/>
      </w:pPr>
      <w:r>
        <w:rPr>
          <w:b/>
        </w:rPr>
        <w:t xml:space="preserve">MADDE 111 – </w:t>
      </w:r>
      <w:r>
        <w:t>(1) Şüpheli veya sanığın istemi üzerine, Cumhuriyet savcısının görüşünü aldıktan sonra hâkim veya mahkeme 110 uncu maddenin ikinci fıkrasına göre beş gün içinde karar verebilir.</w:t>
      </w:r>
    </w:p>
    <w:p>
      <w:pPr>
        <w:spacing w:after="80"/>
        <w:ind w:firstLine="454"/>
        <w:jc w:val="both"/>
      </w:pPr>
      <w:r>
        <w:t>(2) Adlî kontrole ilişkin kararlara itiraz edilebilir.</w:t>
      </w:r>
    </w:p>
    <w:p>
      <w:pPr>
        <w:keepNext/>
        <w:spacing w:before="200" w:after="40"/>
      </w:pPr>
      <w:r>
        <w:rPr>
          <w:b/>
        </w:rPr>
        <w:t>Tedbirlere uymama</w:t>
      </w:r>
    </w:p>
    <w:p>
      <w:pPr>
        <w:spacing w:after="80"/>
        <w:ind w:firstLine="454"/>
        <w:jc w:val="both"/>
      </w:pPr>
      <w:r>
        <w:rPr>
          <w:b/>
        </w:rPr>
        <w:t xml:space="preserve">MADDE 112 – </w:t>
      </w:r>
      <w:r>
        <w:t xml:space="preserve">(1) Adlî kontrol hükümlerini isteyerek yerine getirmeyen şüpheli veya sanık hakkında, hükmedilebilecek hapis cezasının süresi ne olursa olsun, yetkili yargı mercii hemen tutuklama kararı verebilir. </w:t>
      </w:r>
      <w:r>
        <w:rPr>
          <w:color w:val="666666"/>
          <w:sz w:val="17"/>
        </w:rPr>
        <w:t>(Ek cümle:14/4/2020-7242/16 md.)</w:t>
      </w:r>
      <w:r>
        <w:t xml:space="preserve"> Hakkında mahkûmiyet hükmü verilmiş ve bu hükümle ilgili olarak istinaf veya temyiz kanun yoluna başvurulmuş olması hâlinde, UYAP kayıtlarını incelemek suretiyle hükmü veren ilk derece mahkemesi de tutuklama kararı verebilir.</w:t>
      </w:r>
    </w:p>
    <w:p>
      <w:pPr>
        <w:spacing w:after="80"/>
        <w:ind w:firstLine="454"/>
        <w:jc w:val="both"/>
      </w:pPr>
      <w:r>
        <w:t xml:space="preserve">(2) </w:t>
      </w:r>
      <w:r>
        <w:rPr>
          <w:color w:val="666666"/>
          <w:sz w:val="17"/>
        </w:rPr>
        <w:t>(Ek: 24/11/2016-6763/24 md.)</w:t>
      </w:r>
      <w:r>
        <w:t xml:space="preserve"> Birinci fıkra hükmü, azami tutukluluk süresinin dolması nedeniyle verilen adli kontrol tedbirinin ihlali hâlinde de uygulanabilir. Ancak, bu durumda tutuklama süresi ağır ceza mahkemesinin görevine giren işlerde dokuz aydan, diğer işlerde iki aydan fazla olamaz.</w:t>
      </w:r>
    </w:p>
    <w:p>
      <w:pPr>
        <w:keepNext/>
        <w:spacing w:before="200" w:after="40"/>
      </w:pPr>
      <w:r>
        <w:rPr>
          <w:b/>
        </w:rPr>
        <w:t>Güvence</w:t>
      </w:r>
    </w:p>
    <w:p>
      <w:pPr>
        <w:spacing w:after="80"/>
        <w:ind w:firstLine="454"/>
        <w:jc w:val="both"/>
      </w:pPr>
      <w:r>
        <w:rPr>
          <w:b/>
        </w:rPr>
        <w:t xml:space="preserve">MADDE 113 – </w:t>
      </w:r>
      <w:r>
        <w:t>(1) Şüpheli veya sanık tarafından gösterilecek güvence, aşağıda yazılı hususların yerine getirilmesini sağlar:</w:t>
      </w:r>
    </w:p>
    <w:p>
      <w:pPr>
        <w:spacing w:after="80"/>
        <w:ind w:firstLine="454"/>
        <w:jc w:val="both"/>
      </w:pPr>
      <w:r>
        <w:t>a) Şüpheli veya sanığın bütün usul işlemlerinde, hükmün infazında veya altına alınabileceği diğer yükümlülükleri yerine getirmek üzere hazır bulunması.</w:t>
      </w:r>
    </w:p>
    <w:p>
      <w:pPr>
        <w:spacing w:after="80"/>
        <w:ind w:firstLine="454"/>
        <w:jc w:val="both"/>
      </w:pPr>
      <w:r>
        <w:t>b) Aşağıda gösterilen sıraya göre ödemelerin yapılması:</w:t>
      </w:r>
    </w:p>
    <w:p>
      <w:pPr>
        <w:spacing w:after="80"/>
        <w:ind w:firstLine="454"/>
        <w:jc w:val="both"/>
      </w:pPr>
      <w:r>
        <w:t>1. Katılanın yaptığı masraflar, suçun neden olduğu zararların giderilmesi ve eski hâle getirme; şüpheli veya sanık nafaka borçlarını ödememeleri nedeniyle kovuşturuluyorlarsa nafaka borçları.</w:t>
      </w:r>
    </w:p>
    <w:p>
      <w:pPr>
        <w:spacing w:after="80"/>
        <w:ind w:firstLine="454"/>
        <w:jc w:val="both"/>
      </w:pPr>
      <w:r>
        <w:t>2. Kamusal giderler.</w:t>
      </w:r>
    </w:p>
    <w:p>
      <w:pPr>
        <w:spacing w:after="80"/>
        <w:ind w:firstLine="454"/>
        <w:jc w:val="both"/>
      </w:pPr>
      <w:r>
        <w:t>3. Para cezaları.</w:t>
      </w:r>
    </w:p>
    <w:p>
      <w:pPr>
        <w:spacing w:after="80"/>
        <w:ind w:firstLine="454"/>
        <w:jc w:val="both"/>
      </w:pPr>
      <w:r>
        <w:t>(2) Şüpheli veya sanığı güvence göstermeye zorunlu kılan kararda, güvencenin karşıladığı kısımlar ayrı ayrı gösterilir.</w:t>
      </w:r>
    </w:p>
    <w:p>
      <w:pPr>
        <w:keepNext/>
        <w:spacing w:before="200" w:after="40"/>
      </w:pPr>
      <w:r>
        <w:rPr>
          <w:b/>
        </w:rPr>
        <w:t>Önceden ödetme</w:t>
      </w:r>
    </w:p>
    <w:p>
      <w:pPr>
        <w:spacing w:after="80"/>
        <w:ind w:firstLine="454"/>
        <w:jc w:val="both"/>
      </w:pPr>
      <w:r>
        <w:rPr>
          <w:b/>
        </w:rPr>
        <w:t xml:space="preserve">MADDE 114 – </w:t>
      </w:r>
      <w:r>
        <w:t>(1) Hâkim, mahkeme veya Cumhuriyet savcısı, şüpheli veya sanığın rızasıyla güvencenin mağdurun haklarını karşılayan veya nafaka borcuna ilişkin bulunan kısımlarının, istedikleri takdirde, mağdura veya nafaka alacaklılarına verilmesini emredebilir.</w:t>
      </w:r>
    </w:p>
    <w:p>
      <w:pPr>
        <w:spacing w:after="80"/>
        <w:ind w:firstLine="454"/>
        <w:jc w:val="both"/>
      </w:pPr>
      <w:r>
        <w:t>(2) Soruşturma ve kovuşturmanın konusunu oluşturan olaylar nedeniyle, mağdur veya nafaka alacaklısı lehinde bir yargı kararı verilmiş ise, şüpheli veya sanığın rızası olmasa da ödemenin yapılması emredilebilir.</w:t>
      </w:r>
    </w:p>
    <w:p>
      <w:pPr>
        <w:keepNext/>
        <w:spacing w:before="200" w:after="40"/>
      </w:pPr>
      <w:r>
        <w:rPr>
          <w:b/>
        </w:rPr>
        <w:t>Güvencenin geri verilmesi</w:t>
      </w:r>
    </w:p>
    <w:p>
      <w:pPr>
        <w:spacing w:after="80"/>
        <w:ind w:firstLine="454"/>
        <w:jc w:val="both"/>
      </w:pPr>
      <w:r>
        <w:rPr>
          <w:b/>
        </w:rPr>
        <w:t xml:space="preserve">MADDE 115 – </w:t>
      </w:r>
      <w:r>
        <w:t>(1) Hükümlü, 113 üncü maddenin birinci fıkrasının (a) bendinde yazılı bütün yükümlülükleri yerine getirmiş ise güvencenin 113 üncü maddenin birinci fıkrasının (a) bendini karşılayan ve aynı maddenin ikinci fıkrasına göre verilecek kararda belirtilen kısmı kendisine geri verilir.</w:t>
      </w:r>
    </w:p>
    <w:p>
      <w:pPr>
        <w:spacing w:after="80"/>
        <w:ind w:firstLine="454"/>
        <w:jc w:val="both"/>
      </w:pPr>
      <w:r>
        <w:t>(2) Güvencenin, suç mağduruna veya nafaka alacaklısına verilmemiş olan ikinci kısmı, kovuşturmaya yer olmadığı veya beraat kararları verildiğinde de şüpheli veya sanığa geri verilir. Aksi hâlde, geçerli mazereti dışında, güvence Devlet Hazinesine gelir yazılır.</w:t>
      </w:r>
    </w:p>
    <w:p>
      <w:pPr>
        <w:spacing w:after="80"/>
        <w:ind w:firstLine="454"/>
        <w:jc w:val="both"/>
      </w:pPr>
      <w:r>
        <w:t>(3) Hükümlülük hâlinde güvence 113 üncü maddenin birinci fıkrasının (b) bendinde yer alan hükümlere göre kullanılır, fazlası geri verilir.</w:t>
      </w:r>
    </w:p>
    <w:p>
      <w:pPr>
        <w:spacing w:before="360"/>
        <w:jc w:val="center"/>
      </w:pPr>
      <w:r>
        <w:rPr>
          <w:b/>
          <w:sz w:val="24"/>
        </w:rPr>
        <w:t>DÖRDÜNCÜ BÖLÜM</w:t>
        <w:br/>
        <w:t>Arama ve Elkoyma</w:t>
      </w:r>
    </w:p>
    <w:p>
      <w:pPr>
        <w:keepNext/>
        <w:spacing w:before="200" w:after="40"/>
      </w:pPr>
      <w:r>
        <w:rPr>
          <w:b/>
        </w:rPr>
        <w:t>Şüpheli veya sanıkla ilgili arama</w:t>
      </w:r>
    </w:p>
    <w:p>
      <w:pPr>
        <w:spacing w:after="80"/>
        <w:ind w:firstLine="454"/>
        <w:jc w:val="both"/>
      </w:pPr>
      <w:r>
        <w:rPr>
          <w:b/>
        </w:rPr>
        <w:t xml:space="preserve">MADDE 116 – </w:t>
      </w:r>
      <w:r>
        <w:t>(1) Yakalanabileceği veya suç delillerinin elde edilebileceği hususunda makul şüphe varsa; şüphelinin veya sanığın üstü, eşyası, konutu, işyeri veya ona ait diğer yerler aranabilir.</w:t>
      </w:r>
    </w:p>
    <w:p>
      <w:pPr>
        <w:keepNext/>
        <w:spacing w:before="200" w:after="40"/>
      </w:pPr>
      <w:r>
        <w:rPr>
          <w:b/>
        </w:rPr>
        <w:t>Diğer kişilerle ilgili arama</w:t>
      </w:r>
    </w:p>
    <w:p>
      <w:pPr>
        <w:spacing w:after="80"/>
        <w:ind w:firstLine="454"/>
        <w:jc w:val="both"/>
      </w:pPr>
      <w:r>
        <w:rPr>
          <w:b/>
        </w:rPr>
        <w:t xml:space="preserve">MADDE 117 – </w:t>
      </w:r>
      <w:r>
        <w:t>(1) Şüphelinin veya sanığın yakalanabilmesi veya suç delillerinin elde edilebilmesi amacıyla, diğer bir kişinin de üstü, eşyası, konutu, işyeri veya ona ait diğer yerler aranabilir.</w:t>
      </w:r>
    </w:p>
    <w:p>
      <w:pPr>
        <w:spacing w:after="80"/>
        <w:ind w:firstLine="454"/>
        <w:jc w:val="both"/>
      </w:pPr>
      <w:r>
        <w:t>(2) Bu hâllerde aramanın yapılması, aranılan kişinin veya suçun delillerinin belirtilen yerlerde bulunduğunun kabul edilebilmesine olanak sağlayan olayların varlığına bağlıdır.</w:t>
      </w:r>
    </w:p>
    <w:p>
      <w:pPr>
        <w:spacing w:after="80"/>
        <w:ind w:firstLine="454"/>
        <w:jc w:val="both"/>
      </w:pPr>
      <w:r>
        <w:t>(3) Bu sınırlama, şüphelinin veya sanığın bulunduğu yerler ile, izlendiği sırada girdiği yerler hakkında geçerli değildir.</w:t>
      </w:r>
    </w:p>
    <w:p>
      <w:pPr>
        <w:keepNext/>
        <w:spacing w:before="200" w:after="40"/>
      </w:pPr>
      <w:r>
        <w:rPr>
          <w:b/>
        </w:rPr>
        <w:t>Gece yapılacak arama</w:t>
      </w:r>
    </w:p>
    <w:p>
      <w:pPr>
        <w:spacing w:after="80"/>
        <w:ind w:firstLine="454"/>
        <w:jc w:val="both"/>
      </w:pPr>
      <w:r>
        <w:rPr>
          <w:b/>
        </w:rPr>
        <w:t xml:space="preserve">MADDE 118 – </w:t>
      </w:r>
      <w:r>
        <w:t>(1) Konutta, işyerinde veya diğer kapalı yerlerde gece vaktinde arama yapılamaz.</w:t>
      </w:r>
    </w:p>
    <w:p>
      <w:pPr>
        <w:spacing w:after="80"/>
        <w:ind w:firstLine="454"/>
        <w:jc w:val="both"/>
      </w:pPr>
      <w:r>
        <w:t>(2) Suçüstü veya gecikmesinde sakınca bulunan hâller ile yakalanmış veya gözaltına alınmış olup da firar eden kişi veya tutuklu veya hükümlünün tekrar yakalanması amacıyla yapılan aramalarda, birinci fıkra hükmü uygulanmaz.</w:t>
      </w:r>
    </w:p>
    <w:p>
      <w:pPr>
        <w:keepNext/>
        <w:spacing w:before="200" w:after="40"/>
      </w:pPr>
      <w:r>
        <w:rPr>
          <w:b/>
        </w:rPr>
        <w:t>Arama kararı</w:t>
      </w:r>
    </w:p>
    <w:p>
      <w:pPr>
        <w:spacing w:after="80"/>
        <w:ind w:firstLine="454"/>
        <w:jc w:val="both"/>
      </w:pPr>
      <w:r>
        <w:rPr>
          <w:b/>
        </w:rPr>
        <w:t xml:space="preserve">MADDE 119 – </w:t>
      </w:r>
      <w:r>
        <w:t xml:space="preserve">(1) </w:t>
      </w:r>
      <w:r>
        <w:rPr>
          <w:color w:val="666666"/>
          <w:sz w:val="17"/>
        </w:rPr>
        <w:t>(Değişik : 25/5/2005 – 5353/15 md.)</w:t>
      </w:r>
      <w:r>
        <w:t xml:space="preserve"> Hâkim kararı üzerine veya gecikmesinde sakınca bulunan hâllerde Cumhuriyet savcısının, Cumhuriyet savcısına ulaşılamadığı hallerde ise kolluk amirinin yazılı emri ile kolluk görevlileri arama yapabilirler. Ancak, konutta, işyerinde ve kamuya açık olmayan kapalı alanlarda arama, hâkim kararı veya gecikmesinde sakınca bulunan hallerde Cumhuriyet savcısının yazılı emri ile yapılabilir. Kolluk amirinin yazılı emri ile yapılan arama sonuçları Cumhuriyet Başsavcılığına derhal bildirilir.</w:t>
      </w:r>
    </w:p>
    <w:p>
      <w:pPr>
        <w:spacing w:after="80"/>
        <w:ind w:firstLine="454"/>
        <w:jc w:val="both"/>
      </w:pPr>
      <w:r>
        <w:t>(2) Arama karar veya emrinde;</w:t>
      </w:r>
    </w:p>
    <w:p>
      <w:pPr>
        <w:spacing w:after="80"/>
        <w:ind w:firstLine="454"/>
        <w:jc w:val="both"/>
      </w:pPr>
      <w:r>
        <w:t>a) Aramanın nedenini oluşturan fiil,</w:t>
      </w:r>
    </w:p>
    <w:p>
      <w:pPr>
        <w:spacing w:after="80"/>
        <w:ind w:firstLine="454"/>
        <w:jc w:val="both"/>
      </w:pPr>
      <w:r>
        <w:t>b) Aranılacak kişi, aramanın yapılacağı konut veya diğer yerin adresi ya da eşya,</w:t>
      </w:r>
    </w:p>
    <w:p>
      <w:pPr>
        <w:spacing w:after="80"/>
        <w:ind w:firstLine="454"/>
        <w:jc w:val="both"/>
      </w:pPr>
      <w:r>
        <w:t>c) Karar veya emrin geçerli olacağı zaman süresi,</w:t>
      </w:r>
    </w:p>
    <w:p>
      <w:pPr>
        <w:spacing w:after="80"/>
        <w:ind w:firstLine="454"/>
        <w:jc w:val="both"/>
      </w:pPr>
      <w:r>
        <w:t>Açıkça gösterilir.</w:t>
      </w:r>
    </w:p>
    <w:p>
      <w:pPr>
        <w:spacing w:after="80"/>
        <w:ind w:firstLine="454"/>
        <w:jc w:val="both"/>
      </w:pPr>
      <w:r>
        <w:t xml:space="preserve">(3) Arama tutanağına işlemi yapanların açık kimlikleri yazılır. </w:t>
      </w:r>
      <w:r>
        <w:rPr>
          <w:color w:val="666666"/>
          <w:sz w:val="17"/>
        </w:rPr>
        <w:t>(Mülga ikinci cümle: 25/5/2005 – 5353/15 md.)</w:t>
      </w:r>
    </w:p>
    <w:p>
      <w:pPr>
        <w:spacing w:after="80"/>
        <w:ind w:firstLine="454"/>
        <w:jc w:val="both"/>
      </w:pPr>
      <w:r>
        <w:t>(4) Cumhuriyet savcısı hazır olmaksızın konut, işyeri veya diğer kapalı yerlerde arama yapabilmek için o yer ihtiyar heyetinden veya komşulardan iki kişi bulundurulur.</w:t>
      </w:r>
    </w:p>
    <w:p>
      <w:pPr>
        <w:spacing w:after="80"/>
        <w:ind w:firstLine="454"/>
        <w:jc w:val="both"/>
      </w:pPr>
      <w:r>
        <w:t xml:space="preserve">(5) </w:t>
      </w:r>
      <w:r>
        <w:rPr>
          <w:color w:val="666666"/>
          <w:sz w:val="17"/>
        </w:rPr>
        <w:t>(Değişik: 25/7/2018-7145/14 md.)</w:t>
      </w:r>
      <w:r>
        <w:t xml:space="preserve"> Askerî mahallerde yapılacak arama, Cumhuriyet savcısının nezaretinde askerî makamların katılımıyla adlî kolluk görevlileri tarafından yerine getirilir. Gecikmesinde sakınca bulunan hâllerde Cumhuriyet savcısının yazılı emriyle de askerî makamların katılımıyla adlî kolluk görevlileri tarafından arama yapılabilir.</w:t>
      </w:r>
    </w:p>
    <w:p>
      <w:pPr>
        <w:keepNext/>
        <w:spacing w:before="200" w:after="40"/>
      </w:pPr>
      <w:r>
        <w:rPr>
          <w:b/>
        </w:rPr>
        <w:t>Aramada hazır bulunabilecekler</w:t>
      </w:r>
    </w:p>
    <w:p>
      <w:pPr>
        <w:spacing w:after="80"/>
        <w:ind w:firstLine="454"/>
        <w:jc w:val="both"/>
      </w:pPr>
      <w:r>
        <w:rPr>
          <w:b/>
        </w:rPr>
        <w:t xml:space="preserve">MADDE 120 – </w:t>
      </w:r>
      <w:r>
        <w:t>(1) Aranacak yerlerin sahibi veya eşyanın zilyedi aramada hazır bulunabilir; kendisi bulunmazsa temsilcisi veya ayırt etme gücüne sahip hısımlarından biri veya kendisiyle birlikte oturmakta olan bir kişi veya komşusu hazır bulundurulur.</w:t>
      </w:r>
    </w:p>
    <w:p>
      <w:pPr>
        <w:spacing w:after="80"/>
        <w:ind w:firstLine="454"/>
        <w:jc w:val="both"/>
      </w:pPr>
      <w:r>
        <w:t>(2) 117 nci maddenin birinci fıkrasında gösterilen hâllerde zilyet ve bulunmazsa yerine çağrılacak kişiye, aramaya başlamadan önce aramanın amacı hakkında bilgi verilir.</w:t>
      </w:r>
    </w:p>
    <w:p>
      <w:pPr>
        <w:spacing w:after="80"/>
        <w:ind w:firstLine="454"/>
        <w:jc w:val="both"/>
      </w:pPr>
      <w:r>
        <w:t>(3) Kişinin avukatının aramada hazır bulunmasına engel olunamaz.</w:t>
      </w:r>
    </w:p>
    <w:p>
      <w:pPr>
        <w:keepNext/>
        <w:spacing w:before="200" w:after="40"/>
      </w:pPr>
      <w:r>
        <w:rPr>
          <w:b/>
        </w:rPr>
        <w:t>Arama sonunda verilecek belge</w:t>
      </w:r>
    </w:p>
    <w:p>
      <w:pPr>
        <w:spacing w:after="80"/>
        <w:ind w:firstLine="454"/>
        <w:jc w:val="both"/>
      </w:pPr>
      <w:r>
        <w:rPr>
          <w:b/>
        </w:rPr>
        <w:t xml:space="preserve">MADDE 121 – </w:t>
      </w:r>
      <w:r>
        <w:t>(1) Aramanın sonunda hakkında arama işlemi uygulanan kimseye istemi üzerine aramanın 116 ve 117 nci maddelere göre yapıldığını ve 116 ncı maddede gösterilen durumda soruşturma veya kovuşturma konusu fiilin niteliğini belirten bir belge ve istemi üzerine elkonulan veya koruma altına alınan eşyanın listesini içeren bir defter ve eğer şüpheyi haklı kılan bir şey elde edilmemiş ise bunu belirten bir belge verilir.</w:t>
      </w:r>
    </w:p>
    <w:p>
      <w:pPr>
        <w:spacing w:after="80"/>
        <w:ind w:firstLine="454"/>
        <w:jc w:val="both"/>
      </w:pPr>
      <w:r>
        <w:t>(2) Birinci fıkrada belirtilen belgelerde, hakkında arama işlemi uygulanan kimsenin, elkonulan eşyanın mülkiyetine ilişkin görüş ve iddialarına da yer verilir.</w:t>
      </w:r>
    </w:p>
    <w:p>
      <w:pPr>
        <w:spacing w:after="80"/>
        <w:ind w:firstLine="454"/>
        <w:jc w:val="both"/>
      </w:pPr>
      <w:r>
        <w:t>(3) Koruma altına alınan veya elkonulan eşyanın tam bir defteri yapılır ve bu eşya resmî mühürle mühürlenir veya bir işaret konulur.</w:t>
      </w:r>
    </w:p>
    <w:p>
      <w:pPr>
        <w:keepNext/>
        <w:spacing w:before="200" w:after="40"/>
      </w:pPr>
      <w:r>
        <w:rPr>
          <w:b/>
        </w:rPr>
        <w:t>Belge veya kâğıtları inceleme yetkisi</w:t>
      </w:r>
    </w:p>
    <w:p>
      <w:pPr>
        <w:spacing w:after="80"/>
        <w:ind w:firstLine="454"/>
        <w:jc w:val="both"/>
      </w:pPr>
      <w:r>
        <w:rPr>
          <w:b/>
        </w:rPr>
        <w:t xml:space="preserve">MADDE 122 – </w:t>
      </w:r>
      <w:r>
        <w:t>(1) Hakkında arama işlemi uygulanan kimsenin belge veya kâğıtlarını inceleme yetkisi, Cumhuriyet savcısı ve hâkime aittir.</w:t>
      </w:r>
    </w:p>
    <w:p>
      <w:pPr>
        <w:spacing w:after="80"/>
        <w:ind w:firstLine="454"/>
        <w:jc w:val="both"/>
      </w:pPr>
      <w:r>
        <w:t>(2) Belge ve kâğıtların zilyedi veya temsilcisi kendi mührünü de koyabilir veya imzasını atabilir. İleride mührün kaldırılmasına ve kâğıtların incelenmesine karar verildiğinde bu işlemin yapılmasında hazır bulunmak üzere, zilyedi veya temsilcisi ya da müdafii veya vekili çağrılır; çağrıya uyulmadığında gerekli işlem yapılır.</w:t>
      </w:r>
    </w:p>
    <w:p>
      <w:pPr>
        <w:spacing w:after="80"/>
        <w:ind w:firstLine="454"/>
        <w:jc w:val="both"/>
      </w:pPr>
      <w:r>
        <w:t>(3) İnceleme sonucu soruşturma veya kovuşturma konusu suça ilişkin olmadığı anlaşılan belge veya kâğıtlar ilgilisine geri verilir.</w:t>
      </w:r>
    </w:p>
    <w:p>
      <w:pPr>
        <w:keepNext/>
        <w:spacing w:before="200" w:after="40"/>
      </w:pPr>
      <w:r>
        <w:rPr>
          <w:b/>
        </w:rPr>
        <w:t>Eşya veya kazancın muhafaza altına alınması ve bunlara elkonulması</w:t>
      </w:r>
    </w:p>
    <w:p>
      <w:pPr>
        <w:spacing w:after="80"/>
        <w:ind w:firstLine="454"/>
        <w:jc w:val="both"/>
      </w:pPr>
      <w:r>
        <w:rPr>
          <w:b/>
        </w:rPr>
        <w:t xml:space="preserve">MADDE 123 – </w:t>
      </w:r>
      <w:r>
        <w:t>(1) İspat aracı olarak yararlı görülen ya da eşya veya kazanç müsaderesinin konusunu oluşturan malvarlığı değerleri, muhafaza altına alınır.</w:t>
      </w:r>
    </w:p>
    <w:p>
      <w:pPr>
        <w:spacing w:after="80"/>
        <w:ind w:firstLine="454"/>
        <w:jc w:val="both"/>
      </w:pPr>
      <w:r>
        <w:t>(2) Yanında bulunduran kişinin rızasıyla teslim etmediği bu tür eşyaya elkonulabilir.</w:t>
      </w:r>
    </w:p>
    <w:p>
      <w:pPr>
        <w:spacing w:after="80"/>
        <w:ind w:firstLine="454"/>
        <w:jc w:val="both"/>
      </w:pPr>
      <w:r>
        <w:t xml:space="preserve">(3) </w:t>
      </w:r>
      <w:r>
        <w:rPr>
          <w:color w:val="666666"/>
          <w:sz w:val="17"/>
        </w:rPr>
        <w:t>(Ek:27/12/2020-7262/19 md.)</w:t>
      </w:r>
      <w:r>
        <w:t xml:space="preserve"> Muhafaza altına alınan veya elkonulan eşya ya da malvarlığı değerlerinin kıymeti tespit edilir.</w:t>
      </w:r>
    </w:p>
    <w:p>
      <w:pPr>
        <w:keepNext/>
        <w:spacing w:before="200" w:after="40"/>
      </w:pPr>
      <w:r>
        <w:rPr>
          <w:b/>
        </w:rPr>
        <w:t>İstenen eşyayı vermeyenler hakkında yapılacak işlem</w:t>
      </w:r>
    </w:p>
    <w:p>
      <w:pPr>
        <w:spacing w:after="80"/>
        <w:ind w:firstLine="454"/>
        <w:jc w:val="both"/>
      </w:pPr>
      <w:r>
        <w:rPr>
          <w:b/>
        </w:rPr>
        <w:t xml:space="preserve">MADDE 124 – </w:t>
      </w:r>
      <w:r>
        <w:t>(1) 123 üncü maddede yazılı eşya veya diğer malvarlığı değerlerini yanında bulunduran kişi, istem üzerine bu şeyi göstermek ve teslim etmekle yükümlüdür.</w:t>
      </w:r>
    </w:p>
    <w:p>
      <w:pPr>
        <w:spacing w:after="80"/>
        <w:ind w:firstLine="454"/>
        <w:jc w:val="both"/>
      </w:pPr>
      <w:r>
        <w:t>(2) Kaçınma hâlinde bu şeyin zilyedi hakkında 60 ıncı maddede yer alan disiplin hapsine ilişkin hükümler uygulanır. Ancak, şüpheli veya sanık ya da tanıklıktan çekinebilecekler hakkında bu hüküm uygulanmaz.</w:t>
      </w:r>
    </w:p>
    <w:p>
      <w:pPr>
        <w:keepNext/>
        <w:spacing w:before="200" w:after="40"/>
      </w:pPr>
      <w:r>
        <w:rPr>
          <w:b/>
        </w:rPr>
        <w:t>İçeriği Devlet sırrı niteliğindeki belgelerin mahkemece incelenmesi</w:t>
      </w:r>
    </w:p>
    <w:p>
      <w:pPr>
        <w:spacing w:after="80"/>
        <w:ind w:firstLine="454"/>
        <w:jc w:val="both"/>
      </w:pPr>
      <w:r>
        <w:rPr>
          <w:b/>
        </w:rPr>
        <w:t xml:space="preserve">MADDE 125 – </w:t>
      </w:r>
      <w:r>
        <w:t>(1) Bir suç olgusuna ilişkin bilgileri içeren belgeler, Devlet sırrı olarak mahkemeye karşı gizli tutulamaz.</w:t>
      </w:r>
    </w:p>
    <w:p>
      <w:pPr>
        <w:spacing w:after="80"/>
        <w:ind w:firstLine="454"/>
        <w:jc w:val="both"/>
      </w:pPr>
      <w:r>
        <w:t>(2) Devlet sırrı niteliğindeki bilgileri içeren belgeler, ancak mahkeme hâkimi veya heyeti tarafından incelenebilir. Bu belgelerde yer alan ve sadece yüklenen suçu açıklığa kavuşturabilecek nitelikte olan bilgiler, hâkim veya mahkeme başkanı tarafından tutanağa kaydettirilir.</w:t>
      </w:r>
    </w:p>
    <w:p>
      <w:pPr>
        <w:spacing w:after="80"/>
        <w:ind w:firstLine="454"/>
        <w:jc w:val="both"/>
      </w:pPr>
      <w:r>
        <w:t>(3) Bu madde hükmü, hapis cezasının alt sınırı beş yıl veya daha fazla olan suçlarla ilgili olarak uygulanır.</w:t>
      </w:r>
    </w:p>
    <w:p>
      <w:pPr>
        <w:keepNext/>
        <w:spacing w:before="200" w:after="40"/>
      </w:pPr>
      <w:r>
        <w:rPr>
          <w:b/>
        </w:rPr>
        <w:t>Elkonulamayacak mektuplar, belgeler</w:t>
      </w:r>
    </w:p>
    <w:p>
      <w:pPr>
        <w:spacing w:after="80"/>
        <w:ind w:firstLine="454"/>
        <w:jc w:val="both"/>
      </w:pPr>
      <w:r>
        <w:rPr>
          <w:b/>
        </w:rPr>
        <w:t xml:space="preserve">MADDE 126 – </w:t>
      </w:r>
      <w:r>
        <w:t>(1) Şüpheli veya sanık ile 45 ve 46 ncı maddelere göre tanıklıktan çekinebilecek kimseler arasındaki mektuplara ve belgelere; bu kimselerin nezdinde bulundukça elkonulamaz.</w:t>
      </w:r>
    </w:p>
    <w:p>
      <w:pPr>
        <w:keepNext/>
        <w:spacing w:before="200" w:after="40"/>
      </w:pPr>
      <w:r>
        <w:rPr>
          <w:b/>
        </w:rPr>
        <w:t>Elkoyma kararını verme yetkisi</w:t>
      </w:r>
    </w:p>
    <w:p>
      <w:pPr>
        <w:spacing w:after="80"/>
        <w:ind w:firstLine="454"/>
        <w:jc w:val="both"/>
      </w:pPr>
      <w:r>
        <w:rPr>
          <w:b/>
        </w:rPr>
        <w:t xml:space="preserve">MADDE 127 – </w:t>
      </w:r>
      <w:r>
        <w:t xml:space="preserve">(1) </w:t>
      </w:r>
      <w:r>
        <w:rPr>
          <w:color w:val="666666"/>
          <w:sz w:val="17"/>
        </w:rPr>
        <w:t>(Değişik: 25/5/2005 – 5353/16 md.)</w:t>
      </w:r>
      <w:r>
        <w:t xml:space="preserve"> Hâkim kararı üzerine veya gecikmesinde sakınca bulunan hâllerde Cumhuriyet savcısının, Cumhuriyet savcısına ulaşılamadığı hallerde ise kolluk amirinin yazılı emri ile kolluk görevlileri, elkoyma işlemini gerçekleştirebilir.</w:t>
      </w:r>
    </w:p>
    <w:p>
      <w:pPr>
        <w:spacing w:after="80"/>
        <w:ind w:firstLine="454"/>
        <w:jc w:val="both"/>
      </w:pPr>
      <w:r>
        <w:t>(2) Kolluk görevlisinin açık kimliği, elkoyma işlemine ilişkin tutanağa geçirilir.</w:t>
      </w:r>
    </w:p>
    <w:p>
      <w:pPr>
        <w:spacing w:after="80"/>
        <w:ind w:firstLine="454"/>
        <w:jc w:val="both"/>
      </w:pPr>
      <w:r>
        <w:t xml:space="preserve">(3) </w:t>
      </w:r>
      <w:r>
        <w:rPr>
          <w:color w:val="666666"/>
          <w:sz w:val="17"/>
        </w:rPr>
        <w:t>(Değişik: 25/5/2005 – 5353/16 md.)</w:t>
      </w:r>
      <w:r>
        <w:t xml:space="preserve"> Hâkim kararı olmaksızın yapılan elkoyma işlemi, yirmidört saat içinde görevli hâkimin onayına sunulur. Hâkim, kararını elkoymadan itibaren kırksekiz saat içinde açıklar; aksi hâlde elkoyma kendiliğinden kalkar.</w:t>
      </w:r>
    </w:p>
    <w:p>
      <w:pPr>
        <w:spacing w:after="80"/>
        <w:ind w:firstLine="454"/>
        <w:jc w:val="both"/>
      </w:pPr>
      <w:r>
        <w:t>(4) Zilyedliğinde bulunan eşya veya diğer malvarlığı değerlerine elkonulan kimse, hâkimden her zaman bu konuda bir karar verilmesini isteyebilir.</w:t>
      </w:r>
    </w:p>
    <w:p>
      <w:pPr>
        <w:spacing w:after="80"/>
        <w:ind w:firstLine="454"/>
        <w:jc w:val="both"/>
      </w:pPr>
      <w:r>
        <w:t>(5) Elkoyma işlemi, suçtan zarar gören mağdura gecikmeksizin bildirilir.</w:t>
      </w:r>
    </w:p>
    <w:p>
      <w:pPr>
        <w:spacing w:after="80"/>
        <w:ind w:firstLine="454"/>
        <w:jc w:val="both"/>
      </w:pPr>
      <w:r>
        <w:t xml:space="preserve">(6) </w:t>
      </w:r>
      <w:r>
        <w:rPr>
          <w:color w:val="666666"/>
          <w:sz w:val="17"/>
        </w:rPr>
        <w:t>(Değişik: 25/7/2018-7145/15 md.)</w:t>
      </w:r>
      <w:r>
        <w:t xml:space="preserve"> Askerî mahallerde yapılacak elkoyma işlemi, Cumhuriyet savcısının nezaretinde askerî makamların katılımıyla adlî kolluk görevlileri tarafından yerine getirilir. Gecikmesinde sakınca bulunan hâllerde Cumhuriyet savcısının yazılı emriyle de askerî makamların katılımıyla adlî kolluk görevlileri tarafından elkoyma işlemi yapılabilir.</w:t>
      </w:r>
    </w:p>
    <w:p>
      <w:pPr>
        <w:keepNext/>
        <w:spacing w:before="200" w:after="40"/>
      </w:pPr>
      <w:r>
        <w:rPr>
          <w:b/>
        </w:rPr>
        <w:t>Taşınmazlara, hak ve alacaklara elkoyma</w:t>
      </w:r>
    </w:p>
    <w:p>
      <w:pPr>
        <w:spacing w:after="80"/>
        <w:ind w:firstLine="454"/>
        <w:jc w:val="both"/>
      </w:pPr>
      <w:r>
        <w:rPr>
          <w:b/>
        </w:rPr>
        <w:t xml:space="preserve">MADDE 128 – </w:t>
      </w:r>
      <w:r>
        <w:t>(1) Soruşturma veya kovuşturma konusu suçun işlendiğine ve bu suçlardan elde edildiğine dair somut delillere dayanan kuvvetli şüphe sebebi bulunan hallerde, şüpheli veya sanığa ait;</w:t>
      </w:r>
    </w:p>
    <w:p>
      <w:pPr>
        <w:spacing w:after="80"/>
        <w:ind w:firstLine="454"/>
        <w:jc w:val="both"/>
      </w:pPr>
      <w:r>
        <w:t>a) Taşınmazlara,</w:t>
      </w:r>
    </w:p>
    <w:p>
      <w:pPr>
        <w:spacing w:after="80"/>
        <w:ind w:firstLine="454"/>
        <w:jc w:val="both"/>
      </w:pPr>
      <w:r>
        <w:t>b) Kara, deniz veya hava ulaşım araçlarına,</w:t>
      </w:r>
    </w:p>
    <w:p>
      <w:pPr>
        <w:spacing w:after="80"/>
        <w:ind w:firstLine="454"/>
        <w:jc w:val="both"/>
      </w:pPr>
      <w:r>
        <w:t>c) Banka veya diğer malî kurumlardaki her türlü hesaba,</w:t>
      </w:r>
    </w:p>
    <w:p>
      <w:pPr>
        <w:spacing w:after="80"/>
        <w:ind w:firstLine="454"/>
        <w:jc w:val="both"/>
      </w:pPr>
      <w:r>
        <w:t>d) Gerçek veya tüzel kişiler nezdindeki her türlü hak ve alacaklara,</w:t>
      </w:r>
    </w:p>
    <w:p>
      <w:pPr>
        <w:spacing w:after="80"/>
        <w:ind w:firstLine="454"/>
        <w:jc w:val="both"/>
      </w:pPr>
      <w:r>
        <w:t>e) Kıymetli evraka,</w:t>
      </w:r>
    </w:p>
    <w:p>
      <w:pPr>
        <w:spacing w:after="80"/>
        <w:ind w:firstLine="454"/>
        <w:jc w:val="both"/>
      </w:pPr>
      <w:r>
        <w:t>f) Ortağı bulunduğu şirketteki ortaklık paylarına,</w:t>
      </w:r>
    </w:p>
    <w:p>
      <w:pPr>
        <w:spacing w:after="80"/>
        <w:ind w:firstLine="454"/>
        <w:jc w:val="both"/>
      </w:pPr>
      <w:r>
        <w:t>g) Kiralık kasa mevcutlarına,</w:t>
      </w:r>
    </w:p>
    <w:p>
      <w:pPr>
        <w:spacing w:after="80"/>
        <w:ind w:firstLine="454"/>
        <w:jc w:val="both"/>
      </w:pPr>
      <w:r>
        <w:t>h) Diğer malvarlığı değerlerine,</w:t>
      </w:r>
    </w:p>
    <w:p>
      <w:pPr>
        <w:spacing w:after="80"/>
        <w:ind w:firstLine="454"/>
        <w:jc w:val="both"/>
      </w:pPr>
      <w:r>
        <w:t xml:space="preserve">Elkonulabilir. Somut olarak belirlenen Bu taşınmaz, hak, alacak ve diğer malvarlığı değerlerinin şüpheli veya sanıktan başka bir kişinin zilyetliğinde bulunması halinde dahi, elkoyma işlemi yapılabilir. </w:t>
      </w:r>
      <w:r>
        <w:rPr>
          <w:color w:val="666666"/>
          <w:sz w:val="17"/>
        </w:rPr>
        <w:t>(Ek cümle: 21/2/2014 – 6526/10 md.)</w:t>
      </w:r>
      <w:r>
        <w:t xml:space="preserve"> Bu madde kapsamında elkoyma kararı alınabilmesi için ilgisine göre Bankacılık Düzenleme ve Denetleme Kurumu, Sermaye Piyasası Kurulu, Mali Suçları Araştırma Kurulu, Hazine Müsteşarlığı ve Kamu Gözetimi, Muhasebe ve Denetim Standartları Kurumundan, suçtan elde edilen değere ilişkin rapor alınır. Bu rapor en geç üç ay içinde hazırlanır. Özel sebepler zorunlu kıldığında bu süre talep üzerine iki ay daha uzatılabilir.</w:t>
      </w:r>
    </w:p>
    <w:p>
      <w:pPr>
        <w:spacing w:after="80"/>
        <w:ind w:firstLine="454"/>
        <w:jc w:val="both"/>
      </w:pPr>
      <w:r>
        <w:t>(2) Birinci fıkra hükmü;</w:t>
      </w:r>
    </w:p>
    <w:p>
      <w:pPr>
        <w:spacing w:after="80"/>
        <w:ind w:firstLine="454"/>
        <w:jc w:val="both"/>
      </w:pPr>
      <w:r>
        <w:t>a) Türk Ceza Kanununda tanımlanan;</w:t>
      </w:r>
    </w:p>
    <w:p>
      <w:pPr>
        <w:spacing w:after="80"/>
        <w:ind w:firstLine="454"/>
        <w:jc w:val="both"/>
      </w:pPr>
      <w:r>
        <w:t>1. Soykırım ve insanlığa karşı suçlar (madde 76, 77, 78),</w:t>
      </w:r>
    </w:p>
    <w:p>
      <w:pPr>
        <w:spacing w:after="80"/>
        <w:ind w:firstLine="454"/>
        <w:jc w:val="both"/>
      </w:pPr>
      <w:r>
        <w:t>2. Göçmen kaçakçılığı ve insan ticareti (madde 79, 80) ile organ veya doku ticareti (madde 91),</w:t>
      </w:r>
    </w:p>
    <w:p>
      <w:pPr>
        <w:spacing w:after="80"/>
        <w:ind w:firstLine="454"/>
        <w:jc w:val="both"/>
      </w:pPr>
      <w:r>
        <w:t>3. Hırsızlık (madde 141, 142),</w:t>
      </w:r>
    </w:p>
    <w:p>
      <w:pPr>
        <w:spacing w:after="80"/>
        <w:ind w:firstLine="454"/>
        <w:jc w:val="both"/>
      </w:pPr>
      <w:r>
        <w:t>4. Yağma (madde 148, 149),</w:t>
      </w:r>
    </w:p>
    <w:p>
      <w:pPr>
        <w:spacing w:after="80"/>
        <w:ind w:firstLine="454"/>
        <w:jc w:val="both"/>
      </w:pPr>
      <w:r>
        <w:t>5. Güveni kötüye kullanma (madde 155),</w:t>
      </w:r>
    </w:p>
    <w:p>
      <w:pPr>
        <w:spacing w:after="80"/>
        <w:ind w:firstLine="454"/>
        <w:jc w:val="both"/>
      </w:pPr>
      <w:r>
        <w:t>6. Dolandırıcılık (madde 157, 158),</w:t>
      </w:r>
    </w:p>
    <w:p>
      <w:pPr>
        <w:spacing w:after="80"/>
        <w:ind w:firstLine="454"/>
        <w:jc w:val="both"/>
      </w:pPr>
      <w:r>
        <w:t>7. Hileli iflas (madde 161),</w:t>
      </w:r>
    </w:p>
    <w:p>
      <w:pPr>
        <w:spacing w:after="80"/>
        <w:ind w:firstLine="454"/>
        <w:jc w:val="both"/>
      </w:pPr>
      <w:r>
        <w:t>8. Uyuşturucu veya uyarıcı madde imal ve ticareti (madde 188),</w:t>
      </w:r>
    </w:p>
    <w:p>
      <w:pPr>
        <w:spacing w:after="80"/>
        <w:ind w:firstLine="454"/>
        <w:jc w:val="both"/>
      </w:pPr>
      <w:r>
        <w:t>9. Parada sahtecilik (madde 197),</w:t>
      </w:r>
    </w:p>
    <w:p>
      <w:pPr>
        <w:spacing w:after="80"/>
        <w:ind w:firstLine="454"/>
        <w:jc w:val="both"/>
      </w:pPr>
      <w:r>
        <w:t xml:space="preserve">10. </w:t>
      </w:r>
      <w:r>
        <w:rPr>
          <w:color w:val="666666"/>
          <w:sz w:val="17"/>
        </w:rPr>
        <w:t>(Mülga: 21/2/2014 – 6526/10 md.; Yeniden düzenleme: 24/11/2016-6763/25 md.)</w:t>
      </w:r>
      <w:r>
        <w:t xml:space="preserve"> Suç işlemek amacıyla örgüt kurma (madde 220, fıkra üç),</w:t>
      </w:r>
    </w:p>
    <w:p>
      <w:pPr>
        <w:spacing w:after="80"/>
        <w:ind w:firstLine="454"/>
        <w:jc w:val="both"/>
      </w:pPr>
      <w:r>
        <w:t>11. İhaleye fesat karıştırma (madde 235),</w:t>
      </w:r>
    </w:p>
    <w:p>
      <w:pPr>
        <w:spacing w:after="80"/>
        <w:ind w:firstLine="454"/>
        <w:jc w:val="both"/>
      </w:pPr>
      <w:r>
        <w:t>12. Edimin ifasına fesat karıştırma (madde 236),</w:t>
      </w:r>
    </w:p>
    <w:p>
      <w:pPr>
        <w:spacing w:after="80"/>
        <w:ind w:firstLine="454"/>
        <w:jc w:val="both"/>
      </w:pPr>
      <w:r>
        <w:t xml:space="preserve">13. </w:t>
      </w:r>
      <w:r>
        <w:rPr>
          <w:color w:val="666666"/>
          <w:sz w:val="17"/>
        </w:rPr>
        <w:t>(Ek: 24/11/2016-6763/25 md.)</w:t>
      </w:r>
      <w:r>
        <w:t xml:space="preserve"> Tefecilik (madde 241),</w:t>
      </w:r>
    </w:p>
    <w:p>
      <w:pPr>
        <w:spacing w:after="80"/>
        <w:ind w:firstLine="454"/>
        <w:jc w:val="both"/>
      </w:pPr>
      <w:r>
        <w:t>14. Zimmet (madde 247),</w:t>
      </w:r>
    </w:p>
    <w:p>
      <w:pPr>
        <w:spacing w:after="80"/>
        <w:ind w:firstLine="454"/>
        <w:jc w:val="both"/>
      </w:pPr>
      <w:r>
        <w:t>15. İrtikap (madde 250)</w:t>
      </w:r>
    </w:p>
    <w:p>
      <w:pPr>
        <w:spacing w:after="80"/>
        <w:ind w:firstLine="454"/>
        <w:jc w:val="both"/>
      </w:pPr>
      <w:r>
        <w:t>16. Rüşvet (madde 252),</w:t>
      </w:r>
    </w:p>
    <w:p>
      <w:pPr>
        <w:spacing w:after="80"/>
        <w:ind w:firstLine="454"/>
        <w:jc w:val="both"/>
      </w:pPr>
      <w:r>
        <w:t>17. Devletin Güvenliğine Karşı Suçlar (madde 302, 303, 304, 305, 306, 307, 308),</w:t>
      </w:r>
    </w:p>
    <w:p>
      <w:pPr>
        <w:spacing w:after="80"/>
        <w:ind w:firstLine="454"/>
        <w:jc w:val="both"/>
      </w:pPr>
      <w:r>
        <w:t xml:space="preserve">18. </w:t>
      </w:r>
      <w:r>
        <w:rPr>
          <w:color w:val="666666"/>
          <w:sz w:val="17"/>
        </w:rPr>
        <w:t>(Değişik: 2/12/2014-6572/41 md.)</w:t>
      </w:r>
      <w:r>
        <w:t xml:space="preserve"> Anayasal Düzene ve Bu Düzenin İşleyişine Karşı Suçlar (madde 309, 311, 312, 313, 314, 315, 316),</w:t>
      </w:r>
    </w:p>
    <w:p>
      <w:pPr>
        <w:spacing w:after="80"/>
        <w:ind w:firstLine="454"/>
        <w:jc w:val="both"/>
      </w:pPr>
      <w:r>
        <w:t>19. Devlet Sırlarına Karşı Suçlar ve Casusluk (madde 328, 329, 330, 331, 333, 334, 335, 336, 337) suçları.</w:t>
      </w:r>
    </w:p>
    <w:p>
      <w:pPr>
        <w:spacing w:after="80"/>
        <w:ind w:firstLine="454"/>
        <w:jc w:val="both"/>
      </w:pPr>
      <w:r>
        <w:t>b) Ateşli Silahlar ve Bıçaklar ile Diğer Aletler Hakkında Kanunda tanımlanan silah kaçakçılığı (madde 12) suçları,</w:t>
      </w:r>
    </w:p>
    <w:p>
      <w:pPr>
        <w:spacing w:after="80"/>
        <w:ind w:firstLine="454"/>
        <w:jc w:val="both"/>
      </w:pPr>
      <w:r>
        <w:t>c) Bankalar Kanununun 22 nci maddesinin (3) ve (4) numaralı fıkralarında tanımlanan zimmet suçu,</w:t>
      </w:r>
    </w:p>
    <w:p>
      <w:pPr>
        <w:spacing w:after="80"/>
        <w:ind w:firstLine="454"/>
        <w:jc w:val="both"/>
      </w:pPr>
      <w:r>
        <w:t>d) Kaçakçılıkla Mücadele Kanununda tanımlanan ve hapis cezasını gerektiren suçlar,</w:t>
      </w:r>
    </w:p>
    <w:p>
      <w:pPr>
        <w:spacing w:after="80"/>
        <w:ind w:firstLine="454"/>
        <w:jc w:val="both"/>
      </w:pPr>
      <w:r>
        <w:t>e) Kültür ve Tabiat Varlıklarını Koruma Kanununun 68 ve 74 üncü maddelerinde tanımlanan suçlar,</w:t>
      </w:r>
    </w:p>
    <w:p>
      <w:pPr>
        <w:spacing w:after="80"/>
        <w:ind w:firstLine="454"/>
        <w:jc w:val="both"/>
      </w:pPr>
      <w:r>
        <w:t>Hakkında uygulanır.</w:t>
      </w:r>
    </w:p>
    <w:p>
      <w:pPr>
        <w:spacing w:after="80"/>
        <w:ind w:firstLine="454"/>
        <w:jc w:val="both"/>
      </w:pPr>
      <w:r>
        <w:t>(3) Taşınmaza elkonulması kararı, tapu kütüğüne şerh verilmek suretiyle icra edilir.</w:t>
      </w:r>
    </w:p>
    <w:p>
      <w:pPr>
        <w:spacing w:after="80"/>
        <w:ind w:firstLine="454"/>
        <w:jc w:val="both"/>
      </w:pPr>
      <w:r>
        <w:t>(4) Kara, deniz ve hava ulaşım araçları hakkında verilen elkoyma kararı, bu araçların kayıtlı bulunduğu sicile şerh verilmek suretiyle icra olunur.</w:t>
      </w:r>
    </w:p>
    <w:p>
      <w:pPr>
        <w:spacing w:after="80"/>
        <w:ind w:firstLine="454"/>
        <w:jc w:val="both"/>
      </w:pPr>
      <w:r>
        <w:t>(5) Banka veya diğer malî kurumlardaki her türlü hesaba elkonulması kararı, teknik iletişim araçlarıyla ilgili banka veya malî kuruma derhâl bildirilerek icra olunur. Söz konusu karar, ilgili banka veya malî kuruma ayrıca tebliğ edilir. Elkoyma kararı alındıktan sonra, hesaplar üzerinde yapılan bu kararı etkisiz kılmaya yönelik işlemler geçersizdir.</w:t>
      </w:r>
    </w:p>
    <w:p>
      <w:pPr>
        <w:spacing w:after="80"/>
        <w:ind w:firstLine="454"/>
        <w:jc w:val="both"/>
      </w:pPr>
      <w:r>
        <w:t>(6) Şirketteki ortaklık paylarına elkoyma kararı, ilgili şirket yönetimine ve şirketin kayıtlı bulunduğu ticaret sicili müdürlüğüne teknik iletişim araçlarıyla derhâl bildirilerek icra olunur. Söz konusu karar, ilgili şirkete ve ticaret sicili müdürlüğüne ayrıca tebliğ edilir.</w:t>
      </w:r>
    </w:p>
    <w:p>
      <w:pPr>
        <w:spacing w:after="80"/>
        <w:ind w:firstLine="454"/>
        <w:jc w:val="both"/>
      </w:pPr>
      <w:r>
        <w:t>(7) Hak ve alacaklara elkoyma kararı, ilgili gerçek veya tüzel kişiye teknik iletişim araçlarıyla derhâl bildirilerek icra olunur. Söz konusu karar, ilgili gerçek veya tüzel kişiye ayrıca tebliğ edilir.</w:t>
      </w:r>
    </w:p>
    <w:p>
      <w:pPr>
        <w:spacing w:after="80"/>
        <w:ind w:firstLine="454"/>
        <w:jc w:val="both"/>
      </w:pPr>
      <w:r>
        <w:t>(8) Bu madde hükmüne göre alınan elkoyma kararının gereklerine aykırı hareket edilmesi halinde, Türk Ceza Kanununun "Muhafaza görevini kötüye kullanma" başlıklı 289 uncu maddesi hükümleri uygulanır.</w:t>
      </w:r>
    </w:p>
    <w:p>
      <w:pPr>
        <w:spacing w:after="80"/>
        <w:ind w:firstLine="454"/>
        <w:jc w:val="both"/>
      </w:pPr>
      <w:r>
        <w:t xml:space="preserve">(9) </w:t>
      </w:r>
      <w:r>
        <w:rPr>
          <w:color w:val="666666"/>
          <w:sz w:val="17"/>
        </w:rPr>
        <w:t>(Değişik: 24/11/2016-6763/25 md.)</w:t>
      </w:r>
      <w:r>
        <w:t xml:space="preserve"> Bu madde hükümlerine göre elkoymaya ve onuncu fıkra uyarınca kayyım atanmasına ancak hâkim karar verebilir.</w:t>
      </w:r>
    </w:p>
    <w:p>
      <w:pPr>
        <w:spacing w:after="80"/>
        <w:ind w:firstLine="454"/>
        <w:jc w:val="both"/>
      </w:pPr>
      <w:r>
        <w:t xml:space="preserve">(10) </w:t>
      </w:r>
      <w:r>
        <w:rPr>
          <w:color w:val="666666"/>
          <w:sz w:val="17"/>
        </w:rPr>
        <w:t>(Ek: 15/8/2016-KHK-674/13 md.; Aynen kabul: 10/11/2016-6758/13 md.)</w:t>
      </w:r>
      <w:r>
        <w:t xml:space="preserve"> Bu madde uyarınca elkonulan taşınmaz, hak ve alacakların idaresi gerektiğinde bu malvarlığı değerlerinin yönetimi amacıyla kayyım atanabilir. Bu durumda 133 üncü madde hükümleri kıyasen uygulanır.</w:t>
      </w:r>
    </w:p>
    <w:p>
      <w:pPr>
        <w:keepNext/>
        <w:spacing w:before="200" w:after="40"/>
      </w:pPr>
      <w:r>
        <w:rPr>
          <w:b/>
        </w:rPr>
        <w:t>Bilişim suçlarının işlenmesi suretiyle elde edilen menfaatin bulunduğu hesabın askıya alınması ve elkoyma</w:t>
      </w:r>
    </w:p>
    <w:p>
      <w:pPr>
        <w:spacing w:after="80"/>
        <w:ind w:firstLine="454"/>
        <w:jc w:val="both"/>
      </w:pPr>
      <w:r>
        <w:rPr>
          <w:b/>
        </w:rPr>
        <w:t xml:space="preserve">MADDE 128/A – </w:t>
      </w:r>
      <w:r>
        <w:rPr>
          <w:color w:val="666666"/>
          <w:sz w:val="17"/>
        </w:rPr>
        <w:t>(Ek:24/12/2025-7571/22 md.)</w:t>
      </w:r>
    </w:p>
    <w:p>
      <w:pPr>
        <w:spacing w:after="80"/>
        <w:ind w:firstLine="454"/>
        <w:jc w:val="both"/>
      </w:pPr>
      <w:r>
        <w:t>(1) Türk Ceza Kanununda yer alan;</w:t>
      </w:r>
    </w:p>
    <w:p>
      <w:pPr>
        <w:spacing w:after="80"/>
        <w:ind w:firstLine="454"/>
        <w:jc w:val="both"/>
      </w:pPr>
      <w:r>
        <w:t>a) Nitelikli hırsızlık (madde 142, fıkra iki, bent e),</w:t>
      </w:r>
    </w:p>
    <w:p>
      <w:pPr>
        <w:spacing w:after="80"/>
        <w:ind w:firstLine="454"/>
        <w:jc w:val="both"/>
      </w:pPr>
      <w:r>
        <w:t>b) Nitelikli dolandırıcılık (madde 158, fıkra bir, bent f ve l),</w:t>
      </w:r>
    </w:p>
    <w:p>
      <w:pPr>
        <w:spacing w:after="80"/>
        <w:ind w:firstLine="454"/>
        <w:jc w:val="both"/>
      </w:pPr>
      <w:r>
        <w:t>c) Banka veya kredi kartlarının kötüye kullanılması (madde 245),</w:t>
      </w:r>
    </w:p>
    <w:p>
      <w:pPr>
        <w:spacing w:after="80"/>
        <w:ind w:firstLine="454"/>
        <w:jc w:val="both"/>
      </w:pPr>
      <w:r>
        <w:t>suçlarının işlendiği hususunda makul şüphe bulunması halinde banka, ödeme hizmeti sağlayıcısı veya kripto varlık hizmet sağlayıcısı nezdinde veya bunlar aracılığıyla yapılan ya da yapılmaya teşebbüs edilen işlemlere konu suçta kullanılan her türlü hesabın kırksekiz saate kadar askıya alınmasına ilgili banka, ödeme hizmeti sağlayıcısı veya kripto varlık hizmet sağlayıcısı tarafından karar verilebilir.</w:t>
      </w:r>
    </w:p>
    <w:p>
      <w:pPr>
        <w:spacing w:after="80"/>
        <w:ind w:firstLine="454"/>
        <w:jc w:val="both"/>
      </w:pPr>
      <w:r>
        <w:t>(2) Askıya alma işlemi ve hesap hareketleri, ilgili malî kurum tarafından tüm bilgi ve belgelerle birlikte derhal Cumhuriyet başsavcılığına bildirilir. Askıya alma işlemi ayrıca hesap sahibine de bildirilir. Hesap sahibi, askıya alma işleminin kaldırılması için Cumhuriyet başsavcılığına başvurabilir. Cumhuriyet savcısı, başvuru hakkında yirmidört saat içinde karar verir.</w:t>
      </w:r>
    </w:p>
    <w:p>
      <w:pPr>
        <w:spacing w:after="80"/>
        <w:ind w:firstLine="454"/>
        <w:jc w:val="both"/>
      </w:pPr>
      <w:r>
        <w:t>(3) Askıya alma işlemi tamamlanmadan suça konu menfaatin başka bir malî kuruma transfer edildiğinin tespit edilmesi halinde bu durum, askıya alma işleminin yapılabilmesi için banka, ödeme hizmeti sağlayıcısı veya kripto varlık hizmet sağlayıcısı tarafından ilgili malî kuruma gecikmeksizin bildirilir.</w:t>
      </w:r>
    </w:p>
    <w:p>
      <w:pPr>
        <w:spacing w:after="80"/>
        <w:ind w:firstLine="454"/>
        <w:jc w:val="both"/>
      </w:pPr>
      <w:r>
        <w:t>(4) Birinci fıkra uyarınca malî kurum tarafından askıya alınan veya Cumhuriyet savcısının yazılı emri üzerine askıya alınan hesapta bulunan suça konu menfaate hâkim kararı üzerine veya gecikmesinde sakınca bulunan hallerde Cumhuriyet savcısının yazılı emriyle askıya alma süresi içinde elkonulabilir. Hâkim kararı olmaksızın yapılan elkoyma işlemi yirmidört saat içinde görevli hâkimin onayına sunulur. Hâkim, kararını elkoymadan itibaren kırksekiz saat içinde açıklar; aksi halde elkoyma kendiliğinden kalkar. Bu madde hükümlerine göre elkoyma işlemi yapılabilmesi bakımından 128 inci maddede belirtilen rapor alma şartı aranmaz.</w:t>
      </w:r>
    </w:p>
    <w:p>
      <w:pPr>
        <w:spacing w:after="80"/>
        <w:ind w:firstLine="454"/>
        <w:jc w:val="both"/>
      </w:pPr>
      <w:r>
        <w:t>(5) Elkonulan suça konu menfaat, suçtan zarar gören mağdura ait olduğunun anlaşılması halinde soruşturma veya kovuşturma evresinde sahibine iade edilir.</w:t>
      </w:r>
    </w:p>
    <w:p>
      <w:pPr>
        <w:spacing w:after="80"/>
        <w:ind w:firstLine="454"/>
        <w:jc w:val="both"/>
      </w:pPr>
      <w:r>
        <w:t>(6) Bu madde uyarınca askıya alma işlemine karar veren gerçek ve tüzel kişiler, hukukî bakımdan sorumlu tutulmaz.</w:t>
      </w:r>
    </w:p>
    <w:p>
      <w:pPr>
        <w:spacing w:after="80"/>
        <w:ind w:firstLine="454"/>
        <w:jc w:val="both"/>
      </w:pPr>
      <w:r>
        <w:t>(7) Yürütülen bir soruşturma veya kovuşturma kapsamında Cumhuriyet savcısı, hâkim veya mahkeme tarafından banka, ödeme hizmeti sağlayıcısı veya kripto varlık hizmet sağlayıcısından istenen bilgi veya belgenin on gün içinde fiziki veya elektronik ortamda gönderilmesi zorunludur. İstenen bilgi veya belgenin gönderilmemesi ya da eksik gönderilmesi halinde Cumhuriyet savcısı tarafından ilgili banka, ödeme hizmeti sağlayıcısı veya kripto varlık hizmet sağlayıcısına elli bin Türk Lirasından üç yüz bin Türk Lirasına kadar idarî para cezası verilir.</w:t>
      </w:r>
    </w:p>
    <w:p>
      <w:pPr>
        <w:keepNext/>
        <w:spacing w:before="200" w:after="40"/>
      </w:pPr>
      <w:r>
        <w:rPr>
          <w:b/>
        </w:rPr>
        <w:t>Postada elkoyma</w:t>
      </w:r>
    </w:p>
    <w:p>
      <w:pPr>
        <w:spacing w:after="80"/>
        <w:ind w:firstLine="454"/>
        <w:jc w:val="both"/>
      </w:pPr>
      <w:r>
        <w:rPr>
          <w:b/>
        </w:rPr>
        <w:t xml:space="preserve">MADDE 129 – </w:t>
      </w:r>
      <w:r>
        <w:t>(1) Suçun delillerini oluşturduğundan şüphe edilen ve gerçeğin ortaya çıkarılması için soruşturma ve kovuşturmada adliyenin eli altında olması zorunlu sayılıp, posta hizmeti veren her türlü resmî veya özel kuruluşta bulunan gönderilere, hâkimin veya gecikmesinde sakınca bulunan hâllerde Cumhuriyet savcısının kararı ile elkonulabilir.</w:t>
      </w:r>
    </w:p>
    <w:p>
      <w:pPr>
        <w:spacing w:after="80"/>
        <w:ind w:firstLine="454"/>
        <w:jc w:val="both"/>
      </w:pPr>
      <w:r>
        <w:t>(2) Hâkim kararının veya Cumhuriyet savcısının emrinin kendilerine bildirilmesi üzerine elkoyma işlemini yerine getiren kolluk memurları, birinci fıkrada belirtilen gönderilerin içinde bulunduğu zarfları veya paketleri açamazlar. Elkonulan gönderiler, ilgili posta görevlilerinin huzuru ile mühür altına alınıp derhâl elkoyma kararını veya emrini veren hâkim veya Cumhuriyet savcısına teslim edilir.</w:t>
      </w:r>
    </w:p>
    <w:p>
      <w:pPr>
        <w:spacing w:after="80"/>
        <w:ind w:firstLine="454"/>
        <w:jc w:val="both"/>
      </w:pPr>
      <w:r>
        <w:t xml:space="preserve">(3) </w:t>
      </w:r>
      <w:r>
        <w:rPr>
          <w:color w:val="666666"/>
          <w:sz w:val="17"/>
        </w:rPr>
        <w:t>(Ek:20/11/2017-KHK-696/94 md.; Aynen kabul: 1/2/2018-7079/89 md.)</w:t>
      </w:r>
      <w:r>
        <w:t xml:space="preserve"> Elkoyma kararı veya emrinin aşağıda sayılan suçlarla ilgili olarak verilmesi halinde gönderilerin bulunduğu zarf veya paketler Cumhuriyet savcısının talimatıyla kolluk memurları tarafından açılabilir.</w:t>
      </w:r>
    </w:p>
    <w:p>
      <w:pPr>
        <w:spacing w:after="80"/>
        <w:ind w:firstLine="454"/>
        <w:jc w:val="both"/>
      </w:pPr>
      <w:r>
        <w:t>a) 5237 sayılı Türk Ceza Kanununda yer alan;</w:t>
      </w:r>
    </w:p>
    <w:p>
      <w:pPr>
        <w:spacing w:after="80"/>
        <w:ind w:firstLine="454"/>
        <w:jc w:val="both"/>
      </w:pPr>
      <w:r>
        <w:t>1. Tehlikeli maddelerin izinsiz olarak bulundurulması veya el değiştirmesi (madde 174),</w:t>
      </w:r>
    </w:p>
    <w:p>
      <w:pPr>
        <w:spacing w:after="80"/>
        <w:ind w:firstLine="454"/>
        <w:jc w:val="both"/>
      </w:pPr>
      <w:r>
        <w:t>2. Uyuşturucu veya uyarıcı madde imal ve ticareti (madde 188),</w:t>
      </w:r>
    </w:p>
    <w:p>
      <w:pPr>
        <w:spacing w:after="80"/>
        <w:ind w:firstLine="454"/>
        <w:jc w:val="both"/>
      </w:pPr>
      <w:r>
        <w:t>suçları.</w:t>
      </w:r>
    </w:p>
    <w:p>
      <w:pPr>
        <w:spacing w:after="80"/>
        <w:ind w:firstLine="454"/>
        <w:jc w:val="both"/>
      </w:pPr>
      <w:r>
        <w:t>b) 10/7/1953 tarihli ve 6136 sayılı Ateşli Silahlar ve Bıçaklar ile Diğer Aletler Hakkında Kanunun 12 nci ve 13 üncü maddelerinde tanımlanan suçlar.</w:t>
      </w:r>
    </w:p>
    <w:p>
      <w:pPr>
        <w:spacing w:after="80"/>
        <w:ind w:firstLine="454"/>
        <w:jc w:val="both"/>
      </w:pPr>
      <w:r>
        <w:t>c) 21/7/1983 tarihli ve 2863 sayılı Kültür ve Tabiat Varlıklarını Koruma Kanununun 67 nci ve 68 inci maddelerinde tanımlanan suçlar.</w:t>
      </w:r>
    </w:p>
    <w:p>
      <w:pPr>
        <w:spacing w:after="80"/>
        <w:ind w:firstLine="454"/>
        <w:jc w:val="both"/>
      </w:pPr>
      <w:r>
        <w:t>(4) Soruşturma ve kovuşturmanın amacına zarar vermek olasılığı bulunmadıkça, alınmış tedbirler ilgililere bildirilir.</w:t>
      </w:r>
    </w:p>
    <w:p>
      <w:pPr>
        <w:spacing w:after="80"/>
        <w:ind w:firstLine="454"/>
        <w:jc w:val="both"/>
      </w:pPr>
      <w:r>
        <w:t>(5) Açılmamasına veya açılıp da içeriği bakımından adliyenin eli altında tutulmasına gerek bulunmadığına karar verilen gönderiler, hemen ilgililerine teslim olunur.</w:t>
      </w:r>
    </w:p>
    <w:p>
      <w:pPr>
        <w:keepNext/>
        <w:spacing w:before="200" w:after="40"/>
      </w:pPr>
      <w:r>
        <w:rPr>
          <w:b/>
        </w:rPr>
        <w:t>Avukat bürolarında arama, elkoyma ve postada elkoyma</w:t>
      </w:r>
    </w:p>
    <w:p>
      <w:pPr>
        <w:spacing w:after="80"/>
        <w:ind w:firstLine="454"/>
        <w:jc w:val="both"/>
      </w:pPr>
      <w:r>
        <w:rPr>
          <w:b/>
        </w:rPr>
        <w:t xml:space="preserve">MADDE 130 – </w:t>
      </w:r>
      <w:r>
        <w:t>(1) Avukat büroları ancak mahkeme kararı ile ve kararda belirtilen olayla ilgili olarak Cumhuriyet savcısının denetiminde aranabilir. Baro başkanı veya onu temsil eden bir avukat aramada hazır bulundurulur.</w:t>
      </w:r>
    </w:p>
    <w:p>
      <w:pPr>
        <w:spacing w:after="80"/>
        <w:ind w:firstLine="454"/>
        <w:jc w:val="both"/>
      </w:pPr>
      <w:r>
        <w:t>(2) Arama sonucu elkonulmasına karar verilen şeyler bakımından bürosunda arama yapılan avukat, baro başkanı veya onu temsil eden avukat, bunların avukat ile müvekkili arasındaki meslekî ilişkiye ait olduğunu öne sürerek karşı koyduğunda, bu şey ayrı bir zarf veya paket içerisine konularak hazır bulunanlarca mühürlenir ve bu konuda gerekli kararı vermesi, soruşturma evresinde sulh ceza hâkiminden, kovuşturma evresinde hâkim veya mahkemeden istenir. Yetkili hâkim elkonulan şeyin avukatla müvekkili arasındaki meslekî ilişkiye ait olduğunu saptadığında, elkonulan şey derhâl avukata iade edilir ve yapılan işlemi belirten tutanaklar ortadan kaldırılır. Bu fıkrada öngörülen kararlar, yirmidört saat içinde verilir.</w:t>
      </w:r>
    </w:p>
    <w:p>
      <w:pPr>
        <w:spacing w:after="80"/>
        <w:ind w:firstLine="454"/>
        <w:jc w:val="both"/>
      </w:pPr>
      <w:r>
        <w:t>(3) Postada elkoyma durumunda bürosunda arama yapılan avukat veya baro başkanı veya onu temsil eden avukatın karşı koyması üzerine ikinci fıkrada belirtilen usuller uygulanır.</w:t>
      </w:r>
    </w:p>
    <w:p>
      <w:pPr>
        <w:keepNext/>
        <w:spacing w:before="200" w:after="40"/>
      </w:pPr>
      <w:r>
        <w:rPr>
          <w:b/>
        </w:rPr>
        <w:t>Elkonulan eşyanın iadesi</w:t>
      </w:r>
    </w:p>
    <w:p>
      <w:pPr>
        <w:spacing w:after="80"/>
        <w:ind w:firstLine="454"/>
        <w:jc w:val="both"/>
      </w:pPr>
      <w:r>
        <w:rPr>
          <w:b/>
        </w:rPr>
        <w:t xml:space="preserve">MADDE 131 – </w:t>
      </w:r>
      <w:r>
        <w:t>(1) Şüpheliye, sanığa veya üçüncü kişilere ait elkonulmuş eşyanın, soruşturma ve kovuşturma bakımından muhafazasına gerek kalmaması veya müsadereye tabi tutulmayacağının anlaşılması halinde, re'sen veya istem üzerine geri verilmesine Cumhuriyet savcısı, hâkim veya mahkeme tarafından karar verilir. İstemin reddi kararlarına itiraz edilebilir.</w:t>
      </w:r>
    </w:p>
    <w:p>
      <w:pPr>
        <w:spacing w:after="80"/>
        <w:ind w:firstLine="454"/>
        <w:jc w:val="both"/>
      </w:pPr>
      <w:r>
        <w:t>(2) 128 inci madde hükümlerine göre elkonulan eşya veya diğer malvarlığı değerleri, suçtan zarar gören mağdura ait olması ve bunlara delil olarak artık ihtiyaç bulunmaması halinde, sahibine iade edilir.</w:t>
      </w:r>
    </w:p>
    <w:p>
      <w:pPr>
        <w:keepNext/>
        <w:spacing w:before="200" w:after="40"/>
      </w:pPr>
      <w:r>
        <w:rPr>
          <w:b/>
        </w:rPr>
        <w:t>Elkonulan eşyanın muhafazası veya elden çıkarılması</w:t>
      </w:r>
    </w:p>
    <w:p>
      <w:pPr>
        <w:spacing w:after="80"/>
        <w:ind w:firstLine="454"/>
        <w:jc w:val="both"/>
      </w:pPr>
      <w:r>
        <w:rPr>
          <w:b/>
        </w:rPr>
        <w:t xml:space="preserve">MADDE 132 – </w:t>
      </w:r>
      <w:r>
        <w:t>(1) Elkonulan eşya, zarara uğraması veya değerinde esaslı ölçüde kayıp meydana gelme tehlikesinin varlığı halinde, hükmün kesinleşmesinden önce elden çıkarılabilir.</w:t>
      </w:r>
    </w:p>
    <w:p>
      <w:pPr>
        <w:spacing w:after="80"/>
        <w:ind w:firstLine="454"/>
        <w:jc w:val="both"/>
      </w:pPr>
      <w:r>
        <w:t>(2) Elden çıkarma kararı, soruşturma evresinde hâkim, kovuşturma evresinde mahkeme tarafından verilir.</w:t>
      </w:r>
    </w:p>
    <w:p>
      <w:pPr>
        <w:spacing w:after="80"/>
        <w:ind w:firstLine="454"/>
        <w:jc w:val="both"/>
      </w:pPr>
      <w:r>
        <w:t>(3) Karar verilmeden önce eşyanın sahibi olan şüpheli, sanık veya ilgili diğer kişiler dinlenir; elden çıkarma kararı, kendilerine bildirilir.</w:t>
      </w:r>
    </w:p>
    <w:p>
      <w:pPr>
        <w:spacing w:after="80"/>
        <w:ind w:firstLine="454"/>
        <w:jc w:val="both"/>
      </w:pPr>
      <w:r>
        <w:t>(4) Elkonulan eşyanın değerinin muhafazası ve zarar görmemesi için gerekli tedbirler alınır.</w:t>
      </w:r>
    </w:p>
    <w:p>
      <w:pPr>
        <w:spacing w:after="80"/>
        <w:ind w:firstLine="454"/>
        <w:jc w:val="both"/>
      </w:pPr>
      <w:r>
        <w:t>(5) Elkonulan eşya, soruşturma evresinde Cumhuriyet Başsavcılığı, kovuşturma evresinde mahkeme tarafından, bakım ve gözetimiyle ilgili tedbirleri almak ve istendiğinde derhâl iade edilmek koşuluyla, muhafaza edilmek üzere, şüpheliye, sanığa veya diğer bir kişiye teslim edilebilir. Bu bırakma, teminat gösterilmesi koşuluna da bağlanabilir.</w:t>
      </w:r>
    </w:p>
    <w:p>
      <w:pPr>
        <w:spacing w:after="80"/>
        <w:ind w:firstLine="454"/>
        <w:jc w:val="both"/>
      </w:pPr>
      <w:r>
        <w:t>(6) Elkonulan eşya, delil olarak saklanmasına gerek kalmaması halinde, rayiç değerinin derhâl ödenmesi karşılığında, ilgiliye teslim edilebilir. Bu durumda müsadere kararının konusunu, ödenen rayiç değer oluşturur.</w:t>
      </w:r>
    </w:p>
    <w:p>
      <w:pPr>
        <w:keepNext/>
        <w:spacing w:before="200" w:after="40"/>
      </w:pPr>
      <w:r>
        <w:rPr>
          <w:b/>
        </w:rPr>
        <w:t>Şirket yönetimi için kayyım tayini</w:t>
      </w:r>
    </w:p>
    <w:p>
      <w:pPr>
        <w:spacing w:after="80"/>
        <w:ind w:firstLine="454"/>
        <w:jc w:val="both"/>
      </w:pPr>
      <w:r>
        <w:rPr>
          <w:b/>
        </w:rPr>
        <w:t xml:space="preserve">MADDE 133 – </w:t>
      </w:r>
      <w:r>
        <w:t>(1) Suçun bir şirketin faaliyeti çerçevesinde işlenmekte olduğu hususunda kuvvetli şüphe sebeplerinin varlığı ve maddi gerçeğin ortaya çıkarılabilmesi için gerekli olması halinde; soruşturma ve kovuşturma sürecinde, hâkim veya mahkeme, şirket işlerinin yürütülmesiyle ilgili olarak kayyım atayabilir. Atama kararında, yönetim organının karar ve işlemlerinin geçerliliğinin kayyımın onayına bağlı kılındığı veya yönetim organının yetkilerinin ya da yönetim organının yetkileri ile birlikte ortaklık payları veya menkul kıymetler idare yetkilerinin tümüyle kayyıma verildiği açıkça belirtilir. Kayyım tayinine ilişkin karar, ticaret sicili gazetesinde ve diğer uygun vasıtalarla ilan olunur.</w:t>
      </w:r>
    </w:p>
    <w:p>
      <w:pPr>
        <w:spacing w:after="80"/>
        <w:ind w:firstLine="454"/>
        <w:jc w:val="both"/>
      </w:pPr>
      <w:r>
        <w:t>(2) Hâkim veya mahkemenin kayyım hakkında takdir etmiş bulunduğu ücret, şirket bütçesinden karşılanır. Ancak, soruşturma veya kovuşturma konusu suçtan dolayı kovuşturmaya yer olmadığı veya beraat kararının verilmesi halinde; ücret olarak şirket bütçesinden ödenen paranın tamamı, kanunî faiziyle birlikte Devlet Hazinesinden karşılanır.</w:t>
      </w:r>
    </w:p>
    <w:p>
      <w:pPr>
        <w:spacing w:after="80"/>
        <w:ind w:firstLine="454"/>
        <w:jc w:val="both"/>
      </w:pPr>
      <w:r>
        <w:t>(3) İlgililer, atanan kayyımın işlemlerine karşı, görevli mahkemeye 22.11.2001 tarihli ve 4721 sayılı Türk Medeni Kanunu ve 29.6.1956 tarihli ve 6762 sayılı Türk Ticaret Kanunu hükümlerine göre başvurabilirler.</w:t>
      </w:r>
    </w:p>
    <w:p>
      <w:pPr>
        <w:spacing w:after="80"/>
        <w:ind w:firstLine="454"/>
        <w:jc w:val="both"/>
      </w:pPr>
      <w:r>
        <w:t>(4) Bu madde hükümleri ancak aşağıda sayılan suçlarla ilgili olarak uygulanabilir.</w:t>
      </w:r>
    </w:p>
    <w:p>
      <w:pPr>
        <w:spacing w:after="80"/>
        <w:ind w:firstLine="454"/>
        <w:jc w:val="both"/>
      </w:pPr>
      <w:r>
        <w:t>a) Türk Ceza Kanununda yer alan,</w:t>
      </w:r>
    </w:p>
    <w:p>
      <w:pPr>
        <w:spacing w:after="80"/>
        <w:ind w:firstLine="454"/>
        <w:jc w:val="both"/>
      </w:pPr>
      <w:r>
        <w:t>1. Göçmen kaçakçılığı ve insan ticareti (madde 79, 80),</w:t>
      </w:r>
    </w:p>
    <w:p>
      <w:pPr>
        <w:spacing w:after="80"/>
        <w:ind w:firstLine="454"/>
        <w:jc w:val="both"/>
      </w:pPr>
      <w:r>
        <w:t>2. Uyuşturucu veya uyarıcı madde imal ve ticareti (madde 188),</w:t>
      </w:r>
    </w:p>
    <w:p>
      <w:pPr>
        <w:spacing w:after="80"/>
        <w:ind w:firstLine="454"/>
        <w:jc w:val="both"/>
      </w:pPr>
      <w:r>
        <w:t>3. Parada sahtecilik (madde 197),</w:t>
      </w:r>
    </w:p>
    <w:p>
      <w:pPr>
        <w:spacing w:after="80"/>
        <w:ind w:firstLine="454"/>
        <w:jc w:val="both"/>
      </w:pPr>
      <w:r>
        <w:t>4. Fuhuş (madde 227),</w:t>
      </w:r>
    </w:p>
    <w:p>
      <w:pPr>
        <w:spacing w:after="80"/>
        <w:ind w:firstLine="454"/>
        <w:jc w:val="both"/>
      </w:pPr>
      <w:r>
        <w:t>5. Kumar oynanması için yer ve imkân sağlama (madde 228),</w:t>
      </w:r>
    </w:p>
    <w:p>
      <w:pPr>
        <w:spacing w:after="80"/>
        <w:ind w:firstLine="454"/>
        <w:jc w:val="both"/>
      </w:pPr>
      <w:r>
        <w:t>6. Zimmet (madde 247),</w:t>
      </w:r>
    </w:p>
    <w:p>
      <w:pPr>
        <w:spacing w:after="80"/>
        <w:ind w:firstLine="454"/>
        <w:jc w:val="both"/>
      </w:pPr>
      <w:r>
        <w:t>7. Suçtan kaynaklanan malvarlığı değerlerini aklama (madde 282),</w:t>
      </w:r>
    </w:p>
    <w:p>
      <w:pPr>
        <w:spacing w:after="80"/>
        <w:ind w:firstLine="454"/>
        <w:jc w:val="both"/>
      </w:pPr>
      <w:r>
        <w:t>8. Silahlı örgüt (madde 314) veya bu örgütlere silah sağlama (madde 315),</w:t>
      </w:r>
    </w:p>
    <w:p>
      <w:pPr>
        <w:spacing w:after="80"/>
        <w:ind w:firstLine="454"/>
        <w:jc w:val="both"/>
      </w:pPr>
      <w:r>
        <w:t>9. Devlet Sırlarına Karşı Suçlar ve Casusluk (madde 328, 329, 330, 331, 333, 334, 335, 336, 337),</w:t>
      </w:r>
    </w:p>
    <w:p>
      <w:pPr>
        <w:spacing w:after="80"/>
        <w:ind w:firstLine="454"/>
        <w:jc w:val="both"/>
      </w:pPr>
      <w:r>
        <w:t>Suçları,</w:t>
      </w:r>
    </w:p>
    <w:p>
      <w:pPr>
        <w:spacing w:after="80"/>
        <w:ind w:firstLine="454"/>
        <w:jc w:val="both"/>
      </w:pPr>
      <w:r>
        <w:t>b) Ateşli Silahlar ve Bıçaklar İle Diğer Aletler Hakkında Kanunda tanımlanan silah kaçakçılığı (madde 12) suçları,</w:t>
      </w:r>
    </w:p>
    <w:p>
      <w:pPr>
        <w:spacing w:after="80"/>
        <w:ind w:firstLine="454"/>
        <w:jc w:val="both"/>
      </w:pPr>
      <w:r>
        <w:t>c) Bankalar Kanununun 22 nci maddesinin (3) ve (4) numaralı fıkralarında tanımlanan zimmet suçu,</w:t>
      </w:r>
    </w:p>
    <w:p>
      <w:pPr>
        <w:spacing w:after="80"/>
        <w:ind w:firstLine="454"/>
        <w:jc w:val="both"/>
      </w:pPr>
      <w:r>
        <w:t>d) Kaçakçılıkla Mücadele Kanununda tanımlanan ve hapis cezasını gerektiren suçlar,</w:t>
      </w:r>
    </w:p>
    <w:p>
      <w:pPr>
        <w:spacing w:after="80"/>
        <w:ind w:firstLine="454"/>
        <w:jc w:val="both"/>
      </w:pPr>
      <w:r>
        <w:t>e) Kültür ve Tabiat Varlıklarını Koruma Kanununun 68 ve 74 üncü maddelerinde tanımlanan suçlar.</w:t>
      </w:r>
    </w:p>
    <w:p>
      <w:pPr>
        <w:spacing w:after="80"/>
        <w:ind w:firstLine="454"/>
        <w:jc w:val="both"/>
      </w:pPr>
      <w:r>
        <w:t xml:space="preserve">(5) </w:t>
      </w:r>
      <w:r>
        <w:rPr>
          <w:color w:val="666666"/>
          <w:sz w:val="17"/>
        </w:rPr>
        <w:t>(Ek: 1/7/2016-6723/32 md.)</w:t>
      </w:r>
      <w:r>
        <w:t xml:space="preserve"> Bu madde uyarınca atanan kayyımların görevleriyle ilgili iş ve işlemlerinden dolayı tazminat davaları, 142 ila 144 üncü maddeler uyarınca Devlet aleyhine açılır. Devlet, ödediği tazminattan dolayı görevinin gereklerine aykırı hareket etmek suretiyle görevini kötüye kullanan kayyımlara bir yıl içinde rücu eder.</w:t>
      </w:r>
    </w:p>
    <w:p>
      <w:pPr>
        <w:keepNext/>
        <w:spacing w:before="200" w:after="40"/>
      </w:pPr>
      <w:r>
        <w:rPr>
          <w:b/>
        </w:rPr>
        <w:t>Bilgisayarlarda, bilgisayar programlarında ve kütüklerinde arama, kopyalama ve elkoyma</w:t>
      </w:r>
    </w:p>
    <w:p>
      <w:pPr>
        <w:spacing w:after="80"/>
        <w:ind w:firstLine="454"/>
        <w:jc w:val="both"/>
      </w:pPr>
      <w:r>
        <w:rPr>
          <w:b/>
        </w:rPr>
        <w:t xml:space="preserve">MADDE 134 – </w:t>
      </w:r>
      <w:r>
        <w:t xml:space="preserve">(1) Bir suç dolayısıyla yapılan soruşturmada, somut delillere dayanan kuvvetli şüphe sebeplerinin varlığı ve başka surette delil elde etme imkânının bulunmaması halinde, hâkim veya gecikmesinde sakınca bulunan hâllerde Cumhuriyet savcısı tarafından şüphelinin kullandığı bilgisayar ve bilgisayar programları ile bilgisayar kütüklerinde arama yapılmasına, bilgisayar kayıtlarından kopya çıkarılmasına, bu kayıtların çözülerek metin hâline getirilmesine karar verilir. </w:t>
      </w:r>
      <w:r>
        <w:rPr>
          <w:color w:val="666666"/>
          <w:sz w:val="17"/>
        </w:rPr>
        <w:t>(Ek üç cümle: 25/7/2018-7145/16 md.)</w:t>
      </w:r>
      <w:r>
        <w:t xml:space="preserve"> Cumhuriyet savcısı tarafından verilen kararlar yirmi dört saat içinde hâkim onayına sunulur. Hâkim kararını en geç yirmi dört saat içinde verir. Sürenin dolması veya hâkim tarafından aksine karar verilmesi hâlinde çıkarılan kopyalar ve çözümü yapılan metinler derhâl imha edilir.</w:t>
      </w:r>
    </w:p>
    <w:p>
      <w:pPr>
        <w:spacing w:after="80"/>
        <w:ind w:firstLine="454"/>
        <w:jc w:val="both"/>
      </w:pPr>
      <w:r>
        <w:t>(2) Bilgisayar, bilgisayar programları ve bilgisayar kütüklerine şifrenin çözülememesinden dolayı girilememesi veya gizlenmiş bilgilere ulaşılamaması ya da işlemin uzun sürecek olması halinde çözümün yapılabilmesi ve gerekli kopyaların alınabilmesi için, bu araç ve gereçlere elkonulabilir. Şifrenin çözümünün yapılması ve gerekli kopyaların alınması halinde, elkonulan cihazlar gecikme olmaksızın iade edilir.</w:t>
      </w:r>
    </w:p>
    <w:p>
      <w:pPr>
        <w:spacing w:after="80"/>
        <w:ind w:firstLine="454"/>
        <w:jc w:val="both"/>
      </w:pPr>
      <w:r>
        <w:t>(3) Bilgisayar veya bilgisayar kütüklerine elkoyma işlemi sırasında, sistemdeki bütün verilerin yedeklemesi yapılır.</w:t>
      </w:r>
    </w:p>
    <w:p>
      <w:pPr>
        <w:spacing w:after="80"/>
        <w:ind w:firstLine="454"/>
        <w:jc w:val="both"/>
      </w:pPr>
      <w:r>
        <w:t>(4) Üçüncü fıkraya göre alınan yedekten bir kopya çıkarılarak şüpheliye veya vekiline verilir ve bu husus tutanağa geçirilerek imza altına alınır.</w:t>
      </w:r>
    </w:p>
    <w:p>
      <w:pPr>
        <w:spacing w:after="80"/>
        <w:ind w:firstLine="454"/>
        <w:jc w:val="both"/>
      </w:pPr>
      <w:r>
        <w:t>(5) Bilgisayar veya bilgisayar kütüklerine elkoymaksızın da, sistemdeki verilerin tamamının veya bir kısmının kopyası alınabilir. Kopyası alınan veriler kâğıda yazdırılarak, bu husus tutanağa kaydedilir ve ilgililer tarafından imza altına alınır.</w:t>
      </w:r>
    </w:p>
    <w:p>
      <w:pPr>
        <w:spacing w:before="360"/>
        <w:jc w:val="center"/>
      </w:pPr>
      <w:r>
        <w:rPr>
          <w:b/>
          <w:sz w:val="24"/>
        </w:rPr>
        <w:t>BEŞINCI BÖLÜM</w:t>
        <w:br/>
        <w:t>Telekomünikasyon Yoluyla Yapılan İletişimin Denetlenmesi</w:t>
      </w:r>
    </w:p>
    <w:p>
      <w:pPr>
        <w:keepNext/>
        <w:spacing w:before="200" w:after="40"/>
      </w:pPr>
      <w:r>
        <w:rPr>
          <w:b/>
        </w:rPr>
        <w:t>İletişimin tespiti, dinlenmesi ve kayda alınması</w:t>
      </w:r>
    </w:p>
    <w:p>
      <w:pPr>
        <w:spacing w:after="80"/>
        <w:ind w:firstLine="454"/>
        <w:jc w:val="both"/>
      </w:pPr>
      <w:r>
        <w:rPr>
          <w:b/>
        </w:rPr>
        <w:t xml:space="preserve">MADDE 135 – </w:t>
      </w:r>
      <w:r>
        <w:t xml:space="preserve">(1) </w:t>
      </w:r>
      <w:r>
        <w:rPr>
          <w:color w:val="666666"/>
          <w:sz w:val="17"/>
        </w:rPr>
        <w:t>(Değişik: 21/2/2014–6526/12 md.)</w:t>
      </w:r>
      <w:r>
        <w:t xml:space="preserve"> Bir suç dolayısıyla yapılan soruşturma ve kovuşturmada, suç işlendiğine ilişkin somut delillere dayanan kuvvetli şüphe sebeplerinin varlığı ve başka suretle delil elde edilmesi imkânının bulunmaması durumunda, hâkim veya gecikmesinde sakınca bulunan hâllerde Cumhuriyet savcısının kararıyla şüpheli veya sanığın telekomünikasyon yoluyla iletişimi dinlenebilir, kayda alınabilir ve sinyal bilgileri değerlendirilebilir. Cumhuriyet savcısı kararını derhâl hâkimin onayına sunar ve hâkim, kararını en geç yirmi dört saat içinde verir. Sürenin dolması veya hâkim tarafından aksine karar verilmesi hâlinde tedbir Cumhuriyet savcısı tarafından derhâl kaldırılır. </w:t>
      </w:r>
      <w:r>
        <w:rPr>
          <w:color w:val="666666"/>
          <w:sz w:val="17"/>
        </w:rPr>
        <w:t>(Mülga son iki cümle: 24/11/2016-6763/26 md.)</w:t>
      </w:r>
    </w:p>
    <w:p>
      <w:pPr>
        <w:spacing w:after="80"/>
        <w:ind w:firstLine="454"/>
        <w:jc w:val="both"/>
      </w:pPr>
      <w:r>
        <w:t xml:space="preserve">(2) </w:t>
      </w:r>
      <w:r>
        <w:rPr>
          <w:color w:val="666666"/>
          <w:sz w:val="17"/>
        </w:rPr>
        <w:t>(Ek: 21/2/2014–6526/12 md.)</w:t>
      </w:r>
      <w:r>
        <w:t xml:space="preserve"> Talepte bulunulurken hakkında bu madde uyarınca tedbir kararı verilecek hattın veya iletişim aracının sahibini ve biliniyorsa kullanıcısını gösterir belge veya rapor eklenir.</w:t>
      </w:r>
    </w:p>
    <w:p>
      <w:pPr>
        <w:spacing w:after="80"/>
        <w:ind w:firstLine="454"/>
        <w:jc w:val="both"/>
      </w:pPr>
      <w:r>
        <w:t>(3) Şüpheli veya sanığın tanıklıktan çekinebilecek kişilerle arasındaki iletişimi kayda alınamaz. Kayda alma gerçekleştikten sonra bu durumun anlaşılması hâlinde, alınan kayıtlar derhâl yok edilir.</w:t>
      </w:r>
    </w:p>
    <w:p>
      <w:pPr>
        <w:spacing w:after="80"/>
        <w:ind w:firstLine="454"/>
        <w:jc w:val="both"/>
      </w:pPr>
      <w:r>
        <w:t xml:space="preserve">(4) Birinci fıkra hükmüne göre verilen kararda, yüklenen suçun türü, hakkında tedbir uygulanacak kişinin kimliği, iletişim aracının türü, telefon numarası veya iletişim bağlantısını tespite imkân veren kodu, tedbirin türü, kapsamı ve süresi belirtilir. Tedbir kararı en çok iki ay için verilebilir; bu süre, bir ay daha uzatılabilir. </w:t>
      </w:r>
      <w:r>
        <w:rPr>
          <w:color w:val="666666"/>
          <w:sz w:val="17"/>
        </w:rPr>
        <w:t>(Ek cümle: 25/5/2005 – 5353/17 md.)</w:t>
      </w:r>
      <w:r>
        <w:t xml:space="preserve"> Ancak, örgütün faaliyeti çerçevesinde işlenen suçlarla ilgili olarak gerekli görülmesi halinde, hâkim yukarıdaki sürelere ek olarak her defasında bir aydan fazla olmamak ve toplam üç ayı geçmemek üzere uzatılmasına karar verebilir.</w:t>
      </w:r>
    </w:p>
    <w:p>
      <w:pPr>
        <w:spacing w:after="80"/>
        <w:ind w:firstLine="454"/>
        <w:jc w:val="both"/>
      </w:pPr>
      <w:r>
        <w:t>(5) Şüpheli veya sanığın yakalanabilmesi için, mobil telefonun yeri, hâkim veya gecikmesinde sakınca bulunan hallerde Cumhuriyet savcısının kararına istinaden tespit edilebilir. Bu hususa ilişkin olarak verilen kararda, mobil telefon numarası ve tespit işleminin süresi belirtilir. Tespit işlemi en çok iki ay için yapılabilir; bu süre, bir ay daha uzatılabilir.</w:t>
      </w:r>
    </w:p>
    <w:p>
      <w:pPr>
        <w:spacing w:after="80"/>
        <w:ind w:firstLine="454"/>
        <w:jc w:val="both"/>
      </w:pPr>
      <w:r>
        <w:t xml:space="preserve">(6) </w:t>
      </w:r>
      <w:r>
        <w:rPr>
          <w:color w:val="666666"/>
          <w:sz w:val="17"/>
        </w:rPr>
        <w:t>(Ek: 2/12/2014-6572/42 md.)</w:t>
      </w:r>
      <w:r>
        <w:t xml:space="preserve"> Şüpheli ve sanığın telekomünikasyon yoluyla iletişiminin tespiti, soruşturma aşamasında hâkim veya gecikmesinde sakınca bulunan hâllerde Cumhuriyet savcısı, kovuşturma aşamasında mahkeme kararına istinaden yapılır. Kararda, yüklenen suçun türü, hakkında tedbir uygulanacak kişinin kimliği, iletişim aracının türü, telefon numarası veya iletişim bağlantısını tespite imkân veren kodu ve tedbirin süresi belirtilir. </w:t>
      </w:r>
      <w:r>
        <w:rPr>
          <w:color w:val="666666"/>
          <w:sz w:val="17"/>
        </w:rPr>
        <w:t>(Ek cümleler: 24/11/2016-6763/26 md.)</w:t>
      </w:r>
      <w:r>
        <w:t xml:space="preserve"> Cumhuriyet savcısı kararını yirmi dört saat içinde hâkimin onayına sunar ve hâkim, kararını en geç yirmi dört saat içinde verir. Sürenin dolması veya hâkim tarafından aksine karar verilmesi hâlinde kayıtlar derhâl imha edilir.</w:t>
      </w:r>
    </w:p>
    <w:p>
      <w:pPr>
        <w:spacing w:after="80"/>
        <w:ind w:firstLine="454"/>
        <w:jc w:val="both"/>
      </w:pPr>
      <w:r>
        <w:t>(7) Bu madde hükümlerine göre alınan karar ve yapılan işlemler, tedbir süresince gizli tutulur.</w:t>
      </w:r>
    </w:p>
    <w:p>
      <w:pPr>
        <w:spacing w:after="80"/>
        <w:ind w:firstLine="454"/>
        <w:jc w:val="both"/>
      </w:pPr>
      <w:r>
        <w:t>(8) Bu madde kapsamında dinleme, kayda alma ve sinyal bilgilerinin değerlendirilmesine ilişkin hükümler ancak aşağıda sayılan suçlarla ilgili olarak uygulanabilir:</w:t>
      </w:r>
    </w:p>
    <w:p>
      <w:pPr>
        <w:spacing w:after="80"/>
        <w:ind w:firstLine="454"/>
        <w:jc w:val="both"/>
      </w:pPr>
      <w:r>
        <w:t>a) Türk Ceza Kanununda yer alan;</w:t>
      </w:r>
    </w:p>
    <w:p>
      <w:pPr>
        <w:spacing w:after="80"/>
        <w:ind w:firstLine="454"/>
        <w:jc w:val="both"/>
      </w:pPr>
      <w:r>
        <w:t>1. Göçmen kaçakçılığı ve insan ticareti (madde 79, 80) ile organ veya doku ticareti (madde 91),</w:t>
      </w:r>
    </w:p>
    <w:p>
      <w:pPr>
        <w:spacing w:after="80"/>
        <w:ind w:firstLine="454"/>
        <w:jc w:val="both"/>
      </w:pPr>
      <w:r>
        <w:t>2. Kasten öldürme (madde 81, 82, 83),</w:t>
      </w:r>
    </w:p>
    <w:p>
      <w:pPr>
        <w:spacing w:after="80"/>
        <w:ind w:firstLine="454"/>
        <w:jc w:val="both"/>
      </w:pPr>
      <w:r>
        <w:t>3. İşkence (madde 94, 95),</w:t>
      </w:r>
    </w:p>
    <w:p>
      <w:pPr>
        <w:spacing w:after="80"/>
        <w:ind w:firstLine="454"/>
        <w:jc w:val="both"/>
      </w:pPr>
      <w:r>
        <w:t>4. Cinsel saldırı (birinci fıkra hariç, madde 102),</w:t>
      </w:r>
    </w:p>
    <w:p>
      <w:pPr>
        <w:spacing w:after="80"/>
        <w:ind w:firstLine="454"/>
        <w:jc w:val="both"/>
      </w:pPr>
      <w:r>
        <w:t>5. Çocukların cinsel istismarı (madde 103),</w:t>
      </w:r>
    </w:p>
    <w:p>
      <w:pPr>
        <w:spacing w:after="80"/>
        <w:ind w:firstLine="454"/>
        <w:jc w:val="both"/>
      </w:pPr>
      <w:r>
        <w:t xml:space="preserve">6. </w:t>
      </w:r>
      <w:r>
        <w:rPr>
          <w:color w:val="666666"/>
          <w:sz w:val="17"/>
        </w:rPr>
        <w:t>(Ek: 21/2/2014 – 6526/12 md.)</w:t>
      </w:r>
      <w:r>
        <w:t xml:space="preserve"> Nitelikli hırsızlık (madde 142) ve yağma (madde 148, 149) ile nitelikli dolandırıcılık (madde 158),</w:t>
      </w:r>
    </w:p>
    <w:p>
      <w:pPr>
        <w:spacing w:after="80"/>
        <w:ind w:firstLine="454"/>
        <w:jc w:val="both"/>
      </w:pPr>
      <w:r>
        <w:t>7. Uyuşturucu veya uyarıcı madde imal ve ticareti (madde 188),</w:t>
      </w:r>
    </w:p>
    <w:p>
      <w:pPr>
        <w:spacing w:after="80"/>
        <w:ind w:firstLine="454"/>
        <w:jc w:val="both"/>
      </w:pPr>
      <w:r>
        <w:t>8. Parada sahtecilik (madde 197),</w:t>
      </w:r>
    </w:p>
    <w:p>
      <w:pPr>
        <w:spacing w:after="80"/>
        <w:ind w:firstLine="454"/>
        <w:jc w:val="both"/>
      </w:pPr>
      <w:r>
        <w:t xml:space="preserve">9. </w:t>
      </w:r>
      <w:r>
        <w:rPr>
          <w:color w:val="666666"/>
          <w:sz w:val="17"/>
        </w:rPr>
        <w:t>(Mülga: 21/2/2014 – 6526/12 md.; Yeniden düzenleme: 24/11/2016-6763/26 md.)</w:t>
      </w:r>
      <w:r>
        <w:t xml:space="preserve"> Suç işlemek amacıyla örgüt kurma (madde 220, fıkra üç),</w:t>
      </w:r>
    </w:p>
    <w:p>
      <w:pPr>
        <w:spacing w:after="80"/>
        <w:ind w:firstLine="454"/>
        <w:jc w:val="both"/>
      </w:pPr>
      <w:r>
        <w:t xml:space="preserve">10. </w:t>
      </w:r>
      <w:r>
        <w:rPr>
          <w:color w:val="666666"/>
          <w:sz w:val="17"/>
        </w:rPr>
        <w:t>(Ek: 25/5/2005 – 5353/17 md.)</w:t>
      </w:r>
      <w:r>
        <w:t xml:space="preserve"> Fuhuş (madde 227),</w:t>
      </w:r>
    </w:p>
    <w:p>
      <w:pPr>
        <w:spacing w:after="80"/>
        <w:ind w:firstLine="454"/>
        <w:jc w:val="both"/>
      </w:pPr>
      <w:r>
        <w:t>11. İhaleye fesat karıştırma (madde 235),</w:t>
      </w:r>
    </w:p>
    <w:p>
      <w:pPr>
        <w:spacing w:after="80"/>
        <w:ind w:firstLine="454"/>
        <w:jc w:val="both"/>
      </w:pPr>
      <w:r>
        <w:t xml:space="preserve">12. </w:t>
      </w:r>
      <w:r>
        <w:rPr>
          <w:color w:val="666666"/>
          <w:sz w:val="17"/>
        </w:rPr>
        <w:t>(Ek: 24/11/2016-6763/26 md.)</w:t>
      </w:r>
      <w:r>
        <w:t xml:space="preserve"> Tefecilik (madde 241),</w:t>
      </w:r>
    </w:p>
    <w:p>
      <w:pPr>
        <w:spacing w:after="80"/>
        <w:ind w:firstLine="454"/>
        <w:jc w:val="both"/>
      </w:pPr>
      <w:r>
        <w:t>13. Rüşvet (madde 252),</w:t>
      </w:r>
    </w:p>
    <w:p>
      <w:pPr>
        <w:spacing w:after="80"/>
        <w:ind w:firstLine="454"/>
        <w:jc w:val="both"/>
      </w:pPr>
      <w:r>
        <w:t>14. Suçtan kaynaklanan malvarlığı değerlerini aklama (madde 282),</w:t>
      </w:r>
    </w:p>
    <w:p>
      <w:pPr>
        <w:spacing w:after="80"/>
        <w:ind w:firstLine="454"/>
        <w:jc w:val="both"/>
      </w:pPr>
      <w:r>
        <w:t xml:space="preserve">15. </w:t>
      </w:r>
      <w:r>
        <w:rPr>
          <w:color w:val="666666"/>
          <w:sz w:val="17"/>
        </w:rPr>
        <w:t>(Değişik: 2/12/2014-6572/42 md.)</w:t>
      </w:r>
      <w:r>
        <w:t xml:space="preserve"> Devletin birliğini ve ülke bütünlüğünü bozmak (madde 302) ,</w:t>
      </w:r>
    </w:p>
    <w:p>
      <w:pPr>
        <w:spacing w:after="80"/>
        <w:ind w:firstLine="454"/>
        <w:jc w:val="both"/>
      </w:pPr>
      <w:r>
        <w:t xml:space="preserve">16. </w:t>
      </w:r>
      <w:r>
        <w:rPr>
          <w:color w:val="666666"/>
          <w:sz w:val="17"/>
        </w:rPr>
        <w:t>(Ek: 2/12/2014-6572/42 md.)</w:t>
      </w:r>
      <w:r>
        <w:t xml:space="preserve"> Anayasal Düzene ve Bu Düzenin İşleyişine Karşı Suçlar (madde 309, 311, 312, 313, 314, 315, 316),</w:t>
      </w:r>
    </w:p>
    <w:p>
      <w:pPr>
        <w:spacing w:after="80"/>
        <w:ind w:firstLine="454"/>
        <w:jc w:val="both"/>
      </w:pPr>
      <w:r>
        <w:t>17. Devlet Sırlarına Karşı Suçlar ve Casusluk (madde 328, 329, 330, 331, 333, 334, 335, 336, 337) suçları.</w:t>
      </w:r>
    </w:p>
    <w:p>
      <w:pPr>
        <w:spacing w:after="80"/>
        <w:ind w:firstLine="454"/>
        <w:jc w:val="both"/>
      </w:pPr>
      <w:r>
        <w:t>b) Ateşli Silahlar ve Bıçaklar ile Diğer Aletler Hakkında Kanunda tanımlanan silah kaçakçılığı (madde 12) suçları.</w:t>
      </w:r>
    </w:p>
    <w:p>
      <w:pPr>
        <w:spacing w:after="80"/>
        <w:ind w:firstLine="454"/>
        <w:jc w:val="both"/>
      </w:pPr>
      <w:r>
        <w:t xml:space="preserve">c) </w:t>
      </w:r>
      <w:r>
        <w:rPr>
          <w:color w:val="666666"/>
          <w:sz w:val="17"/>
        </w:rPr>
        <w:t>(Ek: 25/5/2005 – 5353/17 md.)</w:t>
      </w:r>
      <w:r>
        <w:t xml:space="preserve"> Bankalar Kanununun 22 nci maddesinin (3) ve (4) numaralı fıkralarında tanımlanan zimmet suçu,</w:t>
      </w:r>
    </w:p>
    <w:p>
      <w:pPr>
        <w:spacing w:after="80"/>
        <w:ind w:firstLine="454"/>
        <w:jc w:val="both"/>
      </w:pPr>
      <w:r>
        <w:t>d) Kaçakçılıkla Mücadele Kanununda tanımlanan ve hapis cezasını gerektiren suçlar.</w:t>
      </w:r>
    </w:p>
    <w:p>
      <w:pPr>
        <w:spacing w:after="80"/>
        <w:ind w:firstLine="454"/>
        <w:jc w:val="both"/>
      </w:pPr>
      <w:r>
        <w:t>e) Kültür ve Tabiat Varlıklarını Koruma Kanununun 68 ve 74 üncü maddelerinde tanımlanan suçlar.</w:t>
      </w:r>
    </w:p>
    <w:p>
      <w:pPr>
        <w:spacing w:after="80"/>
        <w:ind w:firstLine="454"/>
        <w:jc w:val="both"/>
      </w:pPr>
      <w:r>
        <w:t>(9) Bu maddede belirlenen esas ve usuller dışında hiç kimse, bir başkasının telekomünikasyon yoluyla iletişimini dinleyemez ve kayda alamaz.</w:t>
      </w:r>
    </w:p>
    <w:p>
      <w:pPr>
        <w:keepNext/>
        <w:spacing w:before="200" w:after="40"/>
      </w:pPr>
      <w:r>
        <w:rPr>
          <w:b/>
        </w:rPr>
        <w:t>Müdafiin bürosu ve yerleşim yeri</w:t>
      </w:r>
    </w:p>
    <w:p>
      <w:pPr>
        <w:spacing w:after="80"/>
        <w:ind w:firstLine="454"/>
        <w:jc w:val="both"/>
      </w:pPr>
      <w:r>
        <w:rPr>
          <w:b/>
        </w:rPr>
        <w:t xml:space="preserve">MADDE 136 – </w:t>
      </w:r>
      <w:r>
        <w:t>(1) Şüpheli veya sanığa yüklenen suç dolayısıyla müdafiin bürosu, konutu ve yerleşim yerindeki telekomünikasyon araçları hakkında, 135 inci madde hükmü uygulanamaz.</w:t>
      </w:r>
    </w:p>
    <w:p>
      <w:pPr>
        <w:keepNext/>
        <w:spacing w:before="200" w:after="40"/>
      </w:pPr>
      <w:r>
        <w:rPr>
          <w:b/>
        </w:rPr>
        <w:t>Kararların yerine getirilmesi, iletişim içeriklerinin yok edilmesi</w:t>
      </w:r>
    </w:p>
    <w:p>
      <w:pPr>
        <w:spacing w:after="80"/>
        <w:ind w:firstLine="454"/>
        <w:jc w:val="both"/>
      </w:pPr>
      <w:r>
        <w:rPr>
          <w:b/>
        </w:rPr>
        <w:t xml:space="preserve">MADDE 137 – </w:t>
      </w:r>
      <w:r>
        <w:t>(1) 135 inci maddeye göre verilecek karar gereğince Cumhuriyet savcısı veya görevlendireceği adlî kolluk görevlisi, telekomünikasyon hizmeti veren kurum ve kuruluşların yetkililerinden iletişimin tespiti, dinlenmesi veya kayda alınması işlemlerinin yapılmasını ve bu amaçla cihazların yerleştirilmesini yazılı olarak istediğinde, bu istem derhâl yerine getirilir; yerine getirilmemesi hâlinde zor kullanılabilir. İşlemin başladığı ve bitirildiği tarih ve saat ile işlemi yapanın kimliği bir tutanakla saptanır.</w:t>
      </w:r>
    </w:p>
    <w:p>
      <w:pPr>
        <w:spacing w:after="80"/>
        <w:ind w:firstLine="454"/>
        <w:jc w:val="both"/>
      </w:pPr>
      <w:r>
        <w:t>(2) 135 inci maddeye göre verilen karar gereğince tutulan kayıtlar, Cumhuriyet Savcılığınca görevlendirilen kişiler tarafından çözülerek metin hâline getirilir. Yabancı dildeki kayıtlar, tercüman aracılığı ile Türkçe'ye çevrilir.</w:t>
      </w:r>
    </w:p>
    <w:p>
      <w:pPr>
        <w:spacing w:after="80"/>
        <w:ind w:firstLine="454"/>
        <w:jc w:val="both"/>
      </w:pPr>
      <w:r>
        <w:t xml:space="preserve">(3) 135 inci maddeye göre verilen kararın uygulanması sırasında şüpheli hakkında kovuşturmaya yer olmadığına dair karar verilmesi ya da aynı maddenin birinci fıkrasına göre hâkim onayının alınamaması halinde, bunun uygulanmasına Cumhuriyet savcısı tarafından derhâl son verilir. Bu durumda, yapılan tespit veya dinlemeye ilişkin kayıtlar Cumhuriyet savcısının denetimi altında en geç on gün içinde yok edilerek, durum bir tutanakla tespit edilir. </w:t>
      </w:r>
      <w:r>
        <w:rPr>
          <w:color w:val="666666"/>
          <w:sz w:val="17"/>
        </w:rPr>
        <w:t>(Ek cümle:8/7/2021-7331/18 md.)</w:t>
      </w:r>
      <w:r>
        <w:t xml:space="preserve"> Beraat kararı verilmesi durumunda da tespit veya dinlemeye ilişkin kayıtlar, hâkim denetimi altında aynı usulle yok edilir.</w:t>
      </w:r>
    </w:p>
    <w:p>
      <w:pPr>
        <w:spacing w:after="80"/>
        <w:ind w:firstLine="454"/>
        <w:jc w:val="both"/>
      </w:pPr>
      <w:r>
        <w:t>(4) Tespit ve dinlemeye ilişkin kayıtların yok edilmesi halinde soruşturma veya kovuşturma evresinin bitiminden itibaren, en geç onbeş gün içinde, Cumhuriyet başsavcılığı veya mahkeme, tedbirin nedeni, kapsamı, süresi ve sonucu hakkında ilgilisine yazılı olarak bilgi verir.</w:t>
      </w:r>
    </w:p>
    <w:p>
      <w:pPr>
        <w:keepNext/>
        <w:spacing w:before="200" w:after="40"/>
      </w:pPr>
      <w:r>
        <w:rPr>
          <w:b/>
        </w:rPr>
        <w:t>Tesadüfen elde edilen deliller</w:t>
      </w:r>
    </w:p>
    <w:p>
      <w:pPr>
        <w:spacing w:after="80"/>
        <w:ind w:firstLine="454"/>
        <w:jc w:val="both"/>
      </w:pPr>
      <w:r>
        <w:rPr>
          <w:b/>
        </w:rPr>
        <w:t xml:space="preserve">MADDE 138 – </w:t>
      </w:r>
      <w:r>
        <w:t>(1) Arama veya elkoyma koruma tedbirlerinin uygulanması sırasında, yapılmakta olan soruşturma veya kovuşturmayla ilgisi olmayan ancak, diğer bir suçun işlendiği şüphesini uyandırabilecek bir delil elde edilirse; bu delil muhafaza altına alınır ve durum Cumhuriyet Savcılığına derhâl bildirilir.</w:t>
      </w:r>
    </w:p>
    <w:p>
      <w:pPr>
        <w:spacing w:after="80"/>
        <w:ind w:firstLine="454"/>
        <w:jc w:val="both"/>
      </w:pPr>
      <w:r>
        <w:t>(2) Telekomünikasyon yoluyla yapılan iletişimin denetlenmesi sırasında, yapılmakta olan soruşturma veya kovuşturmayla ilgisi olmayan ve ancak, 135 inci maddenin altıncı fıkrasında sayılan suçlardan birinin işlendiği şüphesini uyandırabilecek bir delil elde edilirse; bu delil muhafaza altına alınır ve durum Cumhuriyet Savcılığına derhâl bildirilir.</w:t>
      </w:r>
    </w:p>
    <w:p>
      <w:pPr>
        <w:spacing w:before="360"/>
        <w:jc w:val="center"/>
      </w:pPr>
      <w:r>
        <w:rPr>
          <w:b/>
          <w:sz w:val="24"/>
        </w:rPr>
        <w:t>ALTINCI BÖLÜM</w:t>
        <w:br/>
        <w:t>Gizli Soruşturmacı ve Teknik Araçlarla İzleme</w:t>
      </w:r>
    </w:p>
    <w:p>
      <w:pPr>
        <w:keepNext/>
        <w:spacing w:before="200" w:after="40"/>
      </w:pPr>
      <w:r>
        <w:rPr>
          <w:b/>
        </w:rPr>
        <w:t>Gizli soruşturmacı görevlendirilmesi</w:t>
      </w:r>
    </w:p>
    <w:p>
      <w:pPr>
        <w:spacing w:after="80"/>
        <w:ind w:firstLine="454"/>
        <w:jc w:val="both"/>
      </w:pPr>
      <w:r>
        <w:rPr>
          <w:b/>
        </w:rPr>
        <w:t xml:space="preserve">MADDE 139 – </w:t>
      </w:r>
      <w:r>
        <w:t xml:space="preserve">(1) </w:t>
      </w:r>
      <w:r>
        <w:rPr>
          <w:color w:val="666666"/>
          <w:sz w:val="17"/>
        </w:rPr>
        <w:t>(Değişik: 21/2/2014–6526/13 md.)</w:t>
      </w:r>
      <w:r>
        <w:t xml:space="preserve"> Soruşturma konusu suçun işlendiği hususunda somut delillere dayanan kuvvetli şüphe sebeplerinin bulunması ve başka surette delil elde edilememesi hâlinde, kamu görevlileri gizli soruşturmacı olarak görevlendirilebilir. Bu madde uyarınca yapılacak görevlendirmeye hâkim tarafından karar verilir. </w:t>
      </w:r>
      <w:r>
        <w:rPr>
          <w:color w:val="666666"/>
          <w:sz w:val="17"/>
        </w:rPr>
        <w:t>(Mülga son cümle: 24/11/2016-6763/27 md.)</w:t>
      </w:r>
    </w:p>
    <w:p>
      <w:pPr>
        <w:spacing w:after="80"/>
        <w:ind w:firstLine="454"/>
        <w:jc w:val="both"/>
      </w:pPr>
      <w:r>
        <w:t>(2) Soruşturmacının kimliği değiştirilebilir. Bu kimlikle hukukî işlemler yapılabilir. Kimliğin oluşturulması ve devam ettirilmesi için zorunlu olması durumunda gerekli belgeler hazırlanabilir, değiştirilebilir ve kullanılabilir.</w:t>
      </w:r>
    </w:p>
    <w:p>
      <w:pPr>
        <w:spacing w:after="80"/>
        <w:ind w:firstLine="454"/>
        <w:jc w:val="both"/>
      </w:pPr>
      <w:r>
        <w:t xml:space="preserve">(3) Soruşturmacı görevlendirilmesine ilişkin karar ve diğer belgeler ilgili Cumhuriyet Başsavcılığında muhafaza edilir. Soruşturmacının kimliği, görevinin sona ermesinden sonra da gizli tutulur. </w:t>
      </w:r>
      <w:r>
        <w:rPr>
          <w:color w:val="666666"/>
          <w:sz w:val="17"/>
        </w:rPr>
        <w:t>(Ek cümleler: 15/8/2017-KHK-694/142 md.; Aynen kabul: 1/2/2018-7078/137 md.)</w:t>
      </w:r>
      <w:r>
        <w:t xml:space="preserve"> Soruşturmacı, kovuşturma evresinde tanık olarak dinlenmesinin zorunlu olması halinde, duruşmada hazır bulunma hakkına sahip bulunanlar olmadan veya ses ya da görüntüsü değiştirilerek özel ortamda dinlenir. Bu durumda 27/12/2007 tarihli ve 5726 sayılı Tanık Koruma Kanununun 9 uncu maddesi hükmü kıyasen uygulanır.</w:t>
      </w:r>
    </w:p>
    <w:p>
      <w:pPr>
        <w:spacing w:after="80"/>
        <w:ind w:firstLine="454"/>
        <w:jc w:val="both"/>
      </w:pPr>
      <w:r>
        <w:t xml:space="preserve">(4) Soruşturmacı, faaliyetlerini izlemekle görevlendirildiği örgüte ilişkin her türlü araştırmada bulunmak ve bu örgütün faaliyetleri çerçevesinde işlenen suçlarla ilgili delilleri toplamakla yükümlüdür. </w:t>
      </w:r>
      <w:r>
        <w:rPr>
          <w:color w:val="666666"/>
          <w:sz w:val="17"/>
        </w:rPr>
        <w:t>(Ek cümle: 28/3/2023-7445/19 md.)</w:t>
      </w:r>
      <w:r>
        <w:t xml:space="preserve"> Hâkim, soruşturmacının yedinci fıkranın (a) bendinin (1) numaralı alt bendinde yer alan suç bakımından kamuya açık yerlerde ve işyerlerinde delil toplamak amacıyla ses veya görüntü kaydı yapmasına izin verebilir.</w:t>
      </w:r>
    </w:p>
    <w:p>
      <w:pPr>
        <w:spacing w:after="80"/>
        <w:ind w:firstLine="454"/>
        <w:jc w:val="both"/>
      </w:pPr>
      <w:r>
        <w:t>(5) Soruşturmacı, görevini yerine getirirken suç işleyemez ve görevlendirildiği örgütün işlemekte olduğu suçlardan sorumlu tutulamaz.</w:t>
      </w:r>
    </w:p>
    <w:p>
      <w:pPr>
        <w:spacing w:after="80"/>
        <w:ind w:firstLine="454"/>
        <w:jc w:val="both"/>
      </w:pPr>
      <w:r>
        <w:t xml:space="preserve">(6) Soruşturmacı görevlendirilmesi suretiyle elde edilen kişisel bilgiler, görevlendirildiği ceza soruşturması ve kovuşturması dışında kullanılamaz. </w:t>
      </w:r>
      <w:r>
        <w:rPr>
          <w:color w:val="666666"/>
          <w:sz w:val="17"/>
        </w:rPr>
        <w:t>(Ek: 21/2/2014–6526/13 md.)</w:t>
      </w:r>
      <w:r>
        <w:t xml:space="preserve"> Suçla bağlantılı olmayan kişisel bilgiler derhâl yok edilir.</w:t>
      </w:r>
    </w:p>
    <w:p>
      <w:pPr>
        <w:spacing w:after="80"/>
        <w:ind w:firstLine="454"/>
        <w:jc w:val="both"/>
      </w:pPr>
      <w:r>
        <w:t>(7) Bu madde hükümleri ancak aşağıda sayılan suçlarla ilgili olarak uygulanabilir:</w:t>
      </w:r>
    </w:p>
    <w:p>
      <w:pPr>
        <w:spacing w:after="80"/>
        <w:ind w:firstLine="454"/>
        <w:jc w:val="both"/>
      </w:pPr>
      <w:r>
        <w:t>a) Türk Ceza Kanununda yer alan;</w:t>
      </w:r>
    </w:p>
    <w:p>
      <w:pPr>
        <w:spacing w:after="80"/>
        <w:ind w:firstLine="454"/>
        <w:jc w:val="both"/>
      </w:pPr>
      <w:r>
        <w:t>1. Örgüt faaliyeti çerçevesinde işlenip işlenmediğine bakılmaksızın uyuşturucu veya uyarıcı madde imal ve ticareti (madde 188),</w:t>
      </w:r>
    </w:p>
    <w:p>
      <w:pPr>
        <w:spacing w:after="80"/>
        <w:ind w:firstLine="454"/>
        <w:jc w:val="both"/>
      </w:pPr>
      <w:r>
        <w:t>2. Suç işlemek amacıyla örgüt kurma (iki, yedi ve sekizinci fıkralar hariç, madde 220),</w:t>
      </w:r>
    </w:p>
    <w:p>
      <w:pPr>
        <w:spacing w:after="80"/>
        <w:ind w:firstLine="454"/>
        <w:jc w:val="both"/>
      </w:pPr>
      <w:r>
        <w:t>3. Silahlı örgüt (madde 314) veya bu örgütlere silah sağlama (madde 315).</w:t>
      </w:r>
    </w:p>
    <w:p>
      <w:pPr>
        <w:spacing w:after="80"/>
        <w:ind w:firstLine="454"/>
        <w:jc w:val="both"/>
      </w:pPr>
      <w:r>
        <w:t>b) Ateşli Silahlar ve Bıçaklar ile Diğer Aletler Hakkında Kanunda tanımlanan silah kaçakçılığı (madde 12) suçları.</w:t>
      </w:r>
    </w:p>
    <w:p>
      <w:pPr>
        <w:spacing w:after="80"/>
        <w:ind w:firstLine="454"/>
        <w:jc w:val="both"/>
      </w:pPr>
      <w:r>
        <w:t>c) Kültür ve Tabiat Varlıklarını Koruma Kanununun 68 ve 74 üncü maddelerinde tanımlanan suçlar.</w:t>
      </w:r>
    </w:p>
    <w:p>
      <w:pPr>
        <w:keepNext/>
        <w:spacing w:before="200" w:after="40"/>
      </w:pPr>
      <w:r>
        <w:rPr>
          <w:b/>
        </w:rPr>
        <w:t>Teknik araçlarla izleme</w:t>
      </w:r>
    </w:p>
    <w:p>
      <w:pPr>
        <w:spacing w:after="80"/>
        <w:ind w:firstLine="454"/>
        <w:jc w:val="both"/>
      </w:pPr>
      <w:r>
        <w:rPr>
          <w:b/>
        </w:rPr>
        <w:t xml:space="preserve">MADDE 140 – </w:t>
      </w:r>
      <w:r>
        <w:t>(1) Aşağıdaki suçların işlendiği hususunda somut delillere dayanan kuvvetli şüphe sebepleri bulunması ve başka suretle delil elde edilememesi hâlinde, şüpheli veya sanığın kamuya açık yerlerdeki faaliyetleri ve işyeri teknik araçlarla izlenebilir, ses veya görüntü kaydı alınabilir:</w:t>
      </w:r>
    </w:p>
    <w:p>
      <w:pPr>
        <w:spacing w:after="80"/>
        <w:ind w:firstLine="454"/>
        <w:jc w:val="both"/>
      </w:pPr>
      <w:r>
        <w:t>a) Türk Ceza Kanununda yer alan;</w:t>
      </w:r>
    </w:p>
    <w:p>
      <w:pPr>
        <w:spacing w:after="80"/>
        <w:ind w:firstLine="454"/>
        <w:jc w:val="both"/>
      </w:pPr>
      <w:r>
        <w:t>1. Göçmen kaçakçılığı ve insan ticareti (madde 79, 80) ile organ veya doku ticareti (madde 91),</w:t>
      </w:r>
    </w:p>
    <w:p>
      <w:pPr>
        <w:spacing w:after="80"/>
        <w:ind w:firstLine="454"/>
        <w:jc w:val="both"/>
      </w:pPr>
      <w:r>
        <w:t>2. Kasten öldürme (madde 81, 82, 83),</w:t>
      </w:r>
    </w:p>
    <w:p>
      <w:pPr>
        <w:spacing w:after="80"/>
        <w:ind w:firstLine="454"/>
        <w:jc w:val="both"/>
      </w:pPr>
      <w:r>
        <w:t xml:space="preserve">3. </w:t>
      </w:r>
      <w:r>
        <w:rPr>
          <w:color w:val="666666"/>
          <w:sz w:val="17"/>
        </w:rPr>
        <w:t>(Ek:21/2/2014–6526/14 md.)</w:t>
      </w:r>
      <w:r>
        <w:t xml:space="preserve"> Nitelikli hırsızlık (madde 142) ve yağma (madde 148, 149) ile nitelikli dolandırıcılık (madde 158),</w:t>
      </w:r>
    </w:p>
    <w:p>
      <w:pPr>
        <w:spacing w:after="80"/>
        <w:ind w:firstLine="454"/>
        <w:jc w:val="both"/>
      </w:pPr>
      <w:r>
        <w:t>4. Uyuşturucu veya uyarıcı madde imal ve ticareti (madde 188),</w:t>
      </w:r>
    </w:p>
    <w:p>
      <w:pPr>
        <w:spacing w:after="80"/>
        <w:ind w:firstLine="454"/>
        <w:jc w:val="both"/>
      </w:pPr>
      <w:r>
        <w:t>5. Parada sahtecilik (madde 197),</w:t>
      </w:r>
    </w:p>
    <w:p>
      <w:pPr>
        <w:spacing w:after="80"/>
        <w:ind w:firstLine="454"/>
        <w:jc w:val="both"/>
      </w:pPr>
      <w:r>
        <w:t xml:space="preserve">6. </w:t>
      </w:r>
      <w:r>
        <w:rPr>
          <w:color w:val="666666"/>
          <w:sz w:val="17"/>
        </w:rPr>
        <w:t>(Mülga:21/2/2014–6526/14 md.; Yeniden düzenleme: 24/11/2016-6763/28 md.)</w:t>
      </w:r>
      <w:r>
        <w:t xml:space="preserve"> Suç işlemek amacıyla örgüt kurma (madde 220, fıkra üç),</w:t>
      </w:r>
    </w:p>
    <w:p>
      <w:pPr>
        <w:spacing w:after="80"/>
        <w:ind w:firstLine="454"/>
        <w:jc w:val="both"/>
      </w:pPr>
      <w:r>
        <w:t xml:space="preserve">7. </w:t>
      </w:r>
      <w:r>
        <w:rPr>
          <w:color w:val="666666"/>
          <w:sz w:val="17"/>
        </w:rPr>
        <w:t>(Ek: 25/5/2005 – 5353/19 md.)</w:t>
      </w:r>
      <w:r>
        <w:t xml:space="preserve"> Fuhuş (madde 227)</w:t>
      </w:r>
    </w:p>
    <w:p>
      <w:pPr>
        <w:spacing w:after="80"/>
        <w:ind w:firstLine="454"/>
        <w:jc w:val="both"/>
      </w:pPr>
      <w:r>
        <w:t>8. İhaleye fesat karıştırma (madde 235),</w:t>
      </w:r>
    </w:p>
    <w:p>
      <w:pPr>
        <w:spacing w:after="80"/>
        <w:ind w:firstLine="454"/>
        <w:jc w:val="both"/>
      </w:pPr>
      <w:r>
        <w:t xml:space="preserve">9. </w:t>
      </w:r>
      <w:r>
        <w:rPr>
          <w:color w:val="666666"/>
          <w:sz w:val="17"/>
        </w:rPr>
        <w:t>(Ek: 24/11/2016-6763/28 md.)</w:t>
      </w:r>
      <w:r>
        <w:t xml:space="preserve"> Tefecilik (madde 241),</w:t>
      </w:r>
    </w:p>
    <w:p>
      <w:pPr>
        <w:spacing w:after="80"/>
        <w:ind w:firstLine="454"/>
        <w:jc w:val="both"/>
      </w:pPr>
      <w:r>
        <w:t>10. Rüşvet (madde 252),</w:t>
      </w:r>
    </w:p>
    <w:p>
      <w:pPr>
        <w:spacing w:after="80"/>
        <w:ind w:firstLine="454"/>
        <w:jc w:val="both"/>
      </w:pPr>
      <w:r>
        <w:t>11. Suçtan kaynaklanan malvarlığı değerlerini aklama (madde 282),</w:t>
      </w:r>
    </w:p>
    <w:p>
      <w:pPr>
        <w:spacing w:after="80"/>
        <w:ind w:firstLine="454"/>
        <w:jc w:val="both"/>
      </w:pPr>
      <w:r>
        <w:t xml:space="preserve">12. </w:t>
      </w:r>
      <w:r>
        <w:rPr>
          <w:color w:val="666666"/>
          <w:sz w:val="17"/>
        </w:rPr>
        <w:t>(Değişik: 2/12/2014-6572/43 md.)</w:t>
      </w:r>
      <w:r>
        <w:t xml:space="preserve"> Devletin birliğini ve ülke bütünlüğünü bozmak (madde 302),</w:t>
      </w:r>
    </w:p>
    <w:p>
      <w:pPr>
        <w:spacing w:after="80"/>
        <w:ind w:firstLine="454"/>
        <w:jc w:val="both"/>
      </w:pPr>
      <w:r>
        <w:t xml:space="preserve">13. </w:t>
      </w:r>
      <w:r>
        <w:rPr>
          <w:color w:val="666666"/>
          <w:sz w:val="17"/>
        </w:rPr>
        <w:t>(Ek: 2/12/2014-6572/43 md.)</w:t>
      </w:r>
      <w:r>
        <w:t xml:space="preserve"> Anayasal Düzene ve Bu Düzenin İşleyişine Karşı Suçlar (madde 309, 311, 312, 313, 314, 315, 316),</w:t>
      </w:r>
    </w:p>
    <w:p>
      <w:pPr>
        <w:spacing w:after="80"/>
        <w:ind w:firstLine="454"/>
        <w:jc w:val="both"/>
      </w:pPr>
      <w:r>
        <w:t>14. Devlet Sırlarına Karşı Suçlar ve Casusluk (madde 328, 329, 330, 331, 333, 334, 335, 336, 337),</w:t>
      </w:r>
    </w:p>
    <w:p>
      <w:pPr>
        <w:spacing w:after="80"/>
        <w:ind w:firstLine="454"/>
        <w:jc w:val="both"/>
      </w:pPr>
      <w:r>
        <w:t>Suçları.</w:t>
      </w:r>
    </w:p>
    <w:p>
      <w:pPr>
        <w:spacing w:after="80"/>
        <w:ind w:firstLine="454"/>
        <w:jc w:val="both"/>
      </w:pPr>
      <w:r>
        <w:t>b) Ateşli Silahlar ve Bıçaklar ile Diğer Aletler Hakkında Kanunda tanımlanan silah kaçakçılığı (madde 12) suçları.</w:t>
      </w:r>
    </w:p>
    <w:p>
      <w:pPr>
        <w:spacing w:after="80"/>
        <w:ind w:firstLine="454"/>
        <w:jc w:val="both"/>
      </w:pPr>
      <w:r>
        <w:t>c) Kaçakçılıkla Mücadele Kanununda tanımlanan ve hapis cezasını gerektiren suçlar.</w:t>
      </w:r>
    </w:p>
    <w:p>
      <w:pPr>
        <w:spacing w:after="80"/>
        <w:ind w:firstLine="454"/>
        <w:jc w:val="both"/>
      </w:pPr>
      <w:r>
        <w:t>d) Kültür ve Tabiat Varlıklarını Koruma Kanununun 68 ve 74 üncü maddelerinde tanımlanan suçlar.</w:t>
      </w:r>
    </w:p>
    <w:p>
      <w:pPr>
        <w:spacing w:after="80"/>
        <w:ind w:firstLine="454"/>
        <w:jc w:val="both"/>
      </w:pPr>
      <w:r>
        <w:t xml:space="preserve">(2) </w:t>
      </w:r>
      <w:r>
        <w:rPr>
          <w:color w:val="666666"/>
          <w:sz w:val="17"/>
        </w:rPr>
        <w:t>(Değişik: 24/11/2016-6763/28 md.)</w:t>
      </w:r>
      <w:r>
        <w:t xml:space="preserve"> Teknik araçlarla izlemeye hâkim, gecikmesinde sakınca bulunan hâllerde Cumhuriyet savcısı tarafından karar verilir. Cumhuriyet savcısı tarafından verilen kararlar yirmi dört saat içinde hâkim onayına sunulur. Hâkim kararını en geç yirmi dört saat içinde verir. Sürenin dolması veya hâkim tarafından aksine karar verilmesi hâlinde kayıtlar derhâl imha edilir.</w:t>
      </w:r>
    </w:p>
    <w:p>
      <w:pPr>
        <w:spacing w:after="80"/>
        <w:ind w:firstLine="454"/>
        <w:jc w:val="both"/>
      </w:pPr>
      <w:r>
        <w:t xml:space="preserve">(3) </w:t>
      </w:r>
      <w:r>
        <w:rPr>
          <w:color w:val="666666"/>
          <w:sz w:val="17"/>
        </w:rPr>
        <w:t>(Değişik:21/2/2014–6526/14 md.)</w:t>
      </w:r>
      <w:r>
        <w:t xml:space="preserve"> Teknik araçlarla izleme kararı en çok üç haftalık süre için verilebilir. Bu süre gerektiğinde bir hafta daha uzatılabilir. Ancak, örgütün faaliyeti çerçevesinde işlenen suçlarla ilgili olarak gerekli görülmesi hâlinde, hâkim yukarıdaki sürelere ek olarak her defasında bir haftadan fazla olmamak ve toplam dört haftayı geçmemek üzere uzatılmasına karar verebilir. </w:t>
      </w:r>
      <w:r>
        <w:rPr>
          <w:color w:val="666666"/>
          <w:sz w:val="17"/>
        </w:rPr>
        <w:t>(Ek cümle: 15/8/2017-KHK-694/143 md.; Aynen kabul: 1/2/2018-7078/138 md.)</w:t>
      </w:r>
      <w:r>
        <w:t xml:space="preserve"> Teknik araçlarla izleme tedbiri ile birlikte gizli soruşturmacı görevlendirilmesi halinde bu fıkrada belirtilen süreler bir kat artırılarak uygulanır.</w:t>
      </w:r>
    </w:p>
    <w:p>
      <w:pPr>
        <w:spacing w:after="80"/>
        <w:ind w:firstLine="454"/>
        <w:jc w:val="both"/>
      </w:pPr>
      <w:r>
        <w:t>(4) Elde edilen deliller, yukarıda sayılan suçlarla ilgili soruşturma ve kovuşturma dışında kullanılamaz; ceza kovuşturması bakımından gerekli olmadığı taktirde Cumhuriyet savcısının gözetiminde derhâl yok edilir.</w:t>
      </w:r>
    </w:p>
    <w:p>
      <w:pPr>
        <w:spacing w:after="80"/>
        <w:ind w:firstLine="454"/>
        <w:jc w:val="both"/>
      </w:pPr>
      <w:r>
        <w:t>(5) Bu madde hükümleri, kişinin konutunda uygulanamaz.</w:t>
      </w:r>
    </w:p>
    <w:p>
      <w:pPr>
        <w:keepNext/>
        <w:spacing w:before="200" w:after="40"/>
      </w:pPr>
      <w:r>
        <w:rPr>
          <w:b/>
        </w:rPr>
        <w:t>Yönetmelik</w:t>
      </w:r>
    </w:p>
    <w:p>
      <w:pPr>
        <w:spacing w:after="80"/>
        <w:ind w:firstLine="454"/>
        <w:jc w:val="both"/>
      </w:pPr>
      <w:r>
        <w:rPr>
          <w:b/>
        </w:rPr>
        <w:t xml:space="preserve">MADDE 140/A – </w:t>
      </w:r>
      <w:r>
        <w:rPr>
          <w:color w:val="666666"/>
          <w:sz w:val="17"/>
        </w:rPr>
        <w:t>(Ek: 20/11/2017-KHK-696/95 md.; Aynen kabul: 1/2/2018-7079/90 md.)</w:t>
      </w:r>
    </w:p>
    <w:p>
      <w:pPr>
        <w:spacing w:after="80"/>
        <w:ind w:firstLine="454"/>
        <w:jc w:val="both"/>
      </w:pPr>
      <w:r>
        <w:t>(1) Bu Kanunun 135 ila 140 ıncı maddelerinde düzenlenen koruma tedbirlerinin uygulanmasına ilişkin usul ve esaslar yönetmelikle düzenlenir.</w:t>
      </w:r>
    </w:p>
    <w:p>
      <w:pPr>
        <w:spacing w:before="360"/>
        <w:jc w:val="center"/>
      </w:pPr>
      <w:r>
        <w:rPr>
          <w:b/>
          <w:sz w:val="24"/>
        </w:rPr>
        <w:t>YEDINCI BÖLÜM</w:t>
        <w:br/>
        <w:t>Koruma Tedbirleri Nedeniyle Tazminat</w:t>
      </w:r>
    </w:p>
    <w:p>
      <w:pPr>
        <w:keepNext/>
        <w:spacing w:before="200" w:after="40"/>
      </w:pPr>
      <w:r>
        <w:rPr>
          <w:b/>
        </w:rPr>
        <w:t>Tazminat istemi</w:t>
      </w:r>
    </w:p>
    <w:p>
      <w:pPr>
        <w:spacing w:after="80"/>
        <w:ind w:firstLine="454"/>
        <w:jc w:val="both"/>
      </w:pPr>
      <w:r>
        <w:rPr>
          <w:b/>
        </w:rPr>
        <w:t xml:space="preserve">MADDE 141 – </w:t>
      </w:r>
      <w:r>
        <w:t>(1) Suç soruşturması veya kovuşturması sırasında;</w:t>
      </w:r>
    </w:p>
    <w:p>
      <w:pPr>
        <w:spacing w:after="80"/>
        <w:ind w:firstLine="454"/>
        <w:jc w:val="both"/>
      </w:pPr>
      <w:r>
        <w:t>a) Kanunlarda belirtilen koşullar dışında yakalanan, tutuklanan veya tutukluluğunun devamına karar verilen,</w:t>
      </w:r>
    </w:p>
    <w:p>
      <w:pPr>
        <w:spacing w:after="80"/>
        <w:ind w:firstLine="454"/>
        <w:jc w:val="both"/>
      </w:pPr>
      <w:r>
        <w:t>b) Kanunî gözaltı süresi içinde hâkim önüne çıkarılmayan,</w:t>
      </w:r>
    </w:p>
    <w:p>
      <w:pPr>
        <w:spacing w:after="80"/>
        <w:ind w:firstLine="454"/>
        <w:jc w:val="both"/>
      </w:pPr>
      <w:r>
        <w:t>c) Kanunî hakları hatırlatılmadan veya hatırlatılan haklarından yararlandırılma isteği yerine getirilmeden tutuklanan,</w:t>
      </w:r>
    </w:p>
    <w:p>
      <w:pPr>
        <w:spacing w:after="80"/>
        <w:ind w:firstLine="454"/>
        <w:jc w:val="both"/>
      </w:pPr>
      <w:r>
        <w:t>d) Kanuna uygun olarak tutuklandığı hâlde makul sürede yargılama mercii huzuruna çıkarılmayan ve bu süre içinde hakkında hüküm verilmeyen,</w:t>
      </w:r>
    </w:p>
    <w:p>
      <w:pPr>
        <w:spacing w:after="80"/>
        <w:ind w:firstLine="454"/>
        <w:jc w:val="both"/>
      </w:pPr>
      <w:r>
        <w:t>e) Kanuna uygun olarak yakalandıktan veya tutuklandıktan sonra haklarında kovuşturmaya yer olmadığına veya beraatlerine karar verilen,</w:t>
      </w:r>
    </w:p>
    <w:p>
      <w:pPr>
        <w:spacing w:after="80"/>
        <w:ind w:firstLine="454"/>
        <w:jc w:val="both"/>
      </w:pPr>
      <w:r>
        <w:t>f) Mahkûm olup da gözaltı ve tutuklulukta geçirdiği süreleri, hükümlülük sürelerinden fazla olan veya işlediği suç için kanunda öngörülen cezanın sadece para cezası olması nedeniyle zorunlu olarak bu cezayla cezalandırılan,</w:t>
      </w:r>
    </w:p>
    <w:p>
      <w:pPr>
        <w:spacing w:after="80"/>
        <w:ind w:firstLine="454"/>
        <w:jc w:val="both"/>
      </w:pPr>
      <w:r>
        <w:t>g) Yakalama veya tutuklama nedenleri ve haklarındaki suçlamalar kendilerine, yazıyla veya bunun hemen olanaklı bulunmadığı hâllerde sözle açıklanmayan,</w:t>
      </w:r>
    </w:p>
    <w:p>
      <w:pPr>
        <w:spacing w:after="80"/>
        <w:ind w:firstLine="454"/>
        <w:jc w:val="both"/>
      </w:pPr>
      <w:r>
        <w:t>h) Yakalanmaları veya tutuklanmaları yakınlarına bildirilmeyen,</w:t>
      </w:r>
    </w:p>
    <w:p>
      <w:pPr>
        <w:spacing w:after="80"/>
        <w:ind w:firstLine="454"/>
        <w:jc w:val="both"/>
      </w:pPr>
      <w:r>
        <w:t>i) Hakkındaki arama kararı ölçüsüz bir şekilde gerçekleştirilen,</w:t>
      </w:r>
    </w:p>
    <w:p>
      <w:pPr>
        <w:spacing w:after="80"/>
        <w:ind w:firstLine="454"/>
        <w:jc w:val="both"/>
      </w:pPr>
      <w:r>
        <w:t>j) Eşyasına veya diğer malvarlığı değerlerine, koşulları oluşmadığı halde elkonulan veya korunması için gerekli tedbirler alınmayan ya da eşyası veya diğer malvarlığı değerleri amaç dışı kullanılan veya zamanında geri verilmeyen,</w:t>
      </w:r>
    </w:p>
    <w:p>
      <w:pPr>
        <w:spacing w:after="80"/>
        <w:ind w:firstLine="454"/>
        <w:jc w:val="both"/>
      </w:pPr>
      <w:r>
        <w:t xml:space="preserve">k) </w:t>
      </w:r>
      <w:r>
        <w:rPr>
          <w:color w:val="666666"/>
          <w:sz w:val="17"/>
        </w:rPr>
        <w:t>(Ek: 11/4/2013-6459/17 md.)</w:t>
      </w:r>
      <w:r>
        <w:t xml:space="preserve"> Yakalama, adli kontrol veya tutuklama işlemine karşı Kanunda öngörülen başvuru imkânlarından yararlandırılmayan,50</w:t>
      </w:r>
    </w:p>
    <w:p>
      <w:pPr>
        <w:spacing w:after="80"/>
        <w:ind w:firstLine="454"/>
        <w:jc w:val="both"/>
      </w:pPr>
      <w:r>
        <w:t xml:space="preserve">l) </w:t>
      </w:r>
      <w:r>
        <w:rPr>
          <w:color w:val="666666"/>
          <w:sz w:val="17"/>
        </w:rPr>
        <w:t>(Ek:2/3/2024-7499/12 md.)</w:t>
      </w:r>
      <w:r>
        <w:t xml:space="preserve"> Konutunu terk etmemek veya uyuşturucu, uyarıcı veya uçucu maddeler ile alkol bağımlılığından arınmak amacıyla hastaneye yatmak dâhil, tedavi veya muayene tedbirlerine tâbi olmak ve bunları kabul etmek şeklindeki adli kontrol yükümlülükleri uygulandıktan sonra haklarında kovuşturmaya yer olmadığına veya beraatlerine karar verilen,</w:t>
      </w:r>
    </w:p>
    <w:p>
      <w:pPr>
        <w:spacing w:after="80"/>
        <w:ind w:firstLine="454"/>
        <w:jc w:val="both"/>
      </w:pPr>
      <w:r>
        <w:t>Kişiler, maddî ve manevî her türlü zararlarını, Devletten isteyebilirler.</w:t>
      </w:r>
    </w:p>
    <w:p>
      <w:pPr>
        <w:spacing w:after="80"/>
        <w:ind w:firstLine="454"/>
        <w:jc w:val="both"/>
      </w:pPr>
      <w:r>
        <w:t>(2) Birinci fıkranın (e), (f) ve (l) bentlerinde belirtilen kararları veren merciler, ilgiliye tazminat hakları bulunduğunu bildirirler ve bu husus verilen karara geçirilir.50</w:t>
      </w:r>
    </w:p>
    <w:p>
      <w:pPr>
        <w:spacing w:after="80"/>
        <w:ind w:firstLine="454"/>
        <w:jc w:val="both"/>
      </w:pPr>
      <w:r>
        <w:t xml:space="preserve">(3) </w:t>
      </w:r>
      <w:r>
        <w:rPr>
          <w:color w:val="666666"/>
          <w:sz w:val="17"/>
        </w:rPr>
        <w:t>(Ek:18/6/2014-6545/70 md.)</w:t>
      </w:r>
      <w:r>
        <w:t xml:space="preserve"> Birinci fıkrada yazan hâller dışında, suç soruşturması veya kovuşturması sırasında kişisel kusur, haksız fiil veya diğer sorumluluk hâlleri de dâhil olmak üzere hâkimler ve Cumhuriyet savcılarının verdikleri kararlar veya yaptıkları işlemler nedeniyle tazminat davaları ancak Devlet aleyhine açılabilir.</w:t>
      </w:r>
    </w:p>
    <w:p>
      <w:pPr>
        <w:spacing w:after="80"/>
        <w:ind w:firstLine="454"/>
        <w:jc w:val="both"/>
      </w:pPr>
      <w:r>
        <w:t xml:space="preserve">(4) </w:t>
      </w:r>
      <w:r>
        <w:rPr>
          <w:color w:val="666666"/>
          <w:sz w:val="17"/>
        </w:rPr>
        <w:t>(Ek:18/6/2014-6545/70 md.)</w:t>
      </w:r>
      <w:r>
        <w:t xml:space="preserve"> Devlet, ödediği tazminattan dolayı görevinin gereklerine aykırı hareket etmek suretiyle görevini kötüye kullanan hâkimler ve Cumhuriyet savcılarına bir yıl içinde rücu eder.</w:t>
      </w:r>
    </w:p>
    <w:p>
      <w:pPr>
        <w:keepNext/>
        <w:spacing w:before="200" w:after="40"/>
      </w:pPr>
      <w:r>
        <w:rPr>
          <w:b/>
        </w:rPr>
        <w:t>Tazminat isteminin koşulları</w:t>
      </w:r>
    </w:p>
    <w:p>
      <w:pPr>
        <w:spacing w:after="80"/>
        <w:ind w:firstLine="454"/>
        <w:jc w:val="both"/>
      </w:pPr>
      <w:r>
        <w:rPr>
          <w:b/>
        </w:rPr>
        <w:t xml:space="preserve">MADDE 142 – </w:t>
      </w:r>
      <w:r>
        <w:t>(1) Karar veya hükümlerin kesinleştiğinin ilgilisine tebliğinden itibaren üç ay ve her hâlde karar veya hükümlerin kesinleşme tarihini izleyen bir yıl içinde tazminat isteminde bulunulabilir.</w:t>
      </w:r>
    </w:p>
    <w:p>
      <w:pPr>
        <w:spacing w:after="80"/>
        <w:ind w:firstLine="454"/>
        <w:jc w:val="both"/>
      </w:pPr>
      <w:r>
        <w:t xml:space="preserve">(2) İstem, zarara uğrayanın oturduğu yer ağır ceza mahkemesinde ve eğer o yer ağır ceza mahkemesi tazminat konusu işlemle ilişkili ise ve aynı yerde başka bir ağır ceza dairesi yoksa, en yakın yer ağır ceza mahkemesinde karara bağlanır. </w:t>
      </w:r>
      <w:r>
        <w:rPr>
          <w:color w:val="666666"/>
          <w:sz w:val="17"/>
        </w:rPr>
        <w:t>(Ek cümleler:2/3/2024-7499/13 md.)</w:t>
      </w:r>
      <w:r>
        <w:t xml:space="preserve"> Ancak, 141 inci maddenin birinci fıkrasının (e), (f) ve (l) bentleri kapsamındaki istemler bakımından 9/1/2013 tarihli ve 6384 sayılı Tazminat Komisyonunun Görevleri ile Çalışma Usul ve Esasları Hakkında Kanun hükümleri uygulanır. Bu fıkra uyarınca 6384 sayılı Kanun kapsamında olmasına rağmen ağır ceza mahkemesine yapılan istemler, Komisyona gönderilir. Ağır ceza mahkemesinin görev alanına giren ve girmeyen istemler birlikte yapılmış ise ağır ceza mahkemesi görev alanına girmeyen istemleri ayırmak suretiyle Komisyona gönderir. Bu hâllerde ağır ceza mahkemesine yapılan istem tarihi esas alınır.</w:t>
      </w:r>
    </w:p>
    <w:p>
      <w:pPr>
        <w:spacing w:after="80"/>
        <w:ind w:firstLine="454"/>
        <w:jc w:val="both"/>
      </w:pPr>
      <w:r>
        <w:t>(3) Tazminat isteminde bulunan kişinin dilekçesine, açık kimlik ve adresini, zarara uğradığı işlemin ve zararın nitelik ve niceliğini kaydetmesi ve bunların belgelerini eklemesi gereklidir.</w:t>
      </w:r>
    </w:p>
    <w:p>
      <w:pPr>
        <w:spacing w:after="80"/>
        <w:ind w:firstLine="454"/>
        <w:jc w:val="both"/>
      </w:pPr>
      <w:r>
        <w:t>(4) Dilekçesindeki bilgi ve belgelerin yetersizliği durumunda mahkeme, eksikliğin bir ay içinde giderilmesini, aksi hâlde istemin reddedileceğini ilgiliye duyurur. Süresinde eksiği tamamlanmayan dilekçe, mahkemece, itiraz yolu açık olmak üzere reddolunur.</w:t>
      </w:r>
    </w:p>
    <w:p>
      <w:pPr>
        <w:spacing w:after="80"/>
        <w:ind w:firstLine="454"/>
        <w:jc w:val="both"/>
      </w:pPr>
      <w:r>
        <w:t>(5) Mahkeme, dosyayı inceledikten sonra yeterliliğini belirlediği dilekçe ve eki belgelerin bir örneğini Devlet Hazinesinin kendi yargı çevresindeki temsilcisine tebliğ ederek, varsa beyan ve itirazlarını iki hafta içinde yazılı olarak bildirmesini ister.</w:t>
      </w:r>
    </w:p>
    <w:p>
      <w:pPr>
        <w:spacing w:after="80"/>
        <w:ind w:firstLine="454"/>
        <w:jc w:val="both"/>
      </w:pPr>
      <w:r>
        <w:t>(6) İstemin ve ispat belgelerinin değerlendirilmesinde ve tazminat hukukunun genel prensiplerine göre verilecek tazminat miktarının saptanmasında mahkeme gerekli gördüğü her türlü araştırmayı yapmaya veya hâkimlerinden birine yaptırmaya yetkilidir.</w:t>
      </w:r>
    </w:p>
    <w:p>
      <w:pPr>
        <w:spacing w:after="80"/>
        <w:ind w:firstLine="454"/>
        <w:jc w:val="both"/>
      </w:pPr>
      <w:r>
        <w:t xml:space="preserve">(7) </w:t>
      </w:r>
      <w:r>
        <w:rPr>
          <w:color w:val="666666"/>
          <w:sz w:val="17"/>
        </w:rPr>
        <w:t>(Değişik: 25/5/2005 - 5353/20 md.)</w:t>
      </w:r>
      <w:r>
        <w:t xml:space="preserve"> Mahkeme, kararını duruşmalı olarak verir. İstemde bulunan ile Hazine temsilcisi, açıklamalı çağrı kâğıdı tebliğine rağmen gelmezlerse, yokluklarında karar verilebilir.</w:t>
      </w:r>
    </w:p>
    <w:p>
      <w:pPr>
        <w:spacing w:after="80"/>
        <w:ind w:firstLine="454"/>
        <w:jc w:val="both"/>
      </w:pPr>
      <w:r>
        <w:t xml:space="preserve">(8) Karara karşı, istemde bulunan, Cumhuriyet savcısı veya Hazine temsilcisi, istinaf yoluna başvurabilir; inceleme öncelikle ve ivedilikle yapılır. </w:t>
      </w:r>
      <w:r>
        <w:rPr>
          <w:color w:val="666666"/>
          <w:sz w:val="17"/>
        </w:rPr>
        <w:t>(Ek cümleler:2/3/2024-7499/13 md.)</w:t>
      </w:r>
      <w:r>
        <w:t xml:space="preserve"> Karar yerinde görülmezse bölge adliye mahkemesince işin esası hakkında karar verilir. Bölge adliye mahkemelerince bu fıkra uyarınca verilen kararlar kesindir.</w:t>
      </w:r>
    </w:p>
    <w:p>
      <w:pPr>
        <w:spacing w:after="80"/>
        <w:ind w:firstLine="454"/>
        <w:jc w:val="both"/>
      </w:pPr>
      <w:r>
        <w:t xml:space="preserve">(9) </w:t>
      </w:r>
      <w:r>
        <w:rPr>
          <w:color w:val="666666"/>
          <w:sz w:val="17"/>
        </w:rPr>
        <w:t>(Ek: 15/8/2017-KHK-694/144 md.; Aynen kabul: 1/2/2018-7078/139 md.)</w:t>
      </w:r>
      <w:r>
        <w:t xml:space="preserve"> Tazminat davaları nedeniyle Avukatlık Asgari Ücret Tarifesi gereğince hesaplanan nisbî avukatlık ücreti ödenir. Ancak, ödenecek miktar Tarifede sulh ceza hâkimliklerinde takip edilen işler için belirlenen maktu ücretten az, ağır ceza mahkemelerinde takip edilen davalar için belirlenen maktu ücretten fazla olamaz.</w:t>
      </w:r>
    </w:p>
    <w:p>
      <w:pPr>
        <w:spacing w:after="80"/>
        <w:ind w:firstLine="454"/>
        <w:jc w:val="both"/>
      </w:pPr>
      <w:r>
        <w:t xml:space="preserve">(10) </w:t>
      </w:r>
      <w:r>
        <w:rPr>
          <w:color w:val="666666"/>
          <w:sz w:val="17"/>
        </w:rPr>
        <w:t>(Ek: 15/8/2017-KHK-694/144 md.; Aynen kabul: 1/2/2018-7078/139 md.)</w:t>
      </w:r>
      <w:r>
        <w:t xml:space="preserve"> Tazminata ilişkin mahkeme kararları, kesinleşmeden ve idari başvuru süreci tamamlanmadan icra takibine konulamaz. Kesinleşen mahkeme kararında hükmedilen tazminat ile vekâlet ücreti, davacı veya vekilinin davalı idareye yazılı şekilde bildireceği banka hesap numarasına, bu bildirimin yapıldığı tarihten itibaren otuz gün içinde ödenir. Bu süre içinde ödeme yapılmaması halinde, karar genel hükümler dairesinde infaz ve icra olunur.</w:t>
      </w:r>
    </w:p>
    <w:p>
      <w:pPr>
        <w:keepNext/>
        <w:spacing w:before="200" w:after="40"/>
      </w:pPr>
      <w:r>
        <w:rPr>
          <w:b/>
        </w:rPr>
        <w:t>Tazminatın geri alınması</w:t>
      </w:r>
    </w:p>
    <w:p>
      <w:pPr>
        <w:spacing w:after="80"/>
        <w:ind w:firstLine="454"/>
        <w:jc w:val="both"/>
      </w:pPr>
      <w:r>
        <w:rPr>
          <w:b/>
        </w:rPr>
        <w:t xml:space="preserve">MADDE 143 – </w:t>
      </w:r>
      <w:r>
        <w:t>(1) Kovuşturmaya yer olmadığına ilişkin kararı sonradan kaldırılarak, hakkında kamu davası açılan ve mahkûm edilenlerle, yargılamanın aleyhte yenilenmesiyle beraat kararı kaldırılıp mahkûm edilenlere ödenmiş tazminatların mahkûmiyet süresine ilişkin kısmı, Cumhuriyet savcısının yazılı istemi ile aynı mahkemeden alınacak kararla kamu alacaklarının tahsiline ilişkin mevzuat hükümleri uygulanarak geri alınır. Bu karara itiraz edilebilir.</w:t>
      </w:r>
    </w:p>
    <w:p>
      <w:pPr>
        <w:spacing w:after="80"/>
        <w:ind w:firstLine="454"/>
        <w:jc w:val="both"/>
      </w:pPr>
      <w:r>
        <w:t xml:space="preserve">(2) </w:t>
      </w:r>
      <w:r>
        <w:rPr>
          <w:color w:val="666666"/>
          <w:sz w:val="17"/>
        </w:rPr>
        <w:t>(Mülga: 18/6/2014 - 6545/103 md.)</w:t>
      </w:r>
    </w:p>
    <w:p>
      <w:pPr>
        <w:spacing w:after="80"/>
        <w:ind w:firstLine="454"/>
        <w:jc w:val="both"/>
      </w:pPr>
      <w:r>
        <w:t>(3) İftira konusunu oluşturan suç veya yalan tanıklık nedeniyle gözaltına alınma ve tutuklama halinde; Devlet, iftira eden veya yalan tanıklıkta bulunan kişiye de rücu eder.</w:t>
      </w:r>
    </w:p>
    <w:p>
      <w:pPr>
        <w:keepNext/>
        <w:spacing w:before="200" w:after="40"/>
      </w:pPr>
      <w:r>
        <w:rPr>
          <w:b/>
        </w:rPr>
        <w:t>Tazminat isteyemeyecek kişiler</w:t>
      </w:r>
    </w:p>
    <w:p>
      <w:pPr>
        <w:spacing w:after="80"/>
        <w:ind w:firstLine="454"/>
        <w:jc w:val="both"/>
      </w:pPr>
      <w:r>
        <w:rPr>
          <w:b/>
        </w:rPr>
        <w:t xml:space="preserve">MADDE 144 – </w:t>
      </w:r>
      <w:r>
        <w:t>(1) Kanuna uygun olarak yakalanan, adli kontrol altına alınan veya tutuklanan kişilerden aşağıda belirtilenler tazminat isteyemezler:</w:t>
      </w:r>
    </w:p>
    <w:p>
      <w:pPr>
        <w:spacing w:after="80"/>
        <w:ind w:firstLine="454"/>
        <w:jc w:val="both"/>
      </w:pPr>
      <w:r>
        <w:t xml:space="preserve">a) </w:t>
      </w:r>
      <w:r>
        <w:rPr>
          <w:color w:val="666666"/>
          <w:sz w:val="17"/>
        </w:rPr>
        <w:t>(Mülga: 11/4/2013-6459/18 md.)</w:t>
      </w:r>
    </w:p>
    <w:p>
      <w:pPr>
        <w:spacing w:after="80"/>
        <w:ind w:firstLine="454"/>
        <w:jc w:val="both"/>
      </w:pPr>
      <w:r>
        <w:t>b) Tazminata hak kazanmadığı hâlde, sonradan yürürlüğe giren ve lehte düzenlemeler getiren kanun gereği, durumları tazminat istemeye uygun hâle dönüşenler.</w:t>
      </w:r>
    </w:p>
    <w:p>
      <w:pPr>
        <w:spacing w:after="80"/>
        <w:ind w:firstLine="454"/>
        <w:jc w:val="both"/>
      </w:pPr>
      <w:r>
        <w:t>c) Genel veya özel af, şikâyetten vazgeçme, uzlaşma gibi nedenlerle hakkında kovuşturmaya yer olmadığına veya davanın düşmesine karar verilen veya kamu davası geçici olarak durdurulan veya kamu davası ertelenen veya düşürülenler.</w:t>
      </w:r>
    </w:p>
    <w:p>
      <w:pPr>
        <w:spacing w:after="80"/>
        <w:ind w:firstLine="454"/>
        <w:jc w:val="both"/>
      </w:pPr>
      <w:r>
        <w:t>d) Kusur yeteneğinin bulunmaması nedeniyle hakkında ceza verilmesine yer olmadığına karar verilenler.</w:t>
      </w:r>
    </w:p>
    <w:p>
      <w:pPr>
        <w:spacing w:after="80"/>
        <w:ind w:firstLine="454"/>
        <w:jc w:val="both"/>
      </w:pPr>
      <w:r>
        <w:t>e) Adlî makamlar huzurunda gerçek dışı beyanla suç işlediğini veya suça katıldığını bildirerek gözaltına alınmasına, adli kontrol altına alınmasına veya tutuklanmasına neden olanlar.52</w:t>
      </w:r>
    </w:p>
    <w:p>
      <w:pPr>
        <w:spacing w:before="360"/>
        <w:jc w:val="center"/>
      </w:pPr>
      <w:r>
        <w:rPr>
          <w:b/>
          <w:sz w:val="24"/>
        </w:rPr>
        <w:t>BEŞINCI KISIM</w:t>
        <w:br/>
        <w:t>İfade ve Sorgu</w:t>
      </w:r>
    </w:p>
    <w:p>
      <w:pPr>
        <w:spacing w:before="360"/>
        <w:jc w:val="center"/>
      </w:pPr>
      <w:r>
        <w:rPr>
          <w:b/>
          <w:sz w:val="24"/>
        </w:rPr>
        <w:t>BIRINCI BÖLÜM</w:t>
        <w:br/>
        <w:t>İfade veya Sorgu İçin Çağrı</w:t>
      </w:r>
    </w:p>
    <w:p>
      <w:pPr>
        <w:keepNext/>
        <w:spacing w:before="200" w:after="40"/>
      </w:pPr>
      <w:r>
        <w:rPr>
          <w:b/>
        </w:rPr>
        <w:t>İfade veya sorgu için çağrı</w:t>
      </w:r>
    </w:p>
    <w:p>
      <w:pPr>
        <w:spacing w:after="80"/>
        <w:ind w:firstLine="454"/>
        <w:jc w:val="both"/>
      </w:pPr>
      <w:r>
        <w:rPr>
          <w:b/>
        </w:rPr>
        <w:t xml:space="preserve">MADDE 145 – </w:t>
      </w:r>
      <w:r>
        <w:t>(1) İfadesi alınacak veya sorgusu yapılacak kişi davetiye ile çağrılır; çağrılma nedeni açıkça belirtilir; gelmezse zorla getirileceği yazılır.</w:t>
      </w:r>
    </w:p>
    <w:p>
      <w:pPr>
        <w:keepNext/>
        <w:spacing w:before="200" w:after="40"/>
      </w:pPr>
      <w:r>
        <w:rPr>
          <w:b/>
        </w:rPr>
        <w:t>Zorla getirme</w:t>
      </w:r>
    </w:p>
    <w:p>
      <w:pPr>
        <w:spacing w:after="80"/>
        <w:ind w:firstLine="454"/>
        <w:jc w:val="both"/>
      </w:pPr>
      <w:r>
        <w:rPr>
          <w:b/>
        </w:rPr>
        <w:t xml:space="preserve">MADDE 146 – </w:t>
      </w:r>
      <w:r>
        <w:t xml:space="preserve">(1) </w:t>
      </w:r>
      <w:r>
        <w:rPr>
          <w:color w:val="666666"/>
          <w:sz w:val="17"/>
        </w:rPr>
        <w:t>(Değişik: 6/12/2006 – 5560/20 md.)</w:t>
      </w:r>
      <w:r>
        <w:t xml:space="preserve"> Hakkında tutuklama kararı verilmesi veya yakalama emri düzenlenmesi için yeterli nedenler bulunan veya 145 inci maddeye göre çağrıldığı halde gelmeyen şüpheli veya sanığın zorla getirilmesine karar verilebilir.</w:t>
      </w:r>
    </w:p>
    <w:p>
      <w:pPr>
        <w:spacing w:after="80"/>
        <w:ind w:firstLine="454"/>
        <w:jc w:val="both"/>
      </w:pPr>
      <w:r>
        <w:t>(2) Zorla getirme kararı, şüpheli veya sanığın açıkça kim olduğunu, kendisiyle ilgili suçu, gerektiğinde eşkâlini ve zorla getirilmesi nedenlerini içerir.</w:t>
      </w:r>
    </w:p>
    <w:p>
      <w:pPr>
        <w:spacing w:after="80"/>
        <w:ind w:firstLine="454"/>
        <w:jc w:val="both"/>
      </w:pPr>
      <w:r>
        <w:t>(3) Zorla getirme kararının bir örneği şüpheli veya sanığa verilir.</w:t>
      </w:r>
    </w:p>
    <w:p>
      <w:pPr>
        <w:spacing w:after="80"/>
        <w:ind w:firstLine="454"/>
        <w:jc w:val="both"/>
      </w:pPr>
      <w:r>
        <w:t xml:space="preserve">(4) </w:t>
      </w:r>
      <w:r>
        <w:rPr>
          <w:color w:val="666666"/>
          <w:sz w:val="17"/>
        </w:rPr>
        <w:t>(Değişik: 6/12/2006 – 5560/20 md.)</w:t>
      </w:r>
      <w:r>
        <w:t xml:space="preserve"> Zorla getirme kararı ile çağrılan şüpheli veya sanık derhal, olanak bulunmadığında yol süresi hariç en geç yirmidört saat içinde çağıran hâkimin, mahkemenin veya Cumhuriyet savcısının önüne götürülür ve sorguya çekilir veya ifadesi alınır.</w:t>
      </w:r>
    </w:p>
    <w:p>
      <w:pPr>
        <w:spacing w:after="80"/>
        <w:ind w:firstLine="454"/>
        <w:jc w:val="both"/>
      </w:pPr>
      <w:r>
        <w:t xml:space="preserve">(5) </w:t>
      </w:r>
      <w:r>
        <w:rPr>
          <w:color w:val="666666"/>
          <w:sz w:val="17"/>
        </w:rPr>
        <w:t>(Değişik: 6/12/2006 – 5560/20 md.)</w:t>
      </w:r>
      <w:r>
        <w:t xml:space="preserve"> Zorla getirme, bunun için haklı görülecek bir zamanda başlar ve hâkim, mahkeme veya Cumhuriyet savcısı tarafından, sorguya çekilmenin veya ifade almanın sonuna kadar devam eder.</w:t>
      </w:r>
    </w:p>
    <w:p>
      <w:pPr>
        <w:spacing w:after="80"/>
        <w:ind w:firstLine="454"/>
        <w:jc w:val="both"/>
      </w:pPr>
      <w:r>
        <w:t>(6) Zorla getirme kararının yerine getirilememesinin nedenleri, köy veya mahalle muhtarı ile kolluk görevlisinin birlikte imzalayacakları bir tutanakla saptanır.</w:t>
      </w:r>
    </w:p>
    <w:p>
      <w:pPr>
        <w:spacing w:after="80"/>
        <w:ind w:firstLine="454"/>
        <w:jc w:val="both"/>
      </w:pPr>
      <w:r>
        <w:t xml:space="preserve">(7) </w:t>
      </w:r>
      <w:r>
        <w:rPr>
          <w:color w:val="666666"/>
          <w:sz w:val="17"/>
        </w:rPr>
        <w:t>(Ek: 6/12/2006 – 5560/20 md.)</w:t>
      </w:r>
      <w:r>
        <w:t xml:space="preserve"> Çağrıya rağmen gelmeyen tanık, bilirkişi, mağdur ve şikâyetçi ile ilgili olarak da zorla getirme kararı verilebilir.</w:t>
      </w:r>
    </w:p>
    <w:p>
      <w:pPr>
        <w:spacing w:before="360"/>
        <w:jc w:val="center"/>
      </w:pPr>
      <w:r>
        <w:rPr>
          <w:b/>
          <w:sz w:val="24"/>
        </w:rPr>
        <w:t>İKINCI BÖLÜM</w:t>
        <w:br/>
        <w:t>İfade ve Sorgu Usulü</w:t>
      </w:r>
    </w:p>
    <w:p>
      <w:pPr>
        <w:keepNext/>
        <w:spacing w:before="200" w:after="40"/>
      </w:pPr>
      <w:r>
        <w:rPr>
          <w:b/>
        </w:rPr>
        <w:t>İfade ve sorgunun tarzı</w:t>
      </w:r>
    </w:p>
    <w:p>
      <w:pPr>
        <w:spacing w:after="80"/>
        <w:ind w:firstLine="454"/>
        <w:jc w:val="both"/>
      </w:pPr>
      <w:r>
        <w:rPr>
          <w:b/>
        </w:rPr>
        <w:t xml:space="preserve">MADDE 147 – </w:t>
      </w:r>
      <w:r>
        <w:t>(1) Şüphelinin veya sanığın ifadesinin alınmasında veya sorguya çekilmesinde aşağıdaki hususlara uyulur:</w:t>
      </w:r>
    </w:p>
    <w:p>
      <w:pPr>
        <w:spacing w:after="80"/>
        <w:ind w:firstLine="454"/>
        <w:jc w:val="both"/>
      </w:pPr>
      <w:r>
        <w:t>a) Şüpheli veya sanığın kimliği saptanır. Şüpheli veya sanık, kimliğine ilişkin soruları doğru olarak cevaplandırmakla yükümlüdür.</w:t>
      </w:r>
    </w:p>
    <w:p>
      <w:pPr>
        <w:spacing w:after="80"/>
        <w:ind w:firstLine="454"/>
        <w:jc w:val="both"/>
      </w:pPr>
      <w:r>
        <w:t>b) Kendisine yüklenen suç anlatılır.</w:t>
      </w:r>
    </w:p>
    <w:p>
      <w:pPr>
        <w:spacing w:after="80"/>
        <w:ind w:firstLine="454"/>
        <w:jc w:val="both"/>
      </w:pPr>
      <w:r>
        <w:t>c) Müdafi seçme hakkının bulunduğu ve onun hukukî yardımından yararlanabileceği, müdafiin ifade veya sorgusunda hazır bulunabileceği, kendisine bildirilir. Müdafi seçecek durumda olmadığı ve bir müdafi yardımından faydalanmak istediği takdirde, kendisine baro tarafından bir müdafi görevlendirilir.</w:t>
      </w:r>
    </w:p>
    <w:p>
      <w:pPr>
        <w:spacing w:after="80"/>
        <w:ind w:firstLine="454"/>
        <w:jc w:val="both"/>
      </w:pPr>
      <w:r>
        <w:t>d) 95 inci madde hükmü saklı kalmak üzere, yakalanan kişinin yakınlarından istediğine yakalandığı derhâl bildirilir.</w:t>
      </w:r>
    </w:p>
    <w:p>
      <w:pPr>
        <w:spacing w:after="80"/>
        <w:ind w:firstLine="454"/>
        <w:jc w:val="both"/>
      </w:pPr>
      <w:r>
        <w:t>e) Yüklenen suç hakkında açıklamada bulunmamasının kanunî hakkı olduğu söylenir.</w:t>
      </w:r>
    </w:p>
    <w:p>
      <w:pPr>
        <w:spacing w:after="80"/>
        <w:ind w:firstLine="454"/>
        <w:jc w:val="both"/>
      </w:pPr>
      <w:r>
        <w:t>f) Şüpheden kurtulması için somut delillerin toplanmasını isteyebileceği hatırlatılır ve kendisi aleyhine var olan şüphe nedenlerini ortadan kaldırmak ve lehine olan hususları ileri sürmek olanağı tanınır.</w:t>
      </w:r>
    </w:p>
    <w:p>
      <w:pPr>
        <w:spacing w:after="80"/>
        <w:ind w:firstLine="454"/>
        <w:jc w:val="both"/>
      </w:pPr>
      <w:r>
        <w:t>g) İfade verenin veya sorguya çekilenin kişisel ve ekonomik durumu hakkında bilgi alınır.</w:t>
      </w:r>
    </w:p>
    <w:p>
      <w:pPr>
        <w:spacing w:after="80"/>
        <w:ind w:firstLine="454"/>
        <w:jc w:val="both"/>
      </w:pPr>
      <w:r>
        <w:t>h) İfade ve sorgu işlemlerinin kaydında, teknik imkânlardan yararlanılır.</w:t>
      </w:r>
    </w:p>
    <w:p>
      <w:pPr>
        <w:spacing w:after="80"/>
        <w:ind w:firstLine="454"/>
        <w:jc w:val="both"/>
      </w:pPr>
      <w:r>
        <w:t>i) İfade veya sorgu bir tutanağa bağlanır. Bu tutanakta aşağıda belirtilen hususlar yer alır:</w:t>
      </w:r>
    </w:p>
    <w:p>
      <w:pPr>
        <w:spacing w:after="80"/>
        <w:ind w:firstLine="454"/>
        <w:jc w:val="both"/>
      </w:pPr>
      <w:r>
        <w:t>1. İfade alma veya sorguya çekme işleminin yapıldığı yer ve tarih.</w:t>
      </w:r>
    </w:p>
    <w:p>
      <w:pPr>
        <w:spacing w:after="80"/>
        <w:ind w:firstLine="454"/>
        <w:jc w:val="both"/>
      </w:pPr>
      <w:r>
        <w:t>2. İfade alma veya sorguya çekme sırasında hazır bulunan kişilerin isim ve sıfatları ile ifade veren veya sorguya çekilen kişinin açık kimliği.</w:t>
      </w:r>
    </w:p>
    <w:p>
      <w:pPr>
        <w:spacing w:after="80"/>
        <w:ind w:firstLine="454"/>
        <w:jc w:val="both"/>
      </w:pPr>
      <w:r>
        <w:t>3. İfade almanın veya sorgunun yapılmasında yukarıdaki işlemlerin yerine getirilip getirilmediği, bu işlemler yerine getirilmemiş ise nedenleri.</w:t>
      </w:r>
    </w:p>
    <w:p>
      <w:pPr>
        <w:spacing w:after="80"/>
        <w:ind w:firstLine="454"/>
        <w:jc w:val="both"/>
      </w:pPr>
      <w:r>
        <w:t>4. Tutanak içeriğinin ifade veren veya sorguya çekilen ile hazır olan müdafi tarafından okunduğu ve imzalarının alındığı.</w:t>
      </w:r>
    </w:p>
    <w:p>
      <w:pPr>
        <w:spacing w:after="80"/>
        <w:ind w:firstLine="454"/>
        <w:jc w:val="both"/>
      </w:pPr>
      <w:r>
        <w:t>5. İmzadan çekinme hâlinde bunun nedenleri.</w:t>
      </w:r>
    </w:p>
    <w:p>
      <w:pPr>
        <w:keepNext/>
        <w:spacing w:before="200" w:after="40"/>
      </w:pPr>
      <w:r>
        <w:rPr>
          <w:b/>
        </w:rPr>
        <w:t>İfade alma ve sorguda yasak usuller</w:t>
      </w:r>
    </w:p>
    <w:p>
      <w:pPr>
        <w:spacing w:after="80"/>
        <w:ind w:firstLine="454"/>
        <w:jc w:val="both"/>
      </w:pPr>
      <w:r>
        <w:rPr>
          <w:b/>
        </w:rPr>
        <w:t xml:space="preserve">MADDE 148 – </w:t>
      </w:r>
      <w:r>
        <w:t>(1) Şüphelinin ve sanığın beyanı özgür iradesine dayanmalıdır. Bunu engelleyici nitelikte kötü davranma, işkence, ilâç verme, yorma, aldatma, cebir veya tehditte bulunma, bazı araçları kullanma gibi bedensel veya ruhsal müdahaleler yapılamaz.</w:t>
      </w:r>
    </w:p>
    <w:p>
      <w:pPr>
        <w:spacing w:after="80"/>
        <w:ind w:firstLine="454"/>
        <w:jc w:val="both"/>
      </w:pPr>
      <w:r>
        <w:t>(2) Kanuna aykırı bir yarar vaat edilemez.</w:t>
      </w:r>
    </w:p>
    <w:p>
      <w:pPr>
        <w:spacing w:after="80"/>
        <w:ind w:firstLine="454"/>
        <w:jc w:val="both"/>
      </w:pPr>
      <w:r>
        <w:t>(3) Yasak usullerle elde edilen ifadeler rıza ile verilmiş olsa da delil olarak değerlendirilemez.</w:t>
      </w:r>
    </w:p>
    <w:p>
      <w:pPr>
        <w:spacing w:after="80"/>
        <w:ind w:firstLine="454"/>
        <w:jc w:val="both"/>
      </w:pPr>
      <w:r>
        <w:t>(4) Müdafi hazır bulunmaksızın kollukça alınan ifade, hâkim veya mahkeme huzurunda şüpheli veya sanık tarafından doğrulanmadıkça hükme esas alınamaz.</w:t>
      </w:r>
    </w:p>
    <w:p>
      <w:pPr>
        <w:spacing w:after="80"/>
        <w:ind w:firstLine="454"/>
        <w:jc w:val="both"/>
      </w:pPr>
      <w:r>
        <w:t>(5) Şüphelinin aynı olayla ilgili olarak yeniden ifadesinin alınması ihtiyacı ortaya çıktığında, bu işlem ancak Cumhuriyet savcısı tarafından yapılabilir.</w:t>
      </w:r>
    </w:p>
    <w:p>
      <w:pPr>
        <w:spacing w:before="360"/>
        <w:jc w:val="center"/>
      </w:pPr>
      <w:r>
        <w:rPr>
          <w:b/>
          <w:sz w:val="24"/>
        </w:rPr>
        <w:t>ALTINCI KISIM</w:t>
        <w:br/>
        <w:t>Savunma</w:t>
      </w:r>
    </w:p>
    <w:p>
      <w:pPr>
        <w:spacing w:before="360"/>
        <w:jc w:val="center"/>
      </w:pPr>
      <w:r>
        <w:rPr>
          <w:b/>
          <w:sz w:val="24"/>
        </w:rPr>
        <w:t>BIRINCI BÖLÜM</w:t>
        <w:br/>
        <w:t>Müdafi Seçimi, Görevlendirilmesi, Görev ve Yetkileri</w:t>
      </w:r>
    </w:p>
    <w:p>
      <w:pPr>
        <w:keepNext/>
        <w:spacing w:before="200" w:after="40"/>
      </w:pPr>
      <w:r>
        <w:rPr>
          <w:b/>
        </w:rPr>
        <w:t>Şüphelinin veya sanığın müdafi seçimi</w:t>
      </w:r>
    </w:p>
    <w:p>
      <w:pPr>
        <w:spacing w:after="80"/>
        <w:ind w:firstLine="454"/>
        <w:jc w:val="both"/>
      </w:pPr>
      <w:r>
        <w:rPr>
          <w:b/>
        </w:rPr>
        <w:t xml:space="preserve">MADDE 149 – </w:t>
      </w:r>
      <w:r>
        <w:t>(1) Şüpheli veya sanık, soruşturma ve kovuşturmanın her aşamasında bir veya birden fazla müdafiin yardımından yararlanabilir; kanunî temsilcisi varsa, o da şüpheliye veya sanığa müdafi seçebilir.</w:t>
      </w:r>
    </w:p>
    <w:p>
      <w:pPr>
        <w:spacing w:after="80"/>
        <w:ind w:firstLine="454"/>
        <w:jc w:val="both"/>
      </w:pPr>
      <w:r>
        <w:t xml:space="preserve">(2) Soruşturma evresinde, ifade almada en çok üç avukat hazır bulunabilir. </w:t>
      </w:r>
      <w:r>
        <w:rPr>
          <w:color w:val="666666"/>
          <w:sz w:val="17"/>
        </w:rPr>
        <w:t>(Ek cümle: 3/10/2016-KHK-676/1 md.; Aynen kabul: 1/2/2018-7070/1 md.)</w:t>
      </w:r>
      <w:r>
        <w:t xml:space="preserve"> Örgüt faaliyeti çerçevesinde işlenen suçlar bakımından yürütülen kovuşturmalarda, duruşmada en çok üç avukat hazır bulunabilir.</w:t>
      </w:r>
    </w:p>
    <w:p>
      <w:pPr>
        <w:spacing w:after="80"/>
        <w:ind w:firstLine="454"/>
        <w:jc w:val="both"/>
      </w:pPr>
      <w:r>
        <w:t>(3) Soruşturma ve kovuşturma evrelerinin her aşamasında avukatın, şüpheli veya sanıkla görüşme, ifade alma veya sorgu süresince yanında olma ve hukukî yardımda bulunma hakkı engellenemez, kısıtlanamaz.</w:t>
      </w:r>
    </w:p>
    <w:p>
      <w:pPr>
        <w:keepNext/>
        <w:spacing w:before="200" w:after="40"/>
      </w:pPr>
      <w:r>
        <w:rPr>
          <w:b/>
        </w:rPr>
        <w:t>Müdafiin görevlendirilmesi</w:t>
      </w:r>
    </w:p>
    <w:p>
      <w:pPr>
        <w:spacing w:after="80"/>
        <w:ind w:firstLine="454"/>
        <w:jc w:val="both"/>
      </w:pPr>
      <w:r>
        <w:rPr>
          <w:b/>
        </w:rPr>
        <w:t xml:space="preserve">MADDE 150 – </w:t>
      </w:r>
      <w:r>
        <w:rPr>
          <w:color w:val="666666"/>
          <w:sz w:val="17"/>
        </w:rPr>
        <w:t>(Değişik: 6/12/2006 – 5560/21 md.)</w:t>
      </w:r>
    </w:p>
    <w:p>
      <w:pPr>
        <w:spacing w:after="80"/>
        <w:ind w:firstLine="454"/>
        <w:jc w:val="both"/>
      </w:pPr>
      <w:r>
        <w:t>(1) Şüpheli veya sanıktan kendisine bir müdafi seçmesi istenir. Şüpheli veya sanık, müdafi seçebilecek durumda olmadığını beyan ederse, istemi halinde bir müdafi görevlendirilir.</w:t>
      </w:r>
    </w:p>
    <w:p>
      <w:pPr>
        <w:spacing w:after="80"/>
        <w:ind w:firstLine="454"/>
        <w:jc w:val="both"/>
      </w:pPr>
      <w:r>
        <w:t>(2) Müdafii bulunmayan şüpheli veya sanık; çocuk, kendisini savunamayacak derecede malul veya sağır ve dilsiz ise, istemi aranmaksızın bir müdafi görevlendirilir.</w:t>
      </w:r>
    </w:p>
    <w:p>
      <w:pPr>
        <w:spacing w:after="80"/>
        <w:ind w:firstLine="454"/>
        <w:jc w:val="both"/>
      </w:pPr>
      <w:r>
        <w:t>(3) Alt sınırı beş yıldan fazla hapis cezasını gerektiren suçlardan dolayı yapılan soruşturma ve kovuşturmada ikinci fıkra hükmü uygulanır.</w:t>
      </w:r>
    </w:p>
    <w:p>
      <w:pPr>
        <w:spacing w:after="80"/>
        <w:ind w:firstLine="454"/>
        <w:jc w:val="both"/>
      </w:pPr>
      <w:r>
        <w:t>(4) Zorunlu müdafilikle ilgili diğer hususlar, Türkiye Barolar Birliğinin görüşü alınarak çıkarılacak yönetmelikle düzenlenir.</w:t>
      </w:r>
    </w:p>
    <w:p>
      <w:pPr>
        <w:keepNext/>
        <w:spacing w:before="200" w:after="40"/>
      </w:pPr>
      <w:r>
        <w:rPr>
          <w:b/>
        </w:rPr>
        <w:t>Müdafi görevini yerine getirmediğinde yapılacak işlem ve müdafilik görevinden yasaklanma</w:t>
      </w:r>
    </w:p>
    <w:p>
      <w:pPr>
        <w:spacing w:after="80"/>
        <w:ind w:firstLine="454"/>
        <w:jc w:val="both"/>
      </w:pPr>
      <w:r>
        <w:rPr>
          <w:b/>
        </w:rPr>
        <w:t xml:space="preserve">MADDE 151 – </w:t>
      </w:r>
      <w:r>
        <w:t>(1) 150 nci madde hükmüne göre görevlendirilen müdafi, duruşmada hazır bulunmaz veya vakitsiz olarak duruşmadan çekilir veya görevini yerine getirmekten kaçınırsa, hâkim veya mahkeme derhâl başka bir müdafi görevlendirilmesi için gerekli işlemi yapar. Bu durumda mahkeme oturuma ara verebileceği gibi oturumun ertelenmesine de karar verebilir.</w:t>
      </w:r>
    </w:p>
    <w:p>
      <w:pPr>
        <w:spacing w:after="80"/>
        <w:ind w:firstLine="454"/>
        <w:jc w:val="both"/>
      </w:pPr>
      <w:r>
        <w:t>(2) Eğer yeni müdafi savunmasını hazırlamak için yeterli zaman olmadığını açıklarsa oturum ertelenir.</w:t>
      </w:r>
    </w:p>
    <w:p>
      <w:pPr>
        <w:spacing w:after="80"/>
        <w:ind w:firstLine="454"/>
        <w:jc w:val="both"/>
      </w:pPr>
      <w:r>
        <w:t xml:space="preserve">(3) </w:t>
      </w:r>
      <w:r>
        <w:rPr>
          <w:color w:val="666666"/>
          <w:sz w:val="17"/>
        </w:rPr>
        <w:t>(Ek:25/5/2005 - 5353/22 md.)</w:t>
      </w:r>
      <w:r>
        <w:t xml:space="preserve"> 149 uncu maddeye göre seçilen veya 150 nci maddeye göre görevlendirilen ve Türk Ceza Kanununun 220 ve 314 üncü maddesinde sayılan suçlar ile terör suçlarından şüpheli, sanık veya hükümlü olanların müdafilik veya vekillik görevini üstlenen avukat, hakkında bu fıkrada sayılan suçlar nedeniyle kovuşturma bulunması halinde müdafilik veya vekillik görevini üstlenmekten yasaklanabilir.</w:t>
      </w:r>
    </w:p>
    <w:p>
      <w:pPr>
        <w:spacing w:after="80"/>
        <w:ind w:firstLine="454"/>
        <w:jc w:val="both"/>
      </w:pPr>
      <w:r>
        <w:t xml:space="preserve">(4) </w:t>
      </w:r>
      <w:r>
        <w:rPr>
          <w:color w:val="666666"/>
          <w:sz w:val="17"/>
        </w:rPr>
        <w:t>(Ek:25/5/2005 - 5353/22 md.)</w:t>
      </w:r>
      <w:r>
        <w:t xml:space="preserve"> Cumhuriyet savcısının yasaklamaya ilişkin talebi hakkında, hâkim veya mahkeme tarafından gecikmeksizin karar verilir. Bu kararlara karşı itiraz edilebilir. İtiraz sonucunda yasaklama kararının kaldırılması halinde avukat görevini devam ettirir. Müdafilik görevinden yasaklama kararı, kovuşturma konusu suçla sınırlı olmak üzere, bir yıl süre ile verilebilir. Ancak, kovuşturmanın niteliği itibariyle bu süreler altı aydan fazla olmamak üzere en fazla iki defa uzatılabilir. Soruşturma sonunda kovuşturmaya yer olmadığına dair karar verilmesi veya kovuşturma sonunda mahkûmiyet dışında bir karar verilmesi halinde, kesinleşmesi beklenmeksizin yasaklama kararı kendiliğinden kalkar.</w:t>
      </w:r>
    </w:p>
    <w:p>
      <w:pPr>
        <w:spacing w:after="80"/>
        <w:ind w:firstLine="454"/>
        <w:jc w:val="both"/>
      </w:pPr>
      <w:r>
        <w:t xml:space="preserve">(5) </w:t>
      </w:r>
      <w:r>
        <w:rPr>
          <w:color w:val="666666"/>
          <w:sz w:val="17"/>
        </w:rPr>
        <w:t>(Ek:25/5/2005 - 5353/22 md.)</w:t>
      </w:r>
      <w:r>
        <w:t xml:space="preserve"> Görevden yasaklama kararı, şüpheli, sanık veya hükümlü ile yeni bir müdafi görevlendirilmesi için derhal ilgili baro başkanlığına bildirilir.</w:t>
      </w:r>
    </w:p>
    <w:p>
      <w:pPr>
        <w:spacing w:after="80"/>
        <w:ind w:firstLine="454"/>
        <w:jc w:val="both"/>
      </w:pPr>
      <w:r>
        <w:t xml:space="preserve">(6) </w:t>
      </w:r>
      <w:r>
        <w:rPr>
          <w:color w:val="666666"/>
          <w:sz w:val="17"/>
        </w:rPr>
        <w:t>(Ek:25/5/2005 - 5353/22 md.)</w:t>
      </w:r>
      <w:r>
        <w:t xml:space="preserve"> Müdafi veya vekil görevden yasaklanmış bulunduğu sürece başka davalarla ilgili olsa bile müdafiliğini veya vekilliğini üstlendiği kişiyi ceza infaz kurumunda veya tutukevinde ziyaret edemez.</w:t>
      </w:r>
    </w:p>
    <w:p>
      <w:pPr>
        <w:keepNext/>
        <w:spacing w:before="200" w:after="40"/>
      </w:pPr>
      <w:r>
        <w:rPr>
          <w:b/>
        </w:rPr>
        <w:t>Şüpheli veya sanığın birden fazla olması hâlinde savunma</w:t>
      </w:r>
    </w:p>
    <w:p>
      <w:pPr>
        <w:spacing w:after="80"/>
        <w:ind w:firstLine="454"/>
        <w:jc w:val="both"/>
      </w:pPr>
      <w:r>
        <w:rPr>
          <w:b/>
        </w:rPr>
        <w:t xml:space="preserve">MADDE 152 – </w:t>
      </w:r>
      <w:r>
        <w:t>(1) Yararları birbirine uygun olan birden fazla şüpheli veya sanığın savunması aynı müdafie verilebilir.</w:t>
      </w:r>
    </w:p>
    <w:p>
      <w:pPr>
        <w:keepNext/>
        <w:spacing w:before="200" w:after="40"/>
      </w:pPr>
      <w:r>
        <w:rPr>
          <w:b/>
        </w:rPr>
        <w:t>Müdafiin dosyayı inceleme yetkisi</w:t>
      </w:r>
    </w:p>
    <w:p>
      <w:pPr>
        <w:spacing w:after="80"/>
        <w:ind w:firstLine="454"/>
        <w:jc w:val="both"/>
      </w:pPr>
      <w:r>
        <w:rPr>
          <w:b/>
        </w:rPr>
        <w:t xml:space="preserve">MADDE 153 – </w:t>
      </w:r>
      <w:r>
        <w:rPr>
          <w:color w:val="666666"/>
          <w:sz w:val="17"/>
        </w:rPr>
        <w:t>(Değişik: 2/12/2014-6572/44 md.)</w:t>
      </w:r>
    </w:p>
    <w:p>
      <w:pPr>
        <w:spacing w:after="80"/>
        <w:ind w:firstLine="454"/>
        <w:jc w:val="both"/>
      </w:pPr>
      <w:r>
        <w:t>(1) Müdafi, soruşturma evresinde dosya içeriğini inceleyebilir ve istediği belgelerin bir örneğini harçsız olarak alabilir.</w:t>
      </w:r>
    </w:p>
    <w:p>
      <w:pPr>
        <w:spacing w:after="80"/>
        <w:ind w:firstLine="454"/>
        <w:jc w:val="both"/>
      </w:pPr>
      <w:r>
        <w:t>(2) Müdafiin dosya içeriğini inceleme veya belgelerden örnek alma yetkisi, soruşturmanın amacını tehlikeye düşürebilecek ise Cumhuriyet savcısının istemi üzerine hâkim kararıyla kısıtlanabilir. Bu karar ancak aşağıda sayılan suçlara ilişkin yürütülen soruşturmalarda verilebilir:</w:t>
      </w:r>
    </w:p>
    <w:p>
      <w:pPr>
        <w:spacing w:after="80"/>
        <w:ind w:firstLine="454"/>
        <w:jc w:val="both"/>
      </w:pPr>
      <w:r>
        <w:t>a) 26/9/2004 tarihli ve 5237 sayılı Türk Ceza Kanununda yer alan;</w:t>
      </w:r>
    </w:p>
    <w:p>
      <w:pPr>
        <w:spacing w:after="80"/>
        <w:ind w:firstLine="454"/>
        <w:jc w:val="both"/>
      </w:pPr>
      <w:r>
        <w:t>1. Kasten öldürme (madde 81, 82, 83),</w:t>
      </w:r>
    </w:p>
    <w:p>
      <w:pPr>
        <w:spacing w:after="80"/>
        <w:ind w:firstLine="454"/>
        <w:jc w:val="both"/>
      </w:pPr>
      <w:r>
        <w:t>2. Cinsel saldırı (birinci fıkra hariç, madde 102),</w:t>
      </w:r>
    </w:p>
    <w:p>
      <w:pPr>
        <w:spacing w:after="80"/>
        <w:ind w:firstLine="454"/>
        <w:jc w:val="both"/>
      </w:pPr>
      <w:r>
        <w:t>3. Çocukların cinsel istismarı (madde 103),</w:t>
      </w:r>
    </w:p>
    <w:p>
      <w:pPr>
        <w:spacing w:after="80"/>
        <w:ind w:firstLine="454"/>
        <w:jc w:val="both"/>
      </w:pPr>
      <w:r>
        <w:t>4. Uyuşturucu veya uyarıcı madde imal ve ticareti (madde 188),</w:t>
      </w:r>
    </w:p>
    <w:p>
      <w:pPr>
        <w:spacing w:after="80"/>
        <w:ind w:firstLine="454"/>
        <w:jc w:val="both"/>
      </w:pPr>
      <w:r>
        <w:t>5. Suç işlemek amacıyla örgüt kurma (madde 220),</w:t>
      </w:r>
    </w:p>
    <w:p>
      <w:pPr>
        <w:spacing w:after="80"/>
        <w:ind w:firstLine="454"/>
        <w:jc w:val="both"/>
      </w:pPr>
      <w:r>
        <w:t>6. Devletin Güvenliğine Karşı Suçlar (madde 302, 303, 304, 307, 308),</w:t>
      </w:r>
    </w:p>
    <w:p>
      <w:pPr>
        <w:spacing w:after="80"/>
        <w:ind w:firstLine="454"/>
        <w:jc w:val="both"/>
      </w:pPr>
      <w:r>
        <w:t>7. Anayasal Düzene ve Bu Düzenin İşleyişine Karşı Suçlar (madde 309, 310, 311, 312, 313, 314, 315, 316),</w:t>
      </w:r>
    </w:p>
    <w:p>
      <w:pPr>
        <w:spacing w:after="80"/>
        <w:ind w:firstLine="454"/>
        <w:jc w:val="both"/>
      </w:pPr>
      <w:r>
        <w:t>8. Devlet Sırlarına Karşı Suçlar ve Casusluk (madde 326, 327, 328, 329, 330, 331, 333, 334, 335, 336, 337).</w:t>
      </w:r>
    </w:p>
    <w:p>
      <w:pPr>
        <w:spacing w:after="80"/>
        <w:ind w:firstLine="454"/>
        <w:jc w:val="both"/>
      </w:pPr>
      <w:r>
        <w:t>b) 10/7/1953 tarihli ve 6136 sayılı Ateşli Silahlar ve Bıçaklar ile Diğer Aletler Hakkında Kanunda tanımlanan silah kaçakçılığı (madde 12) suçları.</w:t>
      </w:r>
    </w:p>
    <w:p>
      <w:pPr>
        <w:spacing w:after="80"/>
        <w:ind w:firstLine="454"/>
        <w:jc w:val="both"/>
      </w:pPr>
      <w:r>
        <w:t>c) 19/10/2005 tarihli ve 5411 sayılı Bankacılık Kanununun 160 ıncı maddesinde tanımlanan zimmet suçu.</w:t>
      </w:r>
    </w:p>
    <w:p>
      <w:pPr>
        <w:spacing w:after="80"/>
        <w:ind w:firstLine="454"/>
        <w:jc w:val="both"/>
      </w:pPr>
      <w:r>
        <w:t>d) 21/3/2007 tarihli ve 5607 sayılı Kaçakçılıkla Mücadele Kanununda tanımlanan suçlar.</w:t>
      </w:r>
    </w:p>
    <w:p>
      <w:pPr>
        <w:spacing w:after="80"/>
        <w:ind w:firstLine="454"/>
        <w:jc w:val="both"/>
      </w:pPr>
      <w:r>
        <w:t>(3) Yakalanan kişinin veya şüphelinin ifadesini içeren tutanak ile bilirkişi raporları ve adı geçenlerin hazır bulunmaya yetkili oldukları diğer adli işlemlere ilişkin tutanaklar hakkında, ikinci fıkra hükmü uygulanmaz.</w:t>
      </w:r>
    </w:p>
    <w:p>
      <w:pPr>
        <w:spacing w:after="80"/>
        <w:ind w:firstLine="454"/>
        <w:jc w:val="both"/>
      </w:pPr>
      <w:r>
        <w:t>(4) Müdafi, iddianamenin mahkeme tarafından kabul edildiği tarihten itibaren dosya içeriğini ve muhafaza altına alınmış delilleri inceleyebilir; bütün tutanak ve belgelerin örneklerini harçsız olarak alabilir.</w:t>
      </w:r>
    </w:p>
    <w:p>
      <w:pPr>
        <w:spacing w:after="80"/>
        <w:ind w:firstLine="454"/>
        <w:jc w:val="both"/>
      </w:pPr>
      <w:r>
        <w:t>(5) Bu maddenin içerdiği haklardan suçtan zarar görenin vekili de yararlanır.</w:t>
      </w:r>
    </w:p>
    <w:p>
      <w:pPr>
        <w:keepNext/>
        <w:spacing w:before="200" w:after="40"/>
      </w:pPr>
      <w:r>
        <w:rPr>
          <w:b/>
        </w:rPr>
        <w:t>Müdafi ile görüşme</w:t>
      </w:r>
    </w:p>
    <w:p>
      <w:pPr>
        <w:spacing w:after="80"/>
        <w:ind w:firstLine="454"/>
        <w:jc w:val="both"/>
      </w:pPr>
      <w:r>
        <w:rPr>
          <w:b/>
        </w:rPr>
        <w:t xml:space="preserve">MADDE 154 – </w:t>
      </w:r>
      <w:r>
        <w:t>(1) Şüpheli veya sanık, vekâletname aranmaksızın müdafii ile her zaman ve konuşulanları başkalarının duyamayacağı bir ortamda görüşebilir. Bu kişilerin müdafii ile yazışmaları denetime tâbi tutulamaz.</w:t>
      </w:r>
    </w:p>
    <w:p>
      <w:pPr>
        <w:spacing w:after="80"/>
        <w:ind w:firstLine="454"/>
        <w:jc w:val="both"/>
      </w:pPr>
      <w:r>
        <w:t xml:space="preserve">(2) </w:t>
      </w:r>
      <w:r>
        <w:rPr>
          <w:color w:val="666666"/>
          <w:sz w:val="17"/>
        </w:rPr>
        <w:t>(Ek: 3/10/2016-KHK-676/3 md.; Aynen kabul: 1/2/2018-7070/3 md.)</w:t>
      </w:r>
      <w:r>
        <w:t xml:space="preserve"> Türk Ceza Kanununun İkinci Kitap Dördüncü Kısım Dördüncü, Beşinci, Altıncı ve Yedinci Bölümlerinde tanımlanan suçlar ve Terörle Mücadele Kanunu kapsamına giren suçlar ile örgüt faaliyeti çerçevesinde işlenen uyuşturucu ve uyarıcı madde imâl ve ticareti suçları bakımından gözaltındaki şüphelinin müdafi ile görüşme hakkı Cumhuriyet savcısının istemi üzerine, hâkim kararıyla yirmidört saat süreyle kısıtlanabilir; bu zaman zarfında ifade alınamaz.</w:t>
      </w:r>
    </w:p>
    <w:p>
      <w:pPr>
        <w:keepNext/>
        <w:spacing w:before="200" w:after="40"/>
      </w:pPr>
      <w:r>
        <w:rPr>
          <w:b/>
        </w:rPr>
        <w:t>Kanunî temsilci veya eşin duruşmada hazır bulunması</w:t>
      </w:r>
    </w:p>
    <w:p>
      <w:pPr>
        <w:spacing w:after="80"/>
        <w:ind w:firstLine="454"/>
        <w:jc w:val="both"/>
      </w:pPr>
      <w:r>
        <w:rPr>
          <w:b/>
        </w:rPr>
        <w:t xml:space="preserve">MADDE 155 – </w:t>
      </w:r>
      <w:r>
        <w:t>(1) Sanığın kanunî temsilcisine duruşma gün ve saati bildirilir ve duruşmaya kabul edilerek istemi üzerine dinlenebilir.</w:t>
      </w:r>
    </w:p>
    <w:p>
      <w:pPr>
        <w:spacing w:after="80"/>
        <w:ind w:firstLine="454"/>
        <w:jc w:val="both"/>
      </w:pPr>
      <w:r>
        <w:t>(2) Sanığın eşi hakkında da tebligat yapılmaksızın birinci fıkra hükmü uygulanır.</w:t>
      </w:r>
    </w:p>
    <w:p>
      <w:pPr>
        <w:keepNext/>
        <w:spacing w:before="200" w:after="40"/>
      </w:pPr>
      <w:r>
        <w:rPr>
          <w:b/>
        </w:rPr>
        <w:t>Müdafiin görevlendirilmesinde usul</w:t>
      </w:r>
    </w:p>
    <w:p>
      <w:pPr>
        <w:spacing w:after="80"/>
        <w:ind w:firstLine="454"/>
        <w:jc w:val="both"/>
      </w:pPr>
      <w:r>
        <w:rPr>
          <w:b/>
        </w:rPr>
        <w:t xml:space="preserve">MADDE 156 – </w:t>
      </w:r>
      <w:r>
        <w:t>(1) 150 nci maddede yazılı olan hâllerde, müdafi;</w:t>
      </w:r>
    </w:p>
    <w:p>
      <w:pPr>
        <w:spacing w:after="80"/>
        <w:ind w:firstLine="454"/>
        <w:jc w:val="both"/>
      </w:pPr>
      <w:r>
        <w:t>a) Soruşturma evresinde, ifadeyi alan merciin veya sorguyu yapan hâkimin istemi üzerine,</w:t>
      </w:r>
    </w:p>
    <w:p>
      <w:pPr>
        <w:spacing w:after="80"/>
        <w:ind w:firstLine="454"/>
        <w:jc w:val="both"/>
      </w:pPr>
      <w:r>
        <w:t>b) Kovuşturma evresinde, mahkemenin istemi üzerine,</w:t>
      </w:r>
    </w:p>
    <w:p>
      <w:pPr>
        <w:spacing w:after="80"/>
        <w:ind w:firstLine="454"/>
        <w:jc w:val="both"/>
      </w:pPr>
      <w:r>
        <w:t>Baro tarafından görevlendirilir.</w:t>
      </w:r>
    </w:p>
    <w:p>
      <w:pPr>
        <w:spacing w:after="80"/>
        <w:ind w:firstLine="454"/>
        <w:jc w:val="both"/>
      </w:pPr>
      <w:r>
        <w:t>(2) Yukarıda belirtilen hâllerde müdafi soruşturmanın veya kovuşturmanın yapıldığı yer barosunca görevlendirilir.</w:t>
      </w:r>
    </w:p>
    <w:p>
      <w:pPr>
        <w:spacing w:after="80"/>
        <w:ind w:firstLine="454"/>
        <w:jc w:val="both"/>
      </w:pPr>
      <w:r>
        <w:t>(3) Şüpheli veya sanığın kendisinin sonradan müdafi seçmesi halinde, baro tarafından görevlendirilen avukatın görevi sona erer.</w:t>
      </w:r>
    </w:p>
    <w:p>
      <w:pPr>
        <w:spacing w:before="360"/>
        <w:jc w:val="center"/>
      </w:pPr>
      <w:r>
        <w:rPr>
          <w:b/>
          <w:sz w:val="24"/>
        </w:rPr>
        <w:t>İKINCI KITAP</w:t>
        <w:br/>
        <w:t>Soruşturma</w:t>
      </w:r>
    </w:p>
    <w:p>
      <w:pPr>
        <w:spacing w:before="360"/>
        <w:jc w:val="center"/>
      </w:pPr>
      <w:r>
        <w:rPr>
          <w:b/>
          <w:sz w:val="24"/>
        </w:rPr>
        <w:t>BIRINCI KISIM</w:t>
        <w:br/>
        <w:t>Suçlara İlişkin İhbarlar ve Soruşturma</w:t>
      </w:r>
    </w:p>
    <w:p>
      <w:pPr>
        <w:spacing w:before="360"/>
        <w:jc w:val="center"/>
      </w:pPr>
      <w:r>
        <w:rPr>
          <w:b/>
          <w:sz w:val="24"/>
        </w:rPr>
        <w:t>BIRINCI BÖLÜM</w:t>
        <w:br/>
        <w:t>Soruşturmanın Gizliliği, Suçların İhbarı</w:t>
      </w:r>
    </w:p>
    <w:p>
      <w:pPr>
        <w:keepNext/>
        <w:spacing w:before="200" w:after="40"/>
      </w:pPr>
      <w:r>
        <w:rPr>
          <w:b/>
        </w:rPr>
        <w:t>Soruşturmanın gizliliği</w:t>
      </w:r>
    </w:p>
    <w:p>
      <w:pPr>
        <w:spacing w:after="80"/>
        <w:ind w:firstLine="454"/>
        <w:jc w:val="both"/>
      </w:pPr>
      <w:r>
        <w:rPr>
          <w:b/>
        </w:rPr>
        <w:t xml:space="preserve">MADDE 157 – </w:t>
      </w:r>
      <w:r>
        <w:t>(1) Kanunun başka hüküm koyduğu hâller saklı kalmak ve savunma haklarına zarar vermemek koşuluyla soruşturma evresindeki usul işlemleri gizlidir.</w:t>
      </w:r>
    </w:p>
    <w:p>
      <w:pPr>
        <w:keepNext/>
        <w:spacing w:before="200" w:after="40"/>
      </w:pPr>
      <w:r>
        <w:rPr>
          <w:b/>
        </w:rPr>
        <w:t>İhbar ve şikâyet</w:t>
      </w:r>
    </w:p>
    <w:p>
      <w:pPr>
        <w:spacing w:after="80"/>
        <w:ind w:firstLine="454"/>
        <w:jc w:val="both"/>
      </w:pPr>
      <w:r>
        <w:rPr>
          <w:b/>
        </w:rPr>
        <w:t xml:space="preserve">MADDE 158 – </w:t>
      </w:r>
      <w:r>
        <w:t>(1) Suça ilişkin ihbar veya şikâyet, Cumhuriyet Başsavcılığına veya kolluk makamlarına yapılabilir.</w:t>
      </w:r>
    </w:p>
    <w:p>
      <w:pPr>
        <w:spacing w:after="80"/>
        <w:ind w:firstLine="454"/>
        <w:jc w:val="both"/>
      </w:pPr>
      <w:r>
        <w:t>(2) Valilik veya kaymakamlığa ya da mahkemeye yapılan ihbar veya şikâyet, ilgili Cumhuriyet Başsavcılığına gönderilir.</w:t>
      </w:r>
    </w:p>
    <w:p>
      <w:pPr>
        <w:spacing w:after="80"/>
        <w:ind w:firstLine="454"/>
        <w:jc w:val="both"/>
      </w:pPr>
      <w:r>
        <w:t>(3) Yurt dışında işlenip ülkede takibi gereken suçlar hakkında Türkiye'nin elçilik ve konsolosluklarına da ihbar veya şikâyette bulunulabilir.</w:t>
      </w:r>
    </w:p>
    <w:p>
      <w:pPr>
        <w:spacing w:after="80"/>
        <w:ind w:firstLine="454"/>
        <w:jc w:val="both"/>
      </w:pPr>
      <w:r>
        <w:t>(4) Bir kamu görevinin yürütülmesiyle bağlantılı olarak işlendiği iddia edilen bir suç nedeniyle, ilgili kurum ve kuruluş idaresine yapılan ihbar veya şikâyet, gecikmeksizin ilgili Cumhuriyet Başsavcılığına gönderilir.</w:t>
      </w:r>
    </w:p>
    <w:p>
      <w:pPr>
        <w:spacing w:after="80"/>
        <w:ind w:firstLine="454"/>
        <w:jc w:val="both"/>
      </w:pPr>
      <w:r>
        <w:t>(5) İhbar veya şikâyet yazılı veya tutanağa geçirilmek üzere sözlü olarak yapılabilir.</w:t>
      </w:r>
    </w:p>
    <w:p>
      <w:pPr>
        <w:spacing w:after="80"/>
        <w:ind w:firstLine="454"/>
        <w:jc w:val="both"/>
      </w:pPr>
      <w:r>
        <w:t xml:space="preserve">(6) </w:t>
      </w:r>
      <w:r>
        <w:rPr>
          <w:color w:val="666666"/>
          <w:sz w:val="17"/>
        </w:rPr>
        <w:t>(Ek: 15/8/2017-KHK-694/145 md.; Aynen kabul: 1/2/2018-7078/140 md.)</w:t>
      </w:r>
      <w:r>
        <w:t xml:space="preserve"> İhbar ve şikâyet konusu fiilin suç oluşturmadığının herhangi bir araştırma yapılmasını gerektirmeksizin açıkça anlaşılması veya ihbar ve şikâyetin soyut ve genel nitelikte olması durumunda soruşturma yapılmasına yer olmadığına karar verilir. Bu durumda şikâyet edilen kişiye şüpheli sıfatı verilemez. Soruşturma yapılmasına yer olmadığına dair karar, varsa ihbarda bulunana veya şikâyetçiye bildirilir ve bu karara karşı 173 üncü maddedeki usule göre itiraz edilebilir. İtirazın kabulü hâlinde Cumhuriyet başsavcılığı soruşturma işlemlerini başlatır. Bu fıkra uyarınca yapılan işlemler ve verilen kararlar, bunlara mahsus bir sisteme kaydedilir. Bu kayıtlar, ancak Cumhuriyet savcısı, hâkim veya mahkeme tarafından görülebilir.</w:t>
      </w:r>
    </w:p>
    <w:p>
      <w:pPr>
        <w:spacing w:after="80"/>
        <w:ind w:firstLine="454"/>
        <w:jc w:val="both"/>
      </w:pPr>
      <w:r>
        <w:t>(7) Yürütülen soruşturma sonucunda kovuşturma evresine geçildikten sonra suçun şikâyete bağlı olduğunun anlaşılması halinde; mağdur açıkça şikâyetten vazgeçmediği takdirde, yargılamaya devam olunur.</w:t>
      </w:r>
    </w:p>
    <w:p>
      <w:pPr>
        <w:keepNext/>
        <w:spacing w:before="200" w:after="40"/>
      </w:pPr>
      <w:r>
        <w:rPr>
          <w:b/>
        </w:rPr>
        <w:t>Şüpheli ölümün ihbarı</w:t>
      </w:r>
    </w:p>
    <w:p>
      <w:pPr>
        <w:spacing w:after="80"/>
        <w:ind w:firstLine="454"/>
        <w:jc w:val="both"/>
      </w:pPr>
      <w:r>
        <w:rPr>
          <w:b/>
        </w:rPr>
        <w:t xml:space="preserve">MADDE 159 – </w:t>
      </w:r>
      <w:r>
        <w:t>(1) Bir ölümün doğal nedenlerden meydana gelmediği kuşkusunu doğuracak bir durumun varlığı veya ölünün kimliğinin belirlenememesi halinde; kolluk görevlisi, köy muhtarı ya da sağlık veya cenaze işleriyle görevli kişiler, durumu derhâl Cumhuriyet Başsavcılığına bildirmekle yükümlüdürler.</w:t>
      </w:r>
    </w:p>
    <w:p>
      <w:pPr>
        <w:spacing w:after="80"/>
        <w:ind w:firstLine="454"/>
        <w:jc w:val="both"/>
      </w:pPr>
      <w:r>
        <w:t>(2) Birinci fıkra kapsamına giren hallerde ölünün gömülmesi ancak Cumhuriyet savcısı tarafından verilecek yazılı izne bağlıdır.</w:t>
      </w:r>
    </w:p>
    <w:p>
      <w:pPr>
        <w:spacing w:before="360"/>
        <w:jc w:val="center"/>
      </w:pPr>
      <w:r>
        <w:rPr>
          <w:b/>
          <w:sz w:val="24"/>
        </w:rPr>
        <w:t>İKINCI BÖLÜM</w:t>
        <w:br/>
        <w:t>Soruşturma İşlemleri</w:t>
      </w:r>
    </w:p>
    <w:p>
      <w:pPr>
        <w:keepNext/>
        <w:spacing w:before="200" w:after="40"/>
      </w:pPr>
      <w:r>
        <w:rPr>
          <w:b/>
        </w:rPr>
        <w:t>Bir suçun işlendiğini öğrenen Cumhuriyet savcısının görevi</w:t>
      </w:r>
    </w:p>
    <w:p>
      <w:pPr>
        <w:spacing w:after="80"/>
        <w:ind w:firstLine="454"/>
        <w:jc w:val="both"/>
      </w:pPr>
      <w:r>
        <w:rPr>
          <w:b/>
        </w:rPr>
        <w:t xml:space="preserve">MADDE 160 – </w:t>
      </w:r>
      <w:r>
        <w:t>(1) Cumhuriyet savcısı, ihbar veya başka bir suretle bir suçun işlendiği izlenimini veren bir hâli öğrenir öğrenmez kamu davasını açmaya yer olup olmadığına karar vermek üzere hemen işin gerçeğini araştırmaya başlar.</w:t>
      </w:r>
    </w:p>
    <w:p>
      <w:pPr>
        <w:spacing w:after="80"/>
        <w:ind w:firstLine="454"/>
        <w:jc w:val="both"/>
      </w:pPr>
      <w:r>
        <w:t>(2) Cumhuriyet savcısı, maddî gerçeğin araştırılması ve adil bir yargılamanın yapılabilmesi için, emrindeki adlî kolluk görevlileri marifetiyle, şüphelinin lehine ve aleyhine olan delilleri toplayarak muhafaza altına almakla ve şüphelinin haklarını korumakla yükümlüdür.</w:t>
      </w:r>
    </w:p>
    <w:p>
      <w:pPr>
        <w:keepNext/>
        <w:spacing w:before="200" w:after="40"/>
      </w:pPr>
      <w:r>
        <w:rPr>
          <w:b/>
        </w:rPr>
        <w:t>Cumhuriyet savcısının görev ve yetkileri</w:t>
      </w:r>
    </w:p>
    <w:p>
      <w:pPr>
        <w:spacing w:after="80"/>
        <w:ind w:firstLine="454"/>
        <w:jc w:val="both"/>
      </w:pPr>
      <w:r>
        <w:rPr>
          <w:b/>
        </w:rPr>
        <w:t xml:space="preserve">MADDE 161 – </w:t>
      </w:r>
      <w:r>
        <w:t>(1) Cumhuriyet savcısı, doğrudan doğruya veya emrindeki adlî kolluk görevlileri aracılığı ile her türlü araştırmayı yapabilir; yukarıdaki maddede yazılı sonuçlara varmak için bütün kamu görevlilerinden her türlü bilgiyi isteyebilir. Cumhuriyet savcısı, adlî görevi gereğince nezdinde görev yaptığı mahkemenin yargı çevresi dışında bir işlem yapmak ihtiyacı ortaya çıkınca, bu hususta o yer Cumhuriyet savcısından söz konusu işlemi yapmasını ister.</w:t>
      </w:r>
    </w:p>
    <w:p>
      <w:pPr>
        <w:spacing w:after="80"/>
        <w:ind w:firstLine="454"/>
        <w:jc w:val="both"/>
      </w:pPr>
      <w:r>
        <w:t>(2) Adlî kolluk görevlileri, elkoydukları olayları, yakalanan kişiler ile uygulanan tedbirleri emrinde çalıştıkları Cumhuriyet savcısına derhâl bildirmek ve bu Cumhuriyet savcısının adliyeye ilişkin bütün emirlerini gecikmeksizin yerine getirmekle yükümlüdür.</w:t>
      </w:r>
    </w:p>
    <w:p>
      <w:pPr>
        <w:spacing w:after="80"/>
        <w:ind w:firstLine="454"/>
        <w:jc w:val="both"/>
      </w:pPr>
      <w:r>
        <w:t xml:space="preserve">(3) Cumhuriyet savcısı, adlî kolluk görevlilerine emirleri yazılı; acele hâllerde, sözlü olarak verir. </w:t>
      </w:r>
      <w:r>
        <w:rPr>
          <w:color w:val="666666"/>
          <w:sz w:val="17"/>
        </w:rPr>
        <w:t>(Ek cümle: 25/5/2005 - 5353/24 md.)</w:t>
      </w:r>
      <w:r>
        <w:t xml:space="preserve"> Sözlü emir, en kısa sürede yazılı olarak da bildirilir.</w:t>
      </w:r>
    </w:p>
    <w:p>
      <w:pPr>
        <w:spacing w:after="80"/>
        <w:ind w:firstLine="454"/>
        <w:jc w:val="both"/>
      </w:pPr>
      <w:r>
        <w:t>(4) Diğer kamu görevlileri de, yürütülmekte olan soruşturma kapsamında ihtiyaç duyulan bilgi ve belgeleri, talep eden Cumhuriyet savcısına vakit geçirmeksizin temin etmekle yükümlüdür.</w:t>
      </w:r>
    </w:p>
    <w:p>
      <w:pPr>
        <w:spacing w:after="80"/>
        <w:ind w:firstLine="454"/>
        <w:jc w:val="both"/>
      </w:pPr>
      <w:r>
        <w:t>(5) Kanun tarafından kendilerine verilen veya kanun dairesinde kendilerinden istenen adliye ile ilgili görev veya işlerde kötüye kullanma veya ihmalleri görülen kamu görevlileri ile Cumhuriyet savcılarının sözlü veya yazılı istem ve emirlerini yapmakta kötüye kullanma veya ihmalleri görülen kolluk âmir ve memurları hakkında Cumhuriyet savcılarınca doğrudan doğruya soruşturma yapılır. Vali ve kaymakamlar hakkında 2.12.1999 tarihli ve 4483 sayılı Memurlar ve Diğer Kamu Görevlilerinin Yargılanması Hakkında Kanun hükümleri, en üst dereceli kolluk amirleri hakkında ise, hâkimlerin görevlerinden dolayı tâbi oldukları yargılama usulü uygulanır.</w:t>
      </w:r>
    </w:p>
    <w:p>
      <w:pPr>
        <w:spacing w:after="80"/>
        <w:ind w:firstLine="454"/>
        <w:jc w:val="both"/>
      </w:pPr>
      <w:r>
        <w:t xml:space="preserve">(6) </w:t>
      </w:r>
      <w:r>
        <w:rPr>
          <w:color w:val="666666"/>
          <w:sz w:val="17"/>
        </w:rPr>
        <w:t>(Değişik: 2/1/2017-KHK-680/9 md.; Aynen kabul: 1/2/2018-7072/8 md.)</w:t>
      </w:r>
      <w:r>
        <w:t xml:space="preserve"> Vali ve kaymakamların kişisel suçları hakkında soruşturma ve kovuşturma yapma yetkisi, ilgilinin görev yaptığı yerin bağlı olduğu bölge adliye mahkemesinin bulunduğu yerdeki il Cumhuriyet başsavcılığı ve aynı yer ağır ceza mahkemesine aittir. Ağır ceza mahkemesinin görevine giren suçüstü hâllerinde soruşturma genel hükümlere göre yapılır.</w:t>
      </w:r>
    </w:p>
    <w:p>
      <w:pPr>
        <w:spacing w:after="80"/>
        <w:ind w:firstLine="454"/>
        <w:jc w:val="both"/>
      </w:pPr>
      <w:r>
        <w:t xml:space="preserve">(7) </w:t>
      </w:r>
      <w:r>
        <w:rPr>
          <w:color w:val="666666"/>
          <w:sz w:val="17"/>
        </w:rPr>
        <w:t>(Ek: 31/3/2011-6217/21 md.)</w:t>
      </w:r>
      <w:r>
        <w:t xml:space="preserve"> Yetkisizlik kararı ile gelen bir soruşturmada Cumhuriyet savcısı, kendisinin de yetkisiz olduğu kanaatine varırsa yetkisizlik kararı verir ve yetkili savcılığın belirlenmesi için soruşturma dosyasını, yargı çevresinde görev yaptığı ağır ceza mahkemesine en yakın ağır ceza mahkemesine gönderir. Mahkemece bu konuda verilen karar kesindir.</w:t>
      </w:r>
    </w:p>
    <w:p>
      <w:pPr>
        <w:spacing w:after="80"/>
        <w:ind w:firstLine="454"/>
        <w:jc w:val="both"/>
      </w:pPr>
      <w:r>
        <w:t xml:space="preserve">(8) </w:t>
      </w:r>
      <w:r>
        <w:rPr>
          <w:color w:val="666666"/>
          <w:sz w:val="17"/>
        </w:rPr>
        <w:t>(Ek:21/2/2014–6526/15 md.)</w:t>
      </w:r>
      <w:r>
        <w:t xml:space="preserve"> Türk Ceza Kanununun 302, 309, 311, 312, 313, 314, 315 ve 316 ncı maddelerinde düzenlenen suçlar hakkında, görev sırasında veya görevinden dolayı işlenmiş olsa bile Cumhuriyet savcılarınca doğrudan soruşturma yapılır. 1/11/1983 tarihli ve 2937 sayılı Devlet İstihbarat Hizmetleri ve Milli İstihbarat Teşkilatı Kanununun 26 ncı maddesi hükmü saklıdır.</w:t>
      </w:r>
    </w:p>
    <w:p>
      <w:pPr>
        <w:spacing w:after="80"/>
        <w:ind w:firstLine="454"/>
        <w:jc w:val="both"/>
      </w:pPr>
      <w:r>
        <w:t xml:space="preserve">(9) </w:t>
      </w:r>
      <w:r>
        <w:rPr>
          <w:color w:val="666666"/>
          <w:sz w:val="17"/>
        </w:rPr>
        <w:t>(Ek: 15/8/2017-KHK-694/146 md.; Aynen kabul: 1/2/2018-7078/141 md.)</w:t>
      </w:r>
      <w:r>
        <w:t xml:space="preserve"> Seçimden önce veya sonra bir suç işlediği ileri sürülen milletvekili hakkında soruşturma ve kovuşturma yapma yetkisi, Ankara Cumhuriyet Başsavcılığı ve bu yer ağır ceza mahkemesine aittir. Soruşturmayı Cumhuriyet Başsavcısı veya görevlendireceği vekili bizzat yapar. Başsavcı veya vekili, suçun işlendiği yer Cumhuriyet savcısından soruşturmanın kısmen veya tamamen yapılmasını isteyebilir. Gecikmesinde sakınca bulunan hâllerde suçun işlendiği yer Cumhuriyet savcısı zorunlu olan delilleri toplar ve gerekmesi hâlinde alınacak kararlar bakımından bulunduğu yer sulh ceza hâkimliğinden talepte bulunur.</w:t>
      </w:r>
    </w:p>
    <w:p>
      <w:pPr>
        <w:keepNext/>
        <w:spacing w:before="200" w:after="40"/>
      </w:pPr>
      <w:r>
        <w:rPr>
          <w:b/>
        </w:rPr>
        <w:t>Soruşturmada Cumhuriyet savcısının hâkim kararı istemi</w:t>
      </w:r>
    </w:p>
    <w:p>
      <w:pPr>
        <w:spacing w:after="80"/>
        <w:ind w:firstLine="454"/>
        <w:jc w:val="both"/>
      </w:pPr>
      <w:r>
        <w:rPr>
          <w:b/>
        </w:rPr>
        <w:t xml:space="preserve">MADDE 162 – </w:t>
      </w:r>
      <w:r>
        <w:t>(1) Cumhuriyet savcısı, ancak hâkim tarafından yapılabilecek olan bir soruşturma işlemine gerek görürse, istemlerini bu işlemin yapılacağı yerin sulh ceza hâkimine bildirir. Sulh ceza hâkimi istenilen işlem hakkında, kanuna uygun olup olmadığını inceleyerek karar verir ve gereğini yerine getirir.</w:t>
      </w:r>
    </w:p>
    <w:p>
      <w:pPr>
        <w:keepNext/>
        <w:spacing w:before="200" w:after="40"/>
      </w:pPr>
      <w:r>
        <w:rPr>
          <w:b/>
        </w:rPr>
        <w:t>Soruşturmanın sulh ceza hâkimi tarafından yapılması</w:t>
      </w:r>
    </w:p>
    <w:p>
      <w:pPr>
        <w:spacing w:after="80"/>
        <w:ind w:firstLine="454"/>
        <w:jc w:val="both"/>
      </w:pPr>
      <w:r>
        <w:rPr>
          <w:b/>
        </w:rPr>
        <w:t xml:space="preserve">MADDE 163 – </w:t>
      </w:r>
      <w:r>
        <w:t>(1) Suçüstü hâli ile gecikmesinde sakınca bulunan hâllerde, Cumhuriyet savcısına erişilemiyorsa veya olay genişliği itibarıyla Cumhuriyet savcısının iş gücünü aşıyorsa, sulh ceza hâkimi de bütün soruşturma işlemlerini yapabilir.</w:t>
      </w:r>
    </w:p>
    <w:p>
      <w:pPr>
        <w:spacing w:after="80"/>
        <w:ind w:firstLine="454"/>
        <w:jc w:val="both"/>
      </w:pPr>
      <w:r>
        <w:t>(2) Kolluk âmir ve memurları, sulh ceza hâkimi tarafından emredilen tedbirleri alır ve araştırmaları yerine getirirler.</w:t>
      </w:r>
    </w:p>
    <w:p>
      <w:pPr>
        <w:keepNext/>
        <w:spacing w:before="200" w:after="40"/>
      </w:pPr>
      <w:r>
        <w:rPr>
          <w:b/>
        </w:rPr>
        <w:t>Adlî kolluk ve görevi</w:t>
      </w:r>
    </w:p>
    <w:p>
      <w:pPr>
        <w:spacing w:after="80"/>
        <w:ind w:firstLine="454"/>
        <w:jc w:val="both"/>
      </w:pPr>
      <w:r>
        <w:rPr>
          <w:b/>
        </w:rPr>
        <w:t xml:space="preserve">MADDE 164 – </w:t>
      </w:r>
      <w:r>
        <w:t>(1) Adlî kolluk; 4.6.1937 tarihli ve 3201 sayılı Emniyet Teşkilatı Kanununun 8, 9 ve 12 nci maddeleri, 10.3.1983 tarihli ve 2803 sayılı Jandarma Teşkilat, Görev ve Yetkileri Kanununun 7 nci maddesi, 2.7.1993 tarihli ve 485 sayılı Gümrük Müsteşarlığının Teşkilat ve Görevleri Hakkında Kanun Hükmünde Kararnamenin 8 inci maddesi ve 9.7.1982 tarihli ve 2692 sayılı Sahil Güvenlik Komutanlığı Kanununun 4 üncü maddesinde belirtilen soruşturma işlemlerini yapan güvenlik görevlilerini ifade eder.</w:t>
      </w:r>
    </w:p>
    <w:p>
      <w:pPr>
        <w:spacing w:after="80"/>
        <w:ind w:firstLine="454"/>
        <w:jc w:val="both"/>
      </w:pPr>
      <w:r>
        <w:t>(2) Soruşturma işlemleri, Cumhuriyet savcısının emir ve talimatları doğrultusunda öncelikle adlî kolluğa yaptırılır. Adlî kolluk görevlileri, Cumhuriyet savcısının adlî görevlere ilişkin emirlerini yerine getirir.</w:t>
      </w:r>
    </w:p>
    <w:p>
      <w:pPr>
        <w:spacing w:after="80"/>
        <w:ind w:firstLine="454"/>
        <w:jc w:val="both"/>
      </w:pPr>
      <w:r>
        <w:t>(3) Adlî kolluk, adlî görevlerin haricindeki hizmetlerde, üstlerinin emrindedir.</w:t>
      </w:r>
    </w:p>
    <w:p>
      <w:pPr>
        <w:keepNext/>
        <w:spacing w:before="200" w:after="40"/>
      </w:pPr>
      <w:r>
        <w:rPr>
          <w:b/>
        </w:rPr>
        <w:t>Diğer kolluk birimlerinin adlî kolluk görevi</w:t>
      </w:r>
    </w:p>
    <w:p>
      <w:pPr>
        <w:spacing w:after="80"/>
        <w:ind w:firstLine="454"/>
        <w:jc w:val="both"/>
      </w:pPr>
      <w:r>
        <w:rPr>
          <w:b/>
        </w:rPr>
        <w:t xml:space="preserve">MADDE 165 – </w:t>
      </w:r>
      <w:r>
        <w:t>(1) Gerektiğinde veya Cumhuriyet savcısının talebi halinde, diğer kolluk birimleri de adlî kolluk görevini yerine getirmekle yükümlüdür. Bu durumda, kolluk görevlileri hakkında, adlî görevleri dolayısıyla bu Kanun hükümleri uygulanır.</w:t>
      </w:r>
    </w:p>
    <w:p>
      <w:pPr>
        <w:keepNext/>
        <w:spacing w:before="200" w:after="40"/>
      </w:pPr>
      <w:r>
        <w:rPr>
          <w:b/>
        </w:rPr>
        <w:t>Değerlendirme raporu yetkisi</w:t>
      </w:r>
    </w:p>
    <w:p>
      <w:pPr>
        <w:spacing w:after="80"/>
        <w:ind w:firstLine="454"/>
        <w:jc w:val="both"/>
      </w:pPr>
      <w:r>
        <w:rPr>
          <w:b/>
        </w:rPr>
        <w:t xml:space="preserve">MADDE 166 – </w:t>
      </w:r>
      <w:r>
        <w:t>(1) Cumhuriyet başsavcıları her yılın sonunda, o yerdeki adlî kolluğun sorumluları hakkında değerlendirme raporları düzenleyerek, mülkî idare amirlerine gönderir.</w:t>
      </w:r>
    </w:p>
    <w:p>
      <w:pPr>
        <w:keepNext/>
        <w:spacing w:before="200" w:after="40"/>
      </w:pPr>
      <w:r>
        <w:rPr>
          <w:b/>
        </w:rPr>
        <w:t>Yönetmelik</w:t>
      </w:r>
    </w:p>
    <w:p>
      <w:pPr>
        <w:spacing w:after="80"/>
        <w:ind w:firstLine="454"/>
        <w:jc w:val="both"/>
      </w:pPr>
      <w:r>
        <w:rPr>
          <w:b/>
        </w:rPr>
        <w:t xml:space="preserve">MADDE 167 – </w:t>
      </w:r>
      <w:r>
        <w:t>(1) Adlî kolluk görevlilerinin nitelikleri ve bunların hizmet öncesi ve hizmet içi eğitimi, diğer hizmet birimleri ile ilişkileri, değerlendirme raporlarının düzenlenmesi, uzmanlık dallarına göre hangi bölümlerde çalıştırılacakları ve diğer hususlar; bu Kanunun yürürlük tarihinden itibaren altı ay içinde Adalet ve İçişleri Bakanlıklarınca müştereken çıkarılacak yönetmelikte belirlenir.</w:t>
      </w:r>
    </w:p>
    <w:p>
      <w:pPr>
        <w:keepNext/>
        <w:spacing w:before="200" w:after="40"/>
      </w:pPr>
      <w:r>
        <w:rPr>
          <w:b/>
        </w:rPr>
        <w:t>Adlî kolluğun olay yerinde aldığı tedbirlere uyulmaması halinde yetkisi</w:t>
      </w:r>
    </w:p>
    <w:p>
      <w:pPr>
        <w:spacing w:after="80"/>
        <w:ind w:firstLine="454"/>
        <w:jc w:val="both"/>
      </w:pPr>
      <w:r>
        <w:rPr>
          <w:b/>
        </w:rPr>
        <w:t xml:space="preserve">MADDE 168 – </w:t>
      </w:r>
      <w:r>
        <w:t>(1) Olay yerinde görevine ait işlemlere başlayan adlî kolluk görevlisi, bunların yapılmasına engel olan veya yetkisi içinde aldığı tedbirlere aykırı davranan kişileri, işlemler sonuçlanıncaya kadar ve gerektiğinde zor kullanarak bundan men eder.</w:t>
      </w:r>
    </w:p>
    <w:p>
      <w:pPr>
        <w:keepNext/>
        <w:spacing w:before="200" w:after="40"/>
      </w:pPr>
      <w:r>
        <w:rPr>
          <w:b/>
        </w:rPr>
        <w:t>Soruşturma evresinde yapılan işlemlerin tutanağa bağlanması</w:t>
      </w:r>
    </w:p>
    <w:p>
      <w:pPr>
        <w:spacing w:after="80"/>
        <w:ind w:firstLine="454"/>
        <w:jc w:val="both"/>
      </w:pPr>
      <w:r>
        <w:rPr>
          <w:b/>
        </w:rPr>
        <w:t xml:space="preserve">MADDE 169 – </w:t>
      </w:r>
      <w:r>
        <w:t>(1) Şüphelinin ifadesinin alınması veya sorgusu, tanık ve bilirkişinin dinlenmesi veya bir keşif ve muayene sırasında Cumhuriyet savcısı veya sulh ceza hâkiminin yanında bir zabıt kâtibi bulunur. Acele hâllerde, yemin vermek koşuluyla, başka bir kimse, yazman olarak görevlendirilebilir.</w:t>
      </w:r>
    </w:p>
    <w:p>
      <w:pPr>
        <w:spacing w:after="80"/>
        <w:ind w:firstLine="454"/>
        <w:jc w:val="both"/>
      </w:pPr>
      <w:r>
        <w:t>(2) Her soruşturma işlemi tutanağa bağlanır. Tutanak, adlî kolluk görevlisi, Cumhuriyet savcısı veya sulh ceza hâkimi ile hazır bulunan zabıt kâtibi tarafından imza edilir.</w:t>
      </w:r>
    </w:p>
    <w:p>
      <w:pPr>
        <w:spacing w:after="80"/>
        <w:ind w:firstLine="454"/>
        <w:jc w:val="both"/>
      </w:pPr>
      <w:r>
        <w:t>(3) Müdafi veya vekil sıfatıyla hazır bulunduğu işlemlerle ilgili tutanakta avukatın isim ve imzasına da yer verilir.</w:t>
      </w:r>
    </w:p>
    <w:p>
      <w:pPr>
        <w:spacing w:after="80"/>
        <w:ind w:firstLine="454"/>
        <w:jc w:val="both"/>
      </w:pPr>
      <w:r>
        <w:t>(4) Tutanak, işlemin yapıldığı yeri, tarihi, başlama ve bitiş saatini ve işleme katılan veya ilgisi bulunan kimselerin isimlerini içerir.</w:t>
      </w:r>
    </w:p>
    <w:p>
      <w:pPr>
        <w:spacing w:after="80"/>
        <w:ind w:firstLine="454"/>
        <w:jc w:val="both"/>
      </w:pPr>
      <w:r>
        <w:t>(5) İşlemde hazır bulunan ilgililerce onanmak üzere tutanağın kendilerini ilgilendiren kısımları okunur veya okumaları için kendilerine verilir. Bu husus tutanağa yazılarak ilgililere imza ettirilir.</w:t>
      </w:r>
    </w:p>
    <w:p>
      <w:pPr>
        <w:spacing w:after="80"/>
        <w:ind w:firstLine="454"/>
        <w:jc w:val="both"/>
      </w:pPr>
      <w:r>
        <w:t>(6) İmzadan kaçınma hâlinde nedenleri tutanağa geçirilir.</w:t>
      </w:r>
    </w:p>
    <w:p>
      <w:pPr>
        <w:spacing w:after="80"/>
        <w:ind w:firstLine="454"/>
        <w:jc w:val="both"/>
      </w:pPr>
      <w:r>
        <w:t xml:space="preserve">(7) </w:t>
      </w:r>
      <w:r>
        <w:rPr>
          <w:color w:val="666666"/>
          <w:sz w:val="17"/>
        </w:rPr>
        <w:t>(Ek: 21/2/2014 – 6526/16 md.)</w:t>
      </w:r>
      <w:r>
        <w:t>Türk Ceza Kanununun İkinci Kitap Dördüncü Kısmının Dört, Beş, Altı ve Yedinci Bölümünde tanımlanan suçlar (318, 319, 324, 325 ve 332 nci maddeler hariç) ile 12/4/1991 tarihli ve 3713 sayılı Terörle Mücadele Kanununun kapsamına giren suçlarla ilgili yürütülen soruşturma ve kovuşturmalarda, kolluk tarafından düzenlenen tutanaklara, ilgili görevlilerin açık kimlikleri yerine sadece sicil numaraları yazılır. Kolluk görevlilerinin ifadesine başvurulması gerektiği hâllerde çıkarılan davetiye veya çağrı kâğıdı, kolluk görevlisinin iş yeri adresine tebliğ edilir. Bu kişilere ait ifade ve duruşma tutanaklarında adres olarak iş yeri adresleri gösterilir.</w:t>
      </w:r>
    </w:p>
    <w:p>
      <w:pPr>
        <w:spacing w:before="360"/>
        <w:jc w:val="center"/>
      </w:pPr>
      <w:r>
        <w:rPr>
          <w:b/>
          <w:sz w:val="24"/>
        </w:rPr>
        <w:t>İKINCI KISIM</w:t>
        <w:br/>
        <w:t>Kamu Davasının Açılması</w:t>
      </w:r>
    </w:p>
    <w:p>
      <w:pPr>
        <w:spacing w:before="360"/>
        <w:jc w:val="center"/>
      </w:pPr>
      <w:r>
        <w:rPr>
          <w:b/>
          <w:sz w:val="24"/>
        </w:rPr>
        <w:t>BIRINCI BÖLÜM</w:t>
        <w:br/>
        <w:t>Kamu Davasının Açılması</w:t>
      </w:r>
    </w:p>
    <w:p>
      <w:pPr>
        <w:keepNext/>
        <w:spacing w:before="200" w:after="40"/>
      </w:pPr>
      <w:r>
        <w:rPr>
          <w:b/>
        </w:rPr>
        <w:t>Kamu davasını açma görevi</w:t>
      </w:r>
    </w:p>
    <w:p>
      <w:pPr>
        <w:spacing w:after="80"/>
        <w:ind w:firstLine="454"/>
        <w:jc w:val="both"/>
      </w:pPr>
      <w:r>
        <w:rPr>
          <w:b/>
        </w:rPr>
        <w:t xml:space="preserve">MADDE 170 – </w:t>
      </w:r>
      <w:r>
        <w:t>(1) Kamu davasını açma görevi, Cumhuriyet savcısı tarafından yerine getirilir.</w:t>
      </w:r>
    </w:p>
    <w:p>
      <w:pPr>
        <w:spacing w:after="80"/>
        <w:ind w:firstLine="454"/>
        <w:jc w:val="both"/>
      </w:pPr>
      <w:r>
        <w:t>(2) Soruşturma evresi sonunda toplanan deliller, suçun işlendiği hususunda yeterli şüphe oluşturuyorsa; Cumhuriyet savcısı, bir iddianame düzenler.</w:t>
      </w:r>
    </w:p>
    <w:p>
      <w:pPr>
        <w:spacing w:after="80"/>
        <w:ind w:firstLine="454"/>
        <w:jc w:val="both"/>
      </w:pPr>
      <w:r>
        <w:t>(3) Görevli ve yetkili mahkemeye hitaben düzenlenen iddianamede;</w:t>
      </w:r>
    </w:p>
    <w:p>
      <w:pPr>
        <w:spacing w:after="80"/>
        <w:ind w:firstLine="454"/>
        <w:jc w:val="both"/>
      </w:pPr>
      <w:r>
        <w:t>a) Şüphelinin kimliği,</w:t>
      </w:r>
    </w:p>
    <w:p>
      <w:pPr>
        <w:spacing w:after="80"/>
        <w:ind w:firstLine="454"/>
        <w:jc w:val="both"/>
      </w:pPr>
      <w:r>
        <w:t>b) Müdafii,</w:t>
      </w:r>
    </w:p>
    <w:p>
      <w:pPr>
        <w:spacing w:after="80"/>
        <w:ind w:firstLine="454"/>
        <w:jc w:val="both"/>
      </w:pPr>
      <w:r>
        <w:t>c) Maktul, mağdur veya suçtan zarar görenin kimliği,</w:t>
      </w:r>
    </w:p>
    <w:p>
      <w:pPr>
        <w:spacing w:after="80"/>
        <w:ind w:firstLine="454"/>
        <w:jc w:val="both"/>
      </w:pPr>
      <w:r>
        <w:t>d) Mağdurun veya suçtan zarar görenin vekili veya kanunî temsilcisi,</w:t>
      </w:r>
    </w:p>
    <w:p>
      <w:pPr>
        <w:spacing w:after="80"/>
        <w:ind w:firstLine="454"/>
        <w:jc w:val="both"/>
      </w:pPr>
      <w:r>
        <w:t>e) Açıklanmasında sakınca bulunmaması halinde ihbarda bulunan kişinin kimliği,</w:t>
      </w:r>
    </w:p>
    <w:p>
      <w:pPr>
        <w:spacing w:after="80"/>
        <w:ind w:firstLine="454"/>
        <w:jc w:val="both"/>
      </w:pPr>
      <w:r>
        <w:t>f) Şikâyette bulunan kişinin kimliği,</w:t>
      </w:r>
    </w:p>
    <w:p>
      <w:pPr>
        <w:spacing w:after="80"/>
        <w:ind w:firstLine="454"/>
        <w:jc w:val="both"/>
      </w:pPr>
      <w:r>
        <w:t>g) Şikâyetin yapıldığı tarih,</w:t>
      </w:r>
    </w:p>
    <w:p>
      <w:pPr>
        <w:spacing w:after="80"/>
        <w:ind w:firstLine="454"/>
        <w:jc w:val="both"/>
      </w:pPr>
      <w:r>
        <w:t>h) Yüklenen suç ve uygulanması gereken kanun maddeleri,</w:t>
      </w:r>
    </w:p>
    <w:p>
      <w:pPr>
        <w:spacing w:after="80"/>
        <w:ind w:firstLine="454"/>
        <w:jc w:val="both"/>
      </w:pPr>
      <w:r>
        <w:t>i) Yüklenen suçun işlendiği yer, tarih ve zaman dilimi,</w:t>
      </w:r>
    </w:p>
    <w:p>
      <w:pPr>
        <w:spacing w:after="80"/>
        <w:ind w:firstLine="454"/>
        <w:jc w:val="both"/>
      </w:pPr>
      <w:r>
        <w:t>j) Suçun delilleri,</w:t>
      </w:r>
    </w:p>
    <w:p>
      <w:pPr>
        <w:spacing w:after="80"/>
        <w:ind w:firstLine="454"/>
        <w:jc w:val="both"/>
      </w:pPr>
      <w:r>
        <w:t>k) Şüphelinin tutuklu olup olmadığı; tutuklanmış ise, gözaltına alma ve tutuklama tarihleri ile bunların süreleri,</w:t>
      </w:r>
    </w:p>
    <w:p>
      <w:pPr>
        <w:spacing w:after="80"/>
        <w:ind w:firstLine="454"/>
        <w:jc w:val="both"/>
      </w:pPr>
      <w:r>
        <w:t>Gösterilir.</w:t>
      </w:r>
    </w:p>
    <w:p>
      <w:pPr>
        <w:spacing w:after="80"/>
        <w:ind w:firstLine="454"/>
        <w:jc w:val="both"/>
      </w:pPr>
      <w:r>
        <w:t>(4) İddianamede, yüklenen suçu oluşturan olaylar, mevcut delillerle ilişkilendirilerek açıklanır; yüklenen suçu oluşturan olaylar ve suçun delilleriyle ilgisi bulunmayan bilgilere yer verilmez.</w:t>
      </w:r>
    </w:p>
    <w:p>
      <w:pPr>
        <w:spacing w:after="80"/>
        <w:ind w:firstLine="454"/>
        <w:jc w:val="both"/>
      </w:pPr>
      <w:r>
        <w:t>(5) İddianamenin sonuç kısmında, şüphelinin sadece aleyhine olan hususlar değil, lehine olan hususlar da ileri sürülür.</w:t>
      </w:r>
    </w:p>
    <w:p>
      <w:pPr>
        <w:spacing w:after="80"/>
        <w:ind w:firstLine="454"/>
        <w:jc w:val="both"/>
      </w:pPr>
      <w:r>
        <w:t>(6) İddianamenin sonuç kısmında, işlenen suç dolayısıyla ilgili kanunda öngörülen ceza ve güvenlik tedbirlerinden hangilerine hükmedilmesinin istendiği; suçun tüzel kişinin faaliyeti çerçevesinde işlenmesi halinde, ilgili tüzel kişi hakkında uygulanabilecek olan güvenlik tedbiri açıkça belirtilir.</w:t>
      </w:r>
    </w:p>
    <w:p>
      <w:pPr>
        <w:keepNext/>
        <w:spacing w:before="200" w:after="40"/>
      </w:pPr>
      <w:r>
        <w:rPr>
          <w:b/>
        </w:rPr>
        <w:t>Kamu davasını açmada takdir yetkisi</w:t>
      </w:r>
    </w:p>
    <w:p>
      <w:pPr>
        <w:spacing w:after="80"/>
        <w:ind w:firstLine="454"/>
        <w:jc w:val="both"/>
      </w:pPr>
      <w:r>
        <w:rPr>
          <w:b/>
        </w:rPr>
        <w:t xml:space="preserve">MADDE 171 – </w:t>
      </w:r>
      <w:r>
        <w:rPr>
          <w:color w:val="666666"/>
          <w:sz w:val="17"/>
        </w:rPr>
        <w:t>(Değişik: 6/12/2006 – 5560/22 md.)</w:t>
      </w:r>
    </w:p>
    <w:p>
      <w:pPr>
        <w:spacing w:after="80"/>
        <w:ind w:firstLine="454"/>
        <w:jc w:val="both"/>
      </w:pPr>
      <w:r>
        <w:t>(1) Cezayı kaldıran şahsî sebep olarak etkin pişmanlık hükümlerinin uygulanmasını gerektiren koşulların ya da şahsî cezasızlık sebebinin varlığı halinde, Cumhuriyet savcısı kovuşturmaya yer olmadığı kararı verebilir.</w:t>
      </w:r>
    </w:p>
    <w:p>
      <w:pPr>
        <w:spacing w:after="80"/>
        <w:ind w:firstLine="454"/>
        <w:jc w:val="both"/>
      </w:pPr>
      <w:r>
        <w:t xml:space="preserve">(2) </w:t>
      </w:r>
      <w:r>
        <w:rPr>
          <w:color w:val="666666"/>
          <w:sz w:val="17"/>
        </w:rPr>
        <w:t>(Değişik:17/10/2019-7188/19 md.)</w:t>
      </w:r>
      <w:r>
        <w:t xml:space="preserve"> Uzlaştırma ve önödeme kapsamındaki suçlar hariç olmak üzere, Cumhuriyet savcısı, üst sınırı üç yıl veya daha az süreli hapis cezasını gerektiren suçlardan dolayı, yeterli şüphenin varlığına rağmen, kamu davasının açılmasının beş yıl süre ile ertelenmesine karar verebilir. Suçtan zarar gören veya şüpheli, bu karara 173 üncü madde hükümlerine göre itiraz edebilir.</w:t>
      </w:r>
    </w:p>
    <w:p>
      <w:pPr>
        <w:spacing w:after="80"/>
        <w:ind w:firstLine="454"/>
        <w:jc w:val="both"/>
      </w:pPr>
      <w:r>
        <w:t>(3) Kamu davasının açılmasının ertelenmesine karar verilebilmesi için;</w:t>
      </w:r>
    </w:p>
    <w:p>
      <w:pPr>
        <w:spacing w:after="80"/>
        <w:ind w:firstLine="454"/>
        <w:jc w:val="both"/>
      </w:pPr>
      <w:r>
        <w:t>a) Şüphelinin daha önce kasıtlı bir suçtan dolayı hapis cezası ile mahkûm olmamış bulunması,</w:t>
      </w:r>
    </w:p>
    <w:p>
      <w:pPr>
        <w:spacing w:after="80"/>
        <w:ind w:firstLine="454"/>
        <w:jc w:val="both"/>
      </w:pPr>
      <w:r>
        <w:t>b) Yapılan soruşturmanın, kamu davası açılmasının ertelenmesi halinde şüphelinin suç işlemekten çekineceği kanaatini vermesi,</w:t>
      </w:r>
    </w:p>
    <w:p>
      <w:pPr>
        <w:spacing w:after="80"/>
        <w:ind w:firstLine="454"/>
        <w:jc w:val="both"/>
      </w:pPr>
      <w:r>
        <w:t>c) Kamu davası açılmasının ertelenmesinin, şüpheli ve toplum açısından kamu davası açılmasından daha yararlı olması,</w:t>
      </w:r>
    </w:p>
    <w:p>
      <w:pPr>
        <w:spacing w:after="80"/>
        <w:ind w:firstLine="454"/>
        <w:jc w:val="both"/>
      </w:pPr>
      <w:r>
        <w:t>d) Suçun işlenmesiyle mağdurun veya kamunun uğradığı ve Cumhuriyet savcısı tarafından tespit edilen zararın, aynen iade, suçtan önceki hale getirme veya tazmin suretiyle tamamen giderilmesi,</w:t>
      </w:r>
    </w:p>
    <w:p>
      <w:pPr>
        <w:spacing w:after="80"/>
        <w:ind w:firstLine="454"/>
        <w:jc w:val="both"/>
      </w:pPr>
      <w:r>
        <w:t>koşullarının birlikte gerçekleşmesi gerekir.</w:t>
      </w:r>
    </w:p>
    <w:p>
      <w:pPr>
        <w:spacing w:after="80"/>
        <w:ind w:firstLine="454"/>
        <w:jc w:val="both"/>
      </w:pPr>
      <w:r>
        <w:t>(4) Erteleme süresi içinde kasıtlı bir suç işlenmediği takdirde, kovuşturmaya yer olmadığına karar verilir. Erteleme süresi içinde kasıtlı bir suç işlenmesi halinde kamu davası açılır. Erteleme süresince zamanaşımı işlemez.</w:t>
      </w:r>
    </w:p>
    <w:p>
      <w:pPr>
        <w:spacing w:after="80"/>
        <w:ind w:firstLine="454"/>
        <w:jc w:val="both"/>
      </w:pPr>
      <w:r>
        <w:t>(5) Kamu davasının açılmasının ertelenmesine ilişkin kararlar, bunlara mahsus bir sisteme kaydedilir. Bu kayıtlar, ancak bir soruşturma veya kovuşturmayla bağlantılı olarak Cumhuriyet savcısı, hâkim veya mahkeme tarafından istenmesi halinde, bu maddede belirtilen amaç için kullanılabilir.</w:t>
      </w:r>
    </w:p>
    <w:p>
      <w:pPr>
        <w:spacing w:after="80"/>
        <w:ind w:firstLine="454"/>
        <w:jc w:val="both"/>
      </w:pPr>
      <w:r>
        <w:t xml:space="preserve">(6) </w:t>
      </w:r>
      <w:r>
        <w:rPr>
          <w:color w:val="666666"/>
          <w:sz w:val="17"/>
        </w:rPr>
        <w:t>(Ek:17/10/2019-7188/19 md.)</w:t>
      </w:r>
      <w:r>
        <w:t xml:space="preserve"> Bu madde hükümleri;</w:t>
      </w:r>
    </w:p>
    <w:p>
      <w:pPr>
        <w:spacing w:after="80"/>
        <w:ind w:firstLine="454"/>
        <w:jc w:val="both"/>
      </w:pPr>
      <w:r>
        <w:t>a) Suç işlemek için örgüt kurmak, yönetmek veya örgüte üye olmak suçları ile örgüt faaliyeti çerçevesinde işlenen suçlar,</w:t>
      </w:r>
    </w:p>
    <w:p>
      <w:pPr>
        <w:spacing w:after="80"/>
        <w:ind w:firstLine="454"/>
        <w:jc w:val="both"/>
      </w:pPr>
      <w:r>
        <w:t>b) Kamu görevlisi tarafından görevi sebebiyle veya kamu görevlisine karşı görevinden dolayı işlenen suçlar ile asker kişiler tarafından işlenen askerî suçlar,</w:t>
      </w:r>
    </w:p>
    <w:p>
      <w:pPr>
        <w:spacing w:after="80"/>
        <w:ind w:firstLine="454"/>
        <w:jc w:val="both"/>
      </w:pPr>
      <w:r>
        <w:t>c) Cinsel dokunulmazlığa karşı işlenen suçlar,</w:t>
      </w:r>
    </w:p>
    <w:p>
      <w:pPr>
        <w:spacing w:after="80"/>
        <w:ind w:firstLine="454"/>
        <w:jc w:val="both"/>
      </w:pPr>
      <w:r>
        <w:t>hakkında uygulanmaz.</w:t>
      </w:r>
    </w:p>
    <w:p>
      <w:pPr>
        <w:spacing w:before="360"/>
        <w:jc w:val="center"/>
      </w:pPr>
      <w:r>
        <w:rPr>
          <w:b/>
          <w:sz w:val="24"/>
        </w:rPr>
        <w:t>İKINCI BÖLÜM</w:t>
        <w:br/>
        <w:t>Kovuşturmaya Yer Olmadığına Dair Karar, İtiraz ve İddianamenin İadesi</w:t>
      </w:r>
    </w:p>
    <w:p>
      <w:pPr>
        <w:keepNext/>
        <w:spacing w:before="200" w:after="40"/>
      </w:pPr>
      <w:r>
        <w:rPr>
          <w:b/>
        </w:rPr>
        <w:t>Kovuşturmaya yer olmadığına dair karar</w:t>
      </w:r>
    </w:p>
    <w:p>
      <w:pPr>
        <w:spacing w:after="80"/>
        <w:ind w:firstLine="454"/>
        <w:jc w:val="both"/>
      </w:pPr>
      <w:r>
        <w:rPr>
          <w:b/>
        </w:rPr>
        <w:t xml:space="preserve">MADDE 172 – </w:t>
      </w:r>
      <w:r>
        <w:t>(1) Cumhuriyet savcısı, soruşturma evresi sonunda, kamu davasının açılması için yeterli şüphe oluşturacak delil elde edilememesi veya kovuşturma olanağının bulunmaması hâllerinde kovuşturmaya yer olmadığına karar verir. Bu karar, suçtan zarar gören ile önceden ifadesi alınmış veya sorguya çekilmiş şüpheliye bildirilir. Kararda itiraz hakkı, süresi ve mercii gösterilir.</w:t>
      </w:r>
    </w:p>
    <w:p>
      <w:pPr>
        <w:spacing w:after="80"/>
        <w:ind w:firstLine="454"/>
        <w:jc w:val="both"/>
      </w:pPr>
      <w:r>
        <w:t xml:space="preserve">(2) </w:t>
      </w:r>
      <w:r>
        <w:rPr>
          <w:color w:val="666666"/>
          <w:sz w:val="17"/>
        </w:rPr>
        <w:t>(Değişik: 2/1/2017-KHK-680/10 md.; Aynen kabul: 1/2/2018-7072/9 md.)</w:t>
      </w:r>
      <w:r>
        <w:t xml:space="preserve"> Kovuşturmaya yer olmadığına dair karar verildikten sonra kamu davasının açılması için yeterli şüphe oluşturacak yeni delil elde edilmedikçe ve bu hususta sulh ceza hâkimliğince bir karar verilmedikçe, aynı fiilden dolayı kamu davası açılamaz.</w:t>
      </w:r>
    </w:p>
    <w:p>
      <w:pPr>
        <w:spacing w:after="80"/>
        <w:ind w:firstLine="454"/>
        <w:jc w:val="both"/>
      </w:pPr>
      <w:r>
        <w:t xml:space="preserve">(3) </w:t>
      </w:r>
      <w:r>
        <w:rPr>
          <w:color w:val="666666"/>
          <w:sz w:val="17"/>
        </w:rPr>
        <w:t>(Ek: 11/4/2013-6459/19 md.)</w:t>
      </w:r>
      <w:r>
        <w:t xml:space="preserve"> Kovuşturmaya yer olmadığına dair kararın etkin soruşturma yapılmadan verildiğinin Avrupa İnsan Hakları Mahkemesinin kesinleşmiş kararıyla tespit edilmesi veya bu karar aleyhine Avrupa İnsan Hakları Mahkemesine yapılan başvuru hakkında dostane çözüm ya da tek taraflı deklarasyon sonucunda düşme kararı verilmesi üzerine, kararın kesinleşmesinden itibaren üç ay içinde talep edilmesi hâlinde yeniden soruşturma açılır.</w:t>
      </w:r>
    </w:p>
    <w:p>
      <w:pPr>
        <w:keepNext/>
        <w:spacing w:before="200" w:after="40"/>
      </w:pPr>
      <w:r>
        <w:rPr>
          <w:b/>
        </w:rPr>
        <w:t>Cumhuriyet savcısının kararına itiraz</w:t>
      </w:r>
    </w:p>
    <w:p>
      <w:pPr>
        <w:spacing w:after="80"/>
        <w:ind w:firstLine="454"/>
        <w:jc w:val="both"/>
      </w:pPr>
      <w:r>
        <w:rPr>
          <w:b/>
        </w:rPr>
        <w:t xml:space="preserve">MADDE 173 – </w:t>
      </w:r>
      <w:r>
        <w:t>(1) Suçtan zarar gören, kovuşturmaya yer olmadığına dair kararın kendisine tebliğ edildiği tarihten itibaren iki hafta içinde, bu kararı veren Cumhuriyet savcısının yargı çevresinde görev yaptığı ağır ceza mahkemesinin bulunduğu yerdeki sulh ceza hâkimliğine itiraz edebilir.</w:t>
      </w:r>
    </w:p>
    <w:p>
      <w:pPr>
        <w:spacing w:after="80"/>
        <w:ind w:firstLine="454"/>
        <w:jc w:val="both"/>
      </w:pPr>
      <w:r>
        <w:t>(2) İtiraz dilekçesinde, kamu davasının açılmasını gerektirebilecek olaylar ve deliller belirtilir.</w:t>
      </w:r>
    </w:p>
    <w:p>
      <w:pPr>
        <w:spacing w:after="80"/>
        <w:ind w:firstLine="454"/>
        <w:jc w:val="both"/>
      </w:pPr>
      <w:r>
        <w:t xml:space="preserve">(3) </w:t>
      </w:r>
      <w:r>
        <w:rPr>
          <w:color w:val="666666"/>
          <w:sz w:val="17"/>
        </w:rPr>
        <w:t>(Değişik: 18/6/2014-6545/71 md.)</w:t>
      </w:r>
      <w:r>
        <w:t xml:space="preserve"> Sulh ceza hâkimliği, kararını vermek için soruşturmanın genişletilmesine gerek görür ise bu hususu açıkça belirtmek suretiyle, o yer Cumhuriyet başsavcılığından talepte bulunabilir; kamu davasının açılması için yeterli nedenler bulunmazsa, istemi gerekçeli olarak reddeder; itiraz edeni giderlere mahkûm eder ve dosyayı Cumhuriyet savcısına gönderir. Cumhuriyet savcısı, kararı itiraz edene ve şüpheliye bildirir.</w:t>
      </w:r>
    </w:p>
    <w:p>
      <w:pPr>
        <w:spacing w:after="80"/>
        <w:ind w:firstLine="454"/>
        <w:jc w:val="both"/>
      </w:pPr>
      <w:r>
        <w:t xml:space="preserve">(4) </w:t>
      </w:r>
      <w:r>
        <w:rPr>
          <w:color w:val="666666"/>
          <w:sz w:val="17"/>
        </w:rPr>
        <w:t>(Değişik: 25/5/2005 - 5353/26 md.)</w:t>
      </w:r>
      <w:r>
        <w:t xml:space="preserve"> Sulh ceza hâkimliği istemi yerinde bulursa, Cumhuriyet savcısı iddianame düzenleyerek mahkemeye verir.</w:t>
      </w:r>
    </w:p>
    <w:p>
      <w:pPr>
        <w:spacing w:after="80"/>
        <w:ind w:firstLine="454"/>
        <w:jc w:val="both"/>
      </w:pPr>
      <w:r>
        <w:t>(5) Cumhuriyet savcısının kamu davasının açılmaması hususunda takdir yetkisini kullandığı hâllerde bu madde hükmü uygulanmaz.</w:t>
      </w:r>
    </w:p>
    <w:p>
      <w:pPr>
        <w:spacing w:after="80"/>
        <w:ind w:firstLine="454"/>
        <w:jc w:val="both"/>
      </w:pPr>
      <w:r>
        <w:t xml:space="preserve">(6) </w:t>
      </w:r>
      <w:r>
        <w:rPr>
          <w:color w:val="666666"/>
          <w:sz w:val="17"/>
        </w:rPr>
        <w:t>(Değişik: 2/1/2017-KHK-680/11 md.; Aynen kabul: 1/2/2018-7072/10 md.)</w:t>
      </w:r>
      <w:r>
        <w:t xml:space="preserve"> İtirazın reddedilmesi halinde aynı fiilden dolayı kamu davası açılabilmesi için 172 nci maddenin ikinci fıkrası uygulanır.</w:t>
      </w:r>
    </w:p>
    <w:p>
      <w:pPr>
        <w:keepNext/>
        <w:spacing w:before="200" w:after="40"/>
      </w:pPr>
      <w:r>
        <w:rPr>
          <w:b/>
        </w:rPr>
        <w:t>İddianamenin iadesi</w:t>
      </w:r>
    </w:p>
    <w:p>
      <w:pPr>
        <w:spacing w:after="80"/>
        <w:ind w:firstLine="454"/>
        <w:jc w:val="both"/>
      </w:pPr>
      <w:r>
        <w:rPr>
          <w:b/>
        </w:rPr>
        <w:t xml:space="preserve">MADDE 174 – </w:t>
      </w:r>
      <w:r>
        <w:rPr>
          <w:color w:val="666666"/>
          <w:sz w:val="17"/>
        </w:rPr>
        <w:t>(Değişik: 25/5/2005 - 5353/27 md.)</w:t>
      </w:r>
    </w:p>
    <w:p>
      <w:pPr>
        <w:spacing w:after="80"/>
        <w:ind w:firstLine="454"/>
        <w:jc w:val="both"/>
      </w:pPr>
      <w:r>
        <w:t>(1) Mahkeme tarafından, iddianamenin ve soruşturma evrakının verildiği tarihten itibaren onbeş gün içinde soruşturma evresine ilişkin bütün belgeler incelendikten sonra, eksik veya hatalı noktalar belirtilmek suretiyle;</w:t>
      </w:r>
    </w:p>
    <w:p>
      <w:pPr>
        <w:spacing w:after="80"/>
        <w:ind w:firstLine="454"/>
        <w:jc w:val="both"/>
      </w:pPr>
      <w:r>
        <w:t>a) 170 inci maddeye aykırı olarak düzenlenen,</w:t>
      </w:r>
    </w:p>
    <w:p>
      <w:pPr>
        <w:spacing w:after="80"/>
        <w:ind w:firstLine="454"/>
        <w:jc w:val="both"/>
      </w:pPr>
      <w:r>
        <w:t xml:space="preserve">b) </w:t>
      </w:r>
      <w:r>
        <w:rPr>
          <w:color w:val="666666"/>
          <w:sz w:val="17"/>
        </w:rPr>
        <w:t>(Değişik:17/10/2019-7188/20 md.)</w:t>
      </w:r>
      <w:r>
        <w:t xml:space="preserve"> Suçun sübûtuna doğrudan etki edecek mevcut bir delil toplanmadan düzenlenen,</w:t>
      </w:r>
    </w:p>
    <w:p>
      <w:pPr>
        <w:spacing w:after="80"/>
        <w:ind w:firstLine="454"/>
        <w:jc w:val="both"/>
      </w:pPr>
      <w:r>
        <w:t xml:space="preserve">c) </w:t>
      </w:r>
      <w:r>
        <w:rPr>
          <w:color w:val="666666"/>
          <w:sz w:val="17"/>
        </w:rPr>
        <w:t>(Değişik:17/10/2019-7188/20 md.)</w:t>
      </w:r>
      <w:r>
        <w:t xml:space="preserve"> Önödemeye veya uzlaştırmaya ya da seri muhakeme usulüne tâbi olduğu soruşturma dosyasından açıkça anlaşılan işlerde önödeme veya uzlaştırma ya da seri muhakeme usulü uygulanmaksızın düzenlenen,</w:t>
      </w:r>
    </w:p>
    <w:p>
      <w:pPr>
        <w:spacing w:after="80"/>
        <w:ind w:firstLine="454"/>
        <w:jc w:val="both"/>
      </w:pPr>
      <w:r>
        <w:t xml:space="preserve">d) </w:t>
      </w:r>
      <w:r>
        <w:rPr>
          <w:color w:val="666666"/>
          <w:sz w:val="17"/>
        </w:rPr>
        <w:t>(Ek:17/10/2019-7188/20 md.)</w:t>
      </w:r>
      <w:r>
        <w:t xml:space="preserve"> Soruşturma veya kovuşturma yapılması izne veya talebe bağlı olan suçlarda izin alınmaksızın veya talep olmaksızın düzenlenen,</w:t>
      </w:r>
    </w:p>
    <w:p>
      <w:pPr>
        <w:spacing w:after="80"/>
        <w:ind w:firstLine="454"/>
        <w:jc w:val="both"/>
      </w:pPr>
      <w:r>
        <w:t xml:space="preserve">e) </w:t>
      </w:r>
      <w:r>
        <w:rPr>
          <w:color w:val="666666"/>
          <w:sz w:val="17"/>
        </w:rPr>
        <w:t>(Ek:8/8/2026-7593/4 md.)</w:t>
      </w:r>
      <w:r>
        <w:t xml:space="preserve"> Onbeş yaşını doldurmamış çocuklar hakkında sosyal inceleme yaptırılmaksızın düzenlenen,</w:t>
      </w:r>
    </w:p>
    <w:p>
      <w:pPr>
        <w:spacing w:after="80"/>
        <w:ind w:firstLine="454"/>
        <w:jc w:val="both"/>
      </w:pPr>
      <w:r>
        <w:t>İddianamenin Cumhuriyet Başsavcılığına iadesine karar verilir.</w:t>
      </w:r>
    </w:p>
    <w:p>
      <w:pPr>
        <w:spacing w:after="80"/>
        <w:ind w:firstLine="454"/>
        <w:jc w:val="both"/>
      </w:pPr>
      <w:r>
        <w:t>(2) Suçun hukukî nitelendirilmesi sebebiyle iddianame iade edilemez.</w:t>
      </w:r>
    </w:p>
    <w:p>
      <w:pPr>
        <w:spacing w:after="80"/>
        <w:ind w:firstLine="454"/>
        <w:jc w:val="both"/>
      </w:pPr>
      <w:r>
        <w:t>(3) En geç birinci fıkrada belirtilen süre sonunda iade edilmeyen iddianame kabul edilmiş sayılır.</w:t>
      </w:r>
    </w:p>
    <w:p>
      <w:pPr>
        <w:spacing w:after="80"/>
        <w:ind w:firstLine="454"/>
        <w:jc w:val="both"/>
      </w:pPr>
      <w:r>
        <w:t>(4) Cumhuriyet savcısı, iddianamenin iadesi üzerine, kararda gösterilen eksiklikleri tamamladıktan ve hatalı noktaları düzelttikten sonra, kovuşturmaya yer olmadığı kararı verilmesini gerektiren bir durumun bulunmaması halinde, yeniden iddianame düzenleyerek dosyayı mahkemeye gönderir. İlk kararda belirtilmeyen sebeplere dayanılarak yeniden iddianamenin iadesi yoluna gidilemez.</w:t>
      </w:r>
    </w:p>
    <w:p>
      <w:pPr>
        <w:spacing w:after="80"/>
        <w:ind w:firstLine="454"/>
        <w:jc w:val="both"/>
      </w:pPr>
      <w:r>
        <w:t>(5) İade kararına karşı Cumhuriyet savcısı itiraz edebilir.</w:t>
      </w:r>
    </w:p>
    <w:p>
      <w:pPr>
        <w:spacing w:before="360"/>
        <w:jc w:val="center"/>
      </w:pPr>
      <w:r>
        <w:rPr>
          <w:b/>
          <w:sz w:val="24"/>
        </w:rPr>
        <w:t>ÜÇÜNCÜ KITAP</w:t>
        <w:br/>
        <w:t>Kovuşturma Evresi</w:t>
      </w:r>
    </w:p>
    <w:p>
      <w:pPr>
        <w:spacing w:before="360"/>
        <w:jc w:val="center"/>
      </w:pPr>
      <w:r>
        <w:rPr>
          <w:b/>
          <w:sz w:val="24"/>
        </w:rPr>
        <w:t>BIRINCI KISIM</w:t>
        <w:br/>
        <w:t>Kamu Davasının Yürütülmesi</w:t>
      </w:r>
    </w:p>
    <w:p>
      <w:pPr>
        <w:spacing w:before="360"/>
        <w:jc w:val="center"/>
      </w:pPr>
      <w:r>
        <w:rPr>
          <w:b/>
          <w:sz w:val="24"/>
        </w:rPr>
        <w:t>BIRINCI BÖLÜM</w:t>
        <w:br/>
        <w:t>Duruşma Hazırlığı</w:t>
      </w:r>
    </w:p>
    <w:p>
      <w:pPr>
        <w:keepNext/>
        <w:spacing w:before="200" w:after="40"/>
      </w:pPr>
      <w:r>
        <w:rPr>
          <w:b/>
        </w:rPr>
        <w:t>İddianamenin kabulü ve duruşma hazırlığı</w:t>
      </w:r>
    </w:p>
    <w:p>
      <w:pPr>
        <w:spacing w:after="80"/>
        <w:ind w:firstLine="454"/>
        <w:jc w:val="both"/>
      </w:pPr>
      <w:r>
        <w:rPr>
          <w:b/>
        </w:rPr>
        <w:t xml:space="preserve">MADDE 175 – </w:t>
      </w:r>
      <w:r>
        <w:t>(1) İddianamenin kabulüyle, kamu davası açılmış olur ve kovuşturma evresi başlar.</w:t>
      </w:r>
    </w:p>
    <w:p>
      <w:pPr>
        <w:spacing w:after="80"/>
        <w:ind w:firstLine="454"/>
        <w:jc w:val="both"/>
      </w:pPr>
      <w:r>
        <w:t>(2) Mahkeme, iddianamenin kabulünden sonra duruşma gününü belirler ve duruşmada hazır bulunması gereken kişileri çağırır.</w:t>
      </w:r>
    </w:p>
    <w:p>
      <w:pPr>
        <w:keepNext/>
        <w:spacing w:before="200" w:after="40"/>
      </w:pPr>
      <w:r>
        <w:rPr>
          <w:b/>
        </w:rPr>
        <w:t>İddianamenin sanığa tebliği ve sanığın çağrılması</w:t>
      </w:r>
    </w:p>
    <w:p>
      <w:pPr>
        <w:spacing w:after="80"/>
        <w:ind w:firstLine="454"/>
        <w:jc w:val="both"/>
      </w:pPr>
      <w:r>
        <w:rPr>
          <w:b/>
        </w:rPr>
        <w:t xml:space="preserve">MADDE 176 – </w:t>
      </w:r>
      <w:r>
        <w:t xml:space="preserve">(1) İddianame, çağrı kâğıdı ile birlikte sanığa tebliğ olunur. </w:t>
      </w:r>
      <w:r>
        <w:rPr>
          <w:color w:val="666666"/>
          <w:sz w:val="17"/>
        </w:rPr>
        <w:t>(Ek cümle:8/7/2021-7331/20 md.)</w:t>
      </w:r>
      <w:r>
        <w:t xml:space="preserve"> Ayrıca, iddianameye ilişkin bilgiler ve duruşma tarihi; telefon, telgraf, faks, elektronik posta gibi iletişim bilgilerinin dosyada bulunması hâlinde bu araçlardan yararlanılmak suretiyle de bildirilir, ancak çağrı kâğıdına bağlanan sonuçlar bu durumda uygulanmaz.</w:t>
      </w:r>
    </w:p>
    <w:p>
      <w:pPr>
        <w:spacing w:after="80"/>
        <w:ind w:firstLine="454"/>
        <w:jc w:val="both"/>
      </w:pPr>
      <w:r>
        <w:t>(2) Tutuklu olmayan sanığa tebliğ olunacak çağrı kâğıdına mazereti olmaksızın gelmediğinde zorla getirileceği yazılır.</w:t>
      </w:r>
    </w:p>
    <w:p>
      <w:pPr>
        <w:spacing w:after="80"/>
        <w:ind w:firstLine="454"/>
        <w:jc w:val="both"/>
      </w:pPr>
      <w:r>
        <w:t>(3) Tutuklu sanığın çağrılması duruşma gününün tebliği suretiyle yapılır. Sanıktan duruşmada kendisini savunmak için bir istemde bulunup bulunmayacağı ve bulunacaksa neden ibaret olduğunu bildirmesi istenir; müdafii de sanıkla birlikte davet olunur. Bu işlem, tutuklunun bulunduğu ceza infaz kurumunda cezaevi kâtibi veya bu işle görevlendirilen personel yanına getirilerek tutanak tutulmak suretiyle yapılır.</w:t>
      </w:r>
    </w:p>
    <w:p>
      <w:pPr>
        <w:spacing w:after="80"/>
        <w:ind w:firstLine="454"/>
        <w:jc w:val="both"/>
      </w:pPr>
      <w:r>
        <w:t>(4) Yukarıdaki fıkralar gereğince, çağrı kâğıdının tebliğiyle duruşma günü arasında en az bir hafta süre bulunması gerekir.</w:t>
      </w:r>
    </w:p>
    <w:p>
      <w:pPr>
        <w:keepNext/>
        <w:spacing w:before="200" w:after="40"/>
      </w:pPr>
      <w:r>
        <w:rPr>
          <w:b/>
        </w:rPr>
        <w:t>Sanığın savunma delillerinin toplanması istemi</w:t>
      </w:r>
    </w:p>
    <w:p>
      <w:pPr>
        <w:spacing w:after="80"/>
        <w:ind w:firstLine="454"/>
        <w:jc w:val="both"/>
      </w:pPr>
      <w:r>
        <w:rPr>
          <w:b/>
        </w:rPr>
        <w:t xml:space="preserve">MADDE 177 – </w:t>
      </w:r>
      <w:r>
        <w:t>(1) Sanık, tanık veya bilirkişinin davetini veya savunma delillerinin toplanmasını istediğinde, bunların ilişkin olduğu olayları göstermek suretiyle bu husustaki dilekçesini duruşma gününden en az beş gün önce mahkeme başkanına veya hâkime verir.</w:t>
      </w:r>
    </w:p>
    <w:p>
      <w:pPr>
        <w:spacing w:after="80"/>
        <w:ind w:firstLine="454"/>
        <w:jc w:val="both"/>
      </w:pPr>
      <w:r>
        <w:t>(2) Bu dilekçe üzerine verilecek karar, kendisine derhâl bildirilir.</w:t>
      </w:r>
    </w:p>
    <w:p>
      <w:pPr>
        <w:spacing w:after="80"/>
        <w:ind w:firstLine="454"/>
        <w:jc w:val="both"/>
      </w:pPr>
      <w:r>
        <w:t>(3) Sanığın kabul edilen istemleri, Cumhuriyet savcısına da bildirilir.</w:t>
      </w:r>
    </w:p>
    <w:p>
      <w:pPr>
        <w:keepNext/>
        <w:spacing w:before="200" w:after="40"/>
      </w:pPr>
      <w:r>
        <w:rPr>
          <w:b/>
        </w:rPr>
        <w:t>Çağrılması reddedilen tanığın ve uzman kişinin doğrudan mahkemeye getirilmesi</w:t>
      </w:r>
    </w:p>
    <w:p>
      <w:pPr>
        <w:spacing w:after="80"/>
        <w:ind w:firstLine="454"/>
        <w:jc w:val="both"/>
      </w:pPr>
      <w:r>
        <w:rPr>
          <w:b/>
        </w:rPr>
        <w:t xml:space="preserve">MADDE 178 – </w:t>
      </w:r>
      <w:r>
        <w:t xml:space="preserve">(1) Mahkeme başkanı veya hâkim, sanığın veya katılanın gösterdiği tanık veya uzman kişinin çağrılması hakkındaki dilekçeyi reddettiğinde, sanık veya katılan o kişileri mahkemeye getirebilir. Bu kişiler duruşmada dinlenir. </w:t>
      </w:r>
      <w:r>
        <w:rPr>
          <w:color w:val="666666"/>
          <w:sz w:val="17"/>
        </w:rPr>
        <w:t>(Ek cümle: 3/10/2016-KHK-676/4 md.; Aynen kabul: 1/2/2018-7070/4 md.)</w:t>
      </w:r>
      <w:r>
        <w:t xml:space="preserve"> Ancak, davayı uzatmak amacıyla yapılan talepler reddedilir.</w:t>
      </w:r>
    </w:p>
    <w:p>
      <w:pPr>
        <w:keepNext/>
        <w:spacing w:before="200" w:after="40"/>
      </w:pPr>
      <w:r>
        <w:rPr>
          <w:b/>
        </w:rPr>
        <w:t>Çağrılan tanıkların ad ve adreslerinin sanığa ve Cumhuriyet savcısına bildirilmesi</w:t>
      </w:r>
    </w:p>
    <w:p>
      <w:pPr>
        <w:spacing w:after="80"/>
        <w:ind w:firstLine="454"/>
        <w:jc w:val="both"/>
      </w:pPr>
      <w:r>
        <w:rPr>
          <w:b/>
        </w:rPr>
        <w:t xml:space="preserve">MADDE 179 – </w:t>
      </w:r>
      <w:r>
        <w:t>(1) Sanık, doğrudan doğruya davet ettireceği veya duruşma sırasında getireceği bilirkişi ve tanıkların ad ve adreslerini Cumhuriyet savcısına makul süre içinde bildirir.</w:t>
      </w:r>
    </w:p>
    <w:p>
      <w:pPr>
        <w:spacing w:after="80"/>
        <w:ind w:firstLine="454"/>
        <w:jc w:val="both"/>
      </w:pPr>
      <w:r>
        <w:t>(2) Cumhuriyet savcısı da, iddianamede gösterilen veya sanığın istemi üzerine davet edilen tanık ve bilirkişiler dışında gerek mahkeme başkanı veya hâkim kararıyla, gerek kendiliğinden başka kimseleri davet ettirecek ise bunların ad ve adreslerini sanığa yine makul süre içinde bildirir.</w:t>
      </w:r>
    </w:p>
    <w:p>
      <w:pPr>
        <w:keepNext/>
        <w:spacing w:before="200" w:after="40"/>
      </w:pPr>
      <w:r>
        <w:rPr>
          <w:b/>
        </w:rPr>
        <w:t>Tanık ve bilirkişinin naiple veya istinabe yoluyla dinlenmeleri</w:t>
      </w:r>
    </w:p>
    <w:p>
      <w:pPr>
        <w:spacing w:after="80"/>
        <w:ind w:firstLine="454"/>
        <w:jc w:val="both"/>
      </w:pPr>
      <w:r>
        <w:rPr>
          <w:b/>
        </w:rPr>
        <w:t xml:space="preserve">MADDE 180 – </w:t>
      </w:r>
      <w:r>
        <w:t>(1) Hastalık veya malûllük veya giderilmesi olanağı bulunmayan başka bir nedenle bir tanık veya bilirkişinin uzun ve önceden bilinmeyen bir zaman için duruşmada hazır bulunmasının olanaklı bulunmayacağı anlaşılırsa, mahkeme onun bir naiple veya istinabe yoluyla dinlenmesine karar verebilir.</w:t>
      </w:r>
    </w:p>
    <w:p>
      <w:pPr>
        <w:spacing w:after="80"/>
        <w:ind w:firstLine="454"/>
        <w:jc w:val="both"/>
      </w:pPr>
      <w:r>
        <w:t>(2) Bu hüküm, konutlarının yetkili mahkemenin yargı çevresi dışında bulunmasından dolayı getirilmesi zor olan tanık ve bilirkişinin dinlenmesinde de uygulanır.</w:t>
      </w:r>
    </w:p>
    <w:p>
      <w:pPr>
        <w:spacing w:after="80"/>
        <w:ind w:firstLine="454"/>
        <w:jc w:val="both"/>
      </w:pPr>
      <w:r>
        <w:t>(3) Davayı görmekte olan mahkeme, zorunluluk olmadıkça, büyükşehir belediye sınırları içerisinde bulunan şikâyetçi, katılan, sanık, müdafi veya vekil, tanık ve bilirkişilerin istinabe yoluyla dinlenmesine karar veremez.</w:t>
      </w:r>
    </w:p>
    <w:p>
      <w:pPr>
        <w:spacing w:after="80"/>
        <w:ind w:firstLine="454"/>
        <w:jc w:val="both"/>
      </w:pPr>
      <w:r>
        <w:t>(4) İstinabe olunan mahkeme, büyükşehir belediye sınırları içerisinde ise, ilgililer kendi yargı çevresinde bulunmasa da büyükşehir belediye sınırları içerisinde yerine getirilmesi gereken istinabe evrakını geri çevirmeksizin gereğini yapar.</w:t>
      </w:r>
    </w:p>
    <w:p>
      <w:pPr>
        <w:spacing w:after="80"/>
        <w:ind w:firstLine="454"/>
        <w:jc w:val="both"/>
      </w:pPr>
      <w:r>
        <w:t>(5) Yukarıdaki fıkralar içeriğine göre tanık veya bilirkişinin aynı anda görüntülü ve sesli iletişim tekniğinin kullanılması suretiyle dinlenebilmeleri olanağının varlığı hâlinde bu yöntem uygulanarak ifade alınır. Buna olanak verecek teknik donanımın kurulmasına ve kullanılmasına ilişkin esas ve usuller yönetmelikte gösterilir.</w:t>
      </w:r>
    </w:p>
    <w:p>
      <w:pPr>
        <w:keepNext/>
        <w:spacing w:before="200" w:after="40"/>
      </w:pPr>
      <w:r>
        <w:rPr>
          <w:b/>
        </w:rPr>
        <w:t>Tanık ve bilirkişinin dinleneceği günün bildirilmesi</w:t>
      </w:r>
    </w:p>
    <w:p>
      <w:pPr>
        <w:spacing w:after="80"/>
        <w:ind w:firstLine="454"/>
        <w:jc w:val="both"/>
      </w:pPr>
      <w:r>
        <w:rPr>
          <w:b/>
        </w:rPr>
        <w:t xml:space="preserve">MADDE 181 – </w:t>
      </w:r>
      <w:r>
        <w:t>(1) Tanık veya bilirkişilerin dinlenmesi için belirlenen gün, Cumhuriyet savcısına, suçtan zarar görene, vekiline, sanığa ve müdafiine bildirilir. Düzenlenen tutanağın örneği hazır bulunan Cumhuriyet savcısına ve müdafie verilir.</w:t>
      </w:r>
    </w:p>
    <w:p>
      <w:pPr>
        <w:spacing w:after="80"/>
        <w:ind w:firstLine="454"/>
        <w:jc w:val="both"/>
      </w:pPr>
      <w:r>
        <w:t>(2) Yeniden keşif ve muayeneye ihtiyaç duyulursa, yukarıdaki fıkra hükümleri uygulanır.</w:t>
      </w:r>
    </w:p>
    <w:p>
      <w:pPr>
        <w:spacing w:after="80"/>
        <w:ind w:firstLine="454"/>
        <w:jc w:val="both"/>
      </w:pPr>
      <w:r>
        <w:t>(3) Tutuklu olan sanık, ancak tutuklu bulunduğu yer mahkemesinde yapılacak bu tür işlerde hazır bulundurulmasını isteyebilir. Ancak, hâkim veya mahkeme tarafından zorunlu sayılan hâllerde tutuklu bulunan şüpheli veya sanığın da bu tür işlerde hazır bulunmasına karar verilebilir.</w:t>
      </w:r>
    </w:p>
    <w:p>
      <w:pPr>
        <w:spacing w:before="360"/>
        <w:jc w:val="center"/>
      </w:pPr>
      <w:r>
        <w:rPr>
          <w:b/>
          <w:sz w:val="24"/>
        </w:rPr>
        <w:t>İKINCI BÖLÜM</w:t>
        <w:br/>
        <w:t>Duruşma</w:t>
      </w:r>
    </w:p>
    <w:p>
      <w:pPr>
        <w:keepNext/>
        <w:spacing w:before="200" w:after="40"/>
      </w:pPr>
      <w:r>
        <w:rPr>
          <w:b/>
        </w:rPr>
        <w:t>Duruşmanın açıklığı</w:t>
      </w:r>
    </w:p>
    <w:p>
      <w:pPr>
        <w:spacing w:after="80"/>
        <w:ind w:firstLine="454"/>
        <w:jc w:val="both"/>
      </w:pPr>
      <w:r>
        <w:rPr>
          <w:b/>
        </w:rPr>
        <w:t xml:space="preserve">MADDE 182 – </w:t>
      </w:r>
      <w:r>
        <w:t>(1) Duruşma herkese açıktır.</w:t>
      </w:r>
    </w:p>
    <w:p>
      <w:pPr>
        <w:spacing w:after="80"/>
        <w:ind w:firstLine="454"/>
        <w:jc w:val="both"/>
      </w:pPr>
      <w:r>
        <w:t>(2) Genel ahlâkın veya kamu güvenliğinin kesin olarak gerekli kıldığı hâllerde, duruşmanın bir kısmının veya tamamının kapalı yapılmasına mahkemece karar verilebilir.</w:t>
      </w:r>
    </w:p>
    <w:p>
      <w:pPr>
        <w:spacing w:after="80"/>
        <w:ind w:firstLine="454"/>
        <w:jc w:val="both"/>
      </w:pPr>
      <w:r>
        <w:t>(3) Duruşmanın kapalı yapılması konusundaki gerekçeli karar ile hüküm açık duruşmada açıklanır.</w:t>
      </w:r>
    </w:p>
    <w:p>
      <w:pPr>
        <w:keepNext/>
        <w:spacing w:before="200" w:after="40"/>
      </w:pPr>
      <w:r>
        <w:rPr>
          <w:b/>
        </w:rPr>
        <w:t>Ses ve görüntü alıcı aletlerin kullanılması yasağı</w:t>
      </w:r>
    </w:p>
    <w:p>
      <w:pPr>
        <w:spacing w:after="80"/>
        <w:ind w:firstLine="454"/>
        <w:jc w:val="both"/>
      </w:pPr>
      <w:r>
        <w:rPr>
          <w:b/>
        </w:rPr>
        <w:t xml:space="preserve">MADDE 183 – </w:t>
      </w:r>
      <w:r>
        <w:t>(1) 180 inci maddenin beşinci fıkrası ile 196 ncı maddenin dördüncü fıkrası hükmü saklı kalmak üzere, adliye binası içerisinde ve duruşma başladıktan sonra duruşma salonunda her türlü sesli veya görüntülü kayıt veya nakil olanağı sağlayan aletler kullanılamaz. Bu hüküm, adliye binası içerisinde ve dışındaki diğer adlî işlemlerin icrasında da uygulanır.</w:t>
      </w:r>
    </w:p>
    <w:p>
      <w:pPr>
        <w:keepNext/>
        <w:spacing w:before="200" w:after="40"/>
      </w:pPr>
      <w:r>
        <w:rPr>
          <w:b/>
        </w:rPr>
        <w:t>Açıklığın kaldırılması hakkında karar</w:t>
      </w:r>
    </w:p>
    <w:p>
      <w:pPr>
        <w:spacing w:after="80"/>
        <w:ind w:firstLine="454"/>
        <w:jc w:val="both"/>
      </w:pPr>
      <w:r>
        <w:rPr>
          <w:b/>
        </w:rPr>
        <w:t xml:space="preserve">MADDE 184 – </w:t>
      </w:r>
      <w:r>
        <w:t>(1) 182 nci maddede gösterilen hâllerde, açıklığın kaldırılması istemine ilişkin olarak yapılacak duruşma, istem üzerine veya mahkemece uygun görülürse kapalı yapılır.</w:t>
      </w:r>
    </w:p>
    <w:p>
      <w:pPr>
        <w:keepNext/>
        <w:spacing w:before="200" w:after="40"/>
      </w:pPr>
      <w:r>
        <w:rPr>
          <w:b/>
        </w:rPr>
        <w:t>Zorunlu kapalılık</w:t>
      </w:r>
    </w:p>
    <w:p>
      <w:pPr>
        <w:spacing w:after="80"/>
        <w:ind w:firstLine="454"/>
        <w:jc w:val="both"/>
      </w:pPr>
      <w:r>
        <w:rPr>
          <w:b/>
        </w:rPr>
        <w:t xml:space="preserve">MADDE 185 – </w:t>
      </w:r>
      <w:r>
        <w:t>(1) Sanık, onsekiz yaşını doldurmamış ise duruşma kapalı yapılır; hüküm de kapalı duruşmada açıklanır.</w:t>
      </w:r>
    </w:p>
    <w:p>
      <w:pPr>
        <w:keepNext/>
        <w:spacing w:before="200" w:after="40"/>
      </w:pPr>
      <w:r>
        <w:rPr>
          <w:b/>
        </w:rPr>
        <w:t>Kapalılık kararının ve nedenlerinin yazılması</w:t>
      </w:r>
    </w:p>
    <w:p>
      <w:pPr>
        <w:spacing w:after="80"/>
        <w:ind w:firstLine="454"/>
        <w:jc w:val="both"/>
      </w:pPr>
      <w:r>
        <w:rPr>
          <w:b/>
        </w:rPr>
        <w:t xml:space="preserve">MADDE 186 – </w:t>
      </w:r>
      <w:r>
        <w:t>(1) Açıklığın kaldırılması kararı, nedenleriyle birlikte tutanağa geçirilir.</w:t>
      </w:r>
    </w:p>
    <w:p>
      <w:pPr>
        <w:keepNext/>
        <w:spacing w:before="200" w:after="40"/>
      </w:pPr>
      <w:r>
        <w:rPr>
          <w:b/>
        </w:rPr>
        <w:t>Kapalı duruşmada bulunabilme</w:t>
      </w:r>
    </w:p>
    <w:p>
      <w:pPr>
        <w:spacing w:after="80"/>
        <w:ind w:firstLine="454"/>
        <w:jc w:val="both"/>
      </w:pPr>
      <w:r>
        <w:rPr>
          <w:b/>
        </w:rPr>
        <w:t xml:space="preserve">MADDE 187 – </w:t>
      </w:r>
      <w:r>
        <w:t>(1) Kapalı duruşmada mahkeme, bazı kişilerin hazır bulunmasına izin verebilir. Bu hâlde adı geçenler, duruşmanın kapalı olmasını gerektiren hususları açıklamamaları bakımından uyarılırlar ve bu husus tutanağa yazılır.</w:t>
      </w:r>
    </w:p>
    <w:p>
      <w:pPr>
        <w:spacing w:after="80"/>
        <w:ind w:firstLine="454"/>
        <w:jc w:val="both"/>
      </w:pPr>
      <w:r>
        <w:t>(2) Kapalı duruşmanın içeriği hiçbir iletişim aracıyla yayımlanamaz.</w:t>
      </w:r>
    </w:p>
    <w:p>
      <w:pPr>
        <w:spacing w:after="80"/>
        <w:ind w:firstLine="454"/>
        <w:jc w:val="both"/>
      </w:pPr>
      <w:r>
        <w:t>(3) Açık duruşmanın içeriği, millî güvenliğe veya genel ahlâka veya kişilerin saygınlık, onur ve haklarına dokunacak veya suç işlemeye kışkırtacak nitelikte ise; mahkeme, bunları önlemek amacı ile ve gerektiği ölçüde duruşmanın içeriğinin kısmen veya tamamen yayımlanmasını yasaklar ve kararını açık duruşmada açıklar.</w:t>
      </w:r>
    </w:p>
    <w:p>
      <w:pPr>
        <w:keepNext/>
        <w:spacing w:before="200" w:after="40"/>
      </w:pPr>
      <w:r>
        <w:rPr>
          <w:b/>
        </w:rPr>
        <w:t>Duruşmada hazır bulunacaklar</w:t>
      </w:r>
    </w:p>
    <w:p>
      <w:pPr>
        <w:spacing w:after="80"/>
        <w:ind w:firstLine="454"/>
        <w:jc w:val="both"/>
      </w:pPr>
      <w:r>
        <w:rPr>
          <w:b/>
        </w:rPr>
        <w:t xml:space="preserve">MADDE 188 – </w:t>
      </w:r>
      <w:r>
        <w:t xml:space="preserve">(1) Duruşmada, hükme katılacak hâkimler ve Cumhuriyet savcısı ile zabıt kâtibinin ve Kanunun zorunlu müdafiliği kabul ettiği hâllerde müdafiin hazır bulunması şarttır. </w:t>
      </w:r>
      <w:r>
        <w:rPr>
          <w:color w:val="666666"/>
          <w:sz w:val="17"/>
        </w:rPr>
        <w:t>(Ek cümle: 3/10/2016-KHK-676/5 md.; Aynen kabul: 1/2/2018-7070/5 md.)</w:t>
      </w:r>
      <w:r>
        <w:t xml:space="preserve"> Müdafiin mazeretsiz olarak duruşmaya gelmemesi veya duruşmayı terk etmesi halinde duruşmaya devam edilebilir.</w:t>
      </w:r>
    </w:p>
    <w:p>
      <w:pPr>
        <w:spacing w:after="80"/>
        <w:ind w:firstLine="454"/>
        <w:jc w:val="both"/>
      </w:pPr>
      <w:r>
        <w:t xml:space="preserve">(2) </w:t>
      </w:r>
      <w:r>
        <w:rPr>
          <w:color w:val="666666"/>
          <w:sz w:val="17"/>
        </w:rPr>
        <w:t>(Mülga: 18/6/2014 - 6545/103 md.)</w:t>
      </w:r>
    </w:p>
    <w:p>
      <w:pPr>
        <w:spacing w:after="80"/>
        <w:ind w:firstLine="454"/>
        <w:jc w:val="both"/>
      </w:pPr>
      <w:r>
        <w:t>(3) Bir oturumda bitmeyecek davada, herhangi bir nedenle bulunamayacak üyenin yerine geçmek ve oya katılmak üzere yedek üye bulundurulabilir.</w:t>
      </w:r>
    </w:p>
    <w:p>
      <w:pPr>
        <w:keepNext/>
        <w:spacing w:before="200" w:after="40"/>
      </w:pPr>
      <w:r>
        <w:rPr>
          <w:b/>
        </w:rPr>
        <w:t>Birden çok Cumhuriyet savcısı ve avukatın duruşmaya katılması</w:t>
      </w:r>
    </w:p>
    <w:p>
      <w:pPr>
        <w:spacing w:after="80"/>
        <w:ind w:firstLine="454"/>
        <w:jc w:val="both"/>
      </w:pPr>
      <w:r>
        <w:rPr>
          <w:b/>
        </w:rPr>
        <w:t xml:space="preserve">MADDE 189 – </w:t>
      </w:r>
      <w:r>
        <w:t>(1) Birden çok Cumhuriyet savcısı ve birden çok avukat aynı zamanda duruşmaya katılabilecekleri gibi aralarında işbölümü de yapabilirler.</w:t>
      </w:r>
    </w:p>
    <w:p>
      <w:pPr>
        <w:keepNext/>
        <w:spacing w:before="200" w:after="40"/>
      </w:pPr>
      <w:r>
        <w:rPr>
          <w:b/>
        </w:rPr>
        <w:t>Ara verme</w:t>
      </w:r>
    </w:p>
    <w:p>
      <w:pPr>
        <w:spacing w:after="80"/>
        <w:ind w:firstLine="454"/>
        <w:jc w:val="both"/>
      </w:pPr>
      <w:r>
        <w:rPr>
          <w:b/>
        </w:rPr>
        <w:t xml:space="preserve">MADDE 190 – </w:t>
      </w:r>
      <w:r>
        <w:t>(1) Duruşmaya, ara verilmeksizin devam edilerek hüküm verilir. Ancak, zorunlu hâllerde davanın makul sürede sonuçlandırılmasını olanaklı kılacak surette duruşmaya ara verilebilir.</w:t>
      </w:r>
    </w:p>
    <w:p>
      <w:pPr>
        <w:spacing w:after="80"/>
        <w:ind w:firstLine="454"/>
        <w:jc w:val="both"/>
      </w:pPr>
      <w:r>
        <w:t>(2) 176 ncı maddede belirlenen süreye uyulmamış ise duruşmaya ara verilmesini istemeye hakkı olduğu sanığa hatırlatılır.</w:t>
      </w:r>
    </w:p>
    <w:p>
      <w:pPr>
        <w:keepNext/>
        <w:spacing w:before="200" w:after="40"/>
      </w:pPr>
      <w:r>
        <w:rPr>
          <w:b/>
        </w:rPr>
        <w:t>Duruşmanın başlaması</w:t>
      </w:r>
    </w:p>
    <w:p>
      <w:pPr>
        <w:spacing w:after="80"/>
        <w:ind w:firstLine="454"/>
        <w:jc w:val="both"/>
      </w:pPr>
      <w:r>
        <w:rPr>
          <w:b/>
        </w:rPr>
        <w:t xml:space="preserve">MADDE 191 – </w:t>
      </w:r>
      <w:r>
        <w:t>(1) Sanığın ve müdafiinin hazır bulunup bulunmadığı, çağrılmış tanık ve bilirkişilerin gelip gelmedikleri saptanarak duruşmaya başlanır. Sanık, duruşmaya bağsız olarak alınır. Mahkeme başkanı veya hâkim, duruşmanın başladığını, iddianamenin kabulü kararını okuyarak açıklar.</w:t>
      </w:r>
    </w:p>
    <w:p>
      <w:pPr>
        <w:spacing w:after="80"/>
        <w:ind w:firstLine="454"/>
        <w:jc w:val="both"/>
      </w:pPr>
      <w:r>
        <w:t>(2) Tanıklar duruşma salonundan dışarı çıkarılırlar.</w:t>
      </w:r>
    </w:p>
    <w:p>
      <w:pPr>
        <w:spacing w:after="80"/>
        <w:ind w:firstLine="454"/>
        <w:jc w:val="both"/>
      </w:pPr>
      <w:r>
        <w:t>(3) Duruşmada, sırasıyla;</w:t>
      </w:r>
    </w:p>
    <w:p>
      <w:pPr>
        <w:spacing w:after="80"/>
        <w:ind w:firstLine="454"/>
        <w:jc w:val="both"/>
      </w:pPr>
      <w:r>
        <w:t>a) Sanığın açık kimliği saptanır, kişisel ve ekonomik durumu hakkında kendisinden bilgi alınır,</w:t>
      </w:r>
    </w:p>
    <w:p>
      <w:pPr>
        <w:spacing w:after="80"/>
        <w:ind w:firstLine="454"/>
        <w:jc w:val="both"/>
      </w:pPr>
      <w:r>
        <w:t xml:space="preserve">b) </w:t>
      </w:r>
      <w:r>
        <w:rPr>
          <w:color w:val="666666"/>
          <w:sz w:val="17"/>
        </w:rPr>
        <w:t>(Değişik: 24/11/2016-6763/29 md.)</w:t>
      </w:r>
      <w:r>
        <w:t xml:space="preserve"> İddianame veya iddianame yerine geçen belgede yer alan suçlamanın dayanağını oluşturan eylemler ve deliller ile suçlamanın hukuki nitelendirmesi anlatılır,</w:t>
      </w:r>
    </w:p>
    <w:p>
      <w:pPr>
        <w:spacing w:after="80"/>
        <w:ind w:firstLine="454"/>
        <w:jc w:val="both"/>
      </w:pPr>
      <w:r>
        <w:t>c) Sanığa, yüklenen suç hakkında açıklamada bulunmamasının kanunî hakkı olduğu ve 147 nci maddede belirtilen diğer hakları bildirilir,</w:t>
      </w:r>
    </w:p>
    <w:p>
      <w:pPr>
        <w:spacing w:after="80"/>
        <w:ind w:firstLine="454"/>
        <w:jc w:val="both"/>
      </w:pPr>
      <w:r>
        <w:t>d) Sanık açıklamada bulunmaya hazır olduğunu bildirdiğinde, usulüne göre sorgusu yapılır.</w:t>
      </w:r>
    </w:p>
    <w:p>
      <w:pPr>
        <w:keepNext/>
        <w:spacing w:before="200" w:after="40"/>
      </w:pPr>
      <w:r>
        <w:rPr>
          <w:b/>
        </w:rPr>
        <w:t>Başkan veya hâkimin görevi</w:t>
      </w:r>
    </w:p>
    <w:p>
      <w:pPr>
        <w:spacing w:after="80"/>
        <w:ind w:firstLine="454"/>
        <w:jc w:val="both"/>
      </w:pPr>
      <w:r>
        <w:rPr>
          <w:b/>
        </w:rPr>
        <w:t xml:space="preserve">MADDE 192 – </w:t>
      </w:r>
      <w:r>
        <w:t>(1) Mahkeme başkanı veya hâkim, duruşmayı yönetir ve sanığı sorguya çeker; delillerin ikame edilmesini sağlar.</w:t>
      </w:r>
    </w:p>
    <w:p>
      <w:pPr>
        <w:spacing w:after="80"/>
        <w:ind w:firstLine="454"/>
        <w:jc w:val="both"/>
      </w:pPr>
      <w:r>
        <w:t>(2) Duruşmada ilgili olanlardan biri duruşmanın yönetimine ilişkin olarak mahkeme başkanı tarafından emrolunan bir tedbirin hukuken kabul edilemeyeceğini öne sürerse mahkeme, bu hususta bir karar verir.</w:t>
      </w:r>
    </w:p>
    <w:p>
      <w:pPr>
        <w:keepNext/>
        <w:spacing w:before="200" w:after="40"/>
      </w:pPr>
      <w:r>
        <w:rPr>
          <w:b/>
        </w:rPr>
        <w:t>Sanığın duruşmada hazır bulunmaması</w:t>
      </w:r>
    </w:p>
    <w:p>
      <w:pPr>
        <w:spacing w:after="80"/>
        <w:ind w:firstLine="454"/>
        <w:jc w:val="both"/>
      </w:pPr>
      <w:r>
        <w:rPr>
          <w:b/>
        </w:rPr>
        <w:t xml:space="preserve">MADDE 193 – </w:t>
      </w:r>
      <w:r>
        <w:t>(1) Kanunun ayrık tuttuğu hâller saklı kalmak üzere, hazır bulunmayan sanık hakkında duruşma yapılmaz. Gelmemesinin geçerli nedeni olmayan sanığın zorla getirilmesine karar verilir.</w:t>
      </w:r>
    </w:p>
    <w:p>
      <w:pPr>
        <w:spacing w:after="80"/>
        <w:ind w:firstLine="454"/>
        <w:jc w:val="both"/>
      </w:pPr>
      <w:r>
        <w:t xml:space="preserve">(2) </w:t>
      </w:r>
      <w:r>
        <w:rPr>
          <w:color w:val="666666"/>
          <w:sz w:val="17"/>
        </w:rPr>
        <w:t>(Değişik: 28/3/2023-7445/20 md.)</w:t>
      </w:r>
      <w:r>
        <w:t xml:space="preserve"> Sanık hakkında, toplanan delillere göre mahkûmiyet, ceza verilmesine yer olmadığı ve güvenlik tedbiri dışında bir karar verilmesi gerektiği kanısına varılırsa, sorgusu yapılmamış olsa da dava yokluğunda bitirilebilir.</w:t>
      </w:r>
    </w:p>
    <w:p>
      <w:pPr>
        <w:keepNext/>
        <w:spacing w:before="200" w:after="40"/>
      </w:pPr>
      <w:r>
        <w:rPr>
          <w:b/>
        </w:rPr>
        <w:t>Sanığın mahkemeden uzaklaşması</w:t>
      </w:r>
    </w:p>
    <w:p>
      <w:pPr>
        <w:spacing w:after="80"/>
        <w:ind w:firstLine="454"/>
        <w:jc w:val="both"/>
      </w:pPr>
      <w:r>
        <w:rPr>
          <w:b/>
        </w:rPr>
        <w:t xml:space="preserve">MADDE 194 – </w:t>
      </w:r>
      <w:r>
        <w:t>(1) Mahkemeye gelen sanığın duruşmanın devamı süresince hazır bulunması sağlanır ve savuşmasının önüne geçmek için mahkeme gereken tedbirleri alır.</w:t>
      </w:r>
    </w:p>
    <w:p>
      <w:pPr>
        <w:spacing w:after="80"/>
        <w:ind w:firstLine="454"/>
        <w:jc w:val="both"/>
      </w:pPr>
      <w:r>
        <w:t>(2) Sanık savuşur veya ara vermeyi izleyen oturuma gelmezse, önceden sorguya çekilmiş ve artık hazır bulunmasına mahkemece gerek görülmezse, dava yokluğunda bitirilebilir.</w:t>
      </w:r>
    </w:p>
    <w:p>
      <w:pPr>
        <w:keepNext/>
        <w:spacing w:before="200" w:after="40"/>
      </w:pPr>
      <w:r>
        <w:rPr>
          <w:b/>
        </w:rPr>
        <w:t>Sanığın yokluğunda duruşma</w:t>
      </w:r>
    </w:p>
    <w:p>
      <w:pPr>
        <w:spacing w:after="80"/>
        <w:ind w:firstLine="454"/>
        <w:jc w:val="both"/>
      </w:pPr>
      <w:r>
        <w:rPr>
          <w:b/>
        </w:rPr>
        <w:t xml:space="preserve">MADDE 195 – </w:t>
      </w:r>
      <w:r>
        <w:t>(1) Suç, yalnız veya birlikte adlî para cezasını veya müsadereyi gerektirmekte ise; sanık gelmese bile duruşma yapılabilir. Bu gibi hâllerde sanığa gönderilecek davetiyede gelmese de duruşmanın yapılacağı yazılır.</w:t>
      </w:r>
    </w:p>
    <w:p>
      <w:pPr>
        <w:keepNext/>
        <w:spacing w:before="200" w:after="40"/>
      </w:pPr>
      <w:r>
        <w:rPr>
          <w:b/>
        </w:rPr>
        <w:t>Sanığın duruşmadan bağışık tutulması</w:t>
      </w:r>
    </w:p>
    <w:p>
      <w:pPr>
        <w:spacing w:after="80"/>
        <w:ind w:firstLine="454"/>
        <w:jc w:val="both"/>
      </w:pPr>
      <w:r>
        <w:rPr>
          <w:b/>
        </w:rPr>
        <w:t xml:space="preserve">MADDE 196 – </w:t>
      </w:r>
      <w:r>
        <w:t>(1) Mahkemece sorgusu yapılmış olan sanık veya bu hususta sanık tarafından yetkili kılındığı hâllerde müdafii isterse, mahkeme sanığı duruşmada hazır bulunmaktan bağışık tutabilir.</w:t>
      </w:r>
    </w:p>
    <w:p>
      <w:pPr>
        <w:spacing w:after="80"/>
        <w:ind w:firstLine="454"/>
        <w:jc w:val="both"/>
      </w:pPr>
      <w:r>
        <w:t>(2) Sanık, alt sınırı beş yıl ve daha fazla hapis cezasını gerektiren suçlar hariç olmak üzere, istinabe suretiyle sorguya çekilebilir. Sorgu için belirlenen gün, Cumhuriyet savcısı ile sanık ve müdafiine bildirilir. Cumhuriyet savcısı ile müdafiin sorgu sırasında hazır bulunması zorunlu değildir. Sorgusundan önce sanığa, ifadesini esas mahkemesi huzurunda vermek isteyip istemediği sorulur.</w:t>
      </w:r>
    </w:p>
    <w:p>
      <w:pPr>
        <w:spacing w:after="80"/>
        <w:ind w:firstLine="454"/>
        <w:jc w:val="both"/>
      </w:pPr>
      <w:r>
        <w:t>(3) Sorgu tutanağı duruşmada okunur.</w:t>
      </w:r>
    </w:p>
    <w:p>
      <w:pPr>
        <w:spacing w:after="80"/>
        <w:ind w:firstLine="454"/>
        <w:jc w:val="both"/>
      </w:pPr>
      <w:r>
        <w:t xml:space="preserve">(4) </w:t>
      </w:r>
      <w:r>
        <w:rPr>
          <w:color w:val="666666"/>
          <w:sz w:val="17"/>
        </w:rPr>
        <w:t>(Değişik: 15/8/2017-KHK-694/147 md.; Aynen kabul: 1/2/2018-7078/142 md.)</w:t>
      </w:r>
      <w:r>
        <w:t xml:space="preserve"> Hâkim veya mahkemenin zorunlu gördüğü durumlarda, aynı anda görüntülü ve sesli iletişim tekniğinin kullanılması suretiyle yurt içinde bulunan sanığın sorgusu yapılabilir veya duruşmalara katılmasına karar verilebilir.</w:t>
      </w:r>
    </w:p>
    <w:p>
      <w:pPr>
        <w:spacing w:after="80"/>
        <w:ind w:firstLine="454"/>
        <w:jc w:val="both"/>
      </w:pPr>
      <w:r>
        <w:t>(5) Hastalık veya disiplin önlemi ya da zorunlu diğer nedenlerle yargılamanın yapıldığı yargı çevresi dışındaki bir hastahane veya tutukevine nakledilmiş olan sanığın, sorgusu yapılmış olmak koşuluyla, hazır bulundurulmasına gerek görülmeyen oturumlar için getirilmemesine mahkemece karar verilebilir.</w:t>
      </w:r>
    </w:p>
    <w:p>
      <w:pPr>
        <w:spacing w:after="80"/>
        <w:ind w:firstLine="454"/>
        <w:jc w:val="both"/>
      </w:pPr>
      <w:r>
        <w:t>(6) Yurt dışında bulunan sanığın, belirlenen duruşma tarihinde hazır bulunmasının zorluğu halinde, bu tarihten önce duruşma açılarak veya istinabe suretiyle sorgusu yapılabilir.</w:t>
      </w:r>
    </w:p>
    <w:p>
      <w:pPr>
        <w:keepNext/>
        <w:spacing w:before="200" w:after="40"/>
      </w:pPr>
      <w:r>
        <w:rPr>
          <w:b/>
        </w:rPr>
        <w:t>Sanığın müdafi gönderebilmesi</w:t>
      </w:r>
    </w:p>
    <w:p>
      <w:pPr>
        <w:spacing w:after="80"/>
        <w:ind w:firstLine="454"/>
        <w:jc w:val="both"/>
      </w:pPr>
      <w:r>
        <w:rPr>
          <w:b/>
        </w:rPr>
        <w:t xml:space="preserve">MADDE 197 – </w:t>
      </w:r>
      <w:r>
        <w:t>(1) Sanık hazır bulunmasa da müdafii bütün oturumlarda hazır bulunmak yetkisine sahiptir.</w:t>
      </w:r>
    </w:p>
    <w:p>
      <w:pPr>
        <w:keepNext/>
        <w:spacing w:before="200" w:after="40"/>
      </w:pPr>
      <w:r>
        <w:rPr>
          <w:b/>
        </w:rPr>
        <w:t>Sanık hazır bulunmaksızın yapılan duruşmada eski hâle getirme koşulu</w:t>
      </w:r>
    </w:p>
    <w:p>
      <w:pPr>
        <w:spacing w:after="80"/>
        <w:ind w:firstLine="454"/>
        <w:jc w:val="both"/>
      </w:pPr>
      <w:r>
        <w:rPr>
          <w:b/>
        </w:rPr>
        <w:t xml:space="preserve">MADDE 198 – </w:t>
      </w:r>
      <w:r>
        <w:t>(1) Duruşma, sanık hazır bulunmaksızın yapılırsa, mahkemenin karar ve işlemlerinin kendisine tebliği tarihinden itibaren bir hafta içinde, sürenin geçmesinden doğan sonuçları gidermek için sanık, kanunî nedenlere dayanarak, mahkemenin o karar ve işlemleri hakkında eski hâle getirme isteminde bulunabilir.</w:t>
      </w:r>
    </w:p>
    <w:p>
      <w:pPr>
        <w:spacing w:after="80"/>
        <w:ind w:firstLine="454"/>
        <w:jc w:val="both"/>
      </w:pPr>
      <w:r>
        <w:t>(2) Ancak, sanık kendi istemi üzerine duruşmadan bağışık tutulmuş veya müdafii aracılığıyla temsil edilmek yetkisini kullanmış olursa artık eski hâle getirme isteminde bulunamaz.</w:t>
      </w:r>
    </w:p>
    <w:p>
      <w:pPr>
        <w:keepNext/>
        <w:spacing w:before="200" w:after="40"/>
      </w:pPr>
      <w:r>
        <w:rPr>
          <w:b/>
        </w:rPr>
        <w:t>Sanığın zorla getirilebilmesi</w:t>
      </w:r>
    </w:p>
    <w:p>
      <w:pPr>
        <w:spacing w:after="80"/>
        <w:ind w:firstLine="454"/>
        <w:jc w:val="both"/>
      </w:pPr>
      <w:r>
        <w:rPr>
          <w:b/>
        </w:rPr>
        <w:t xml:space="preserve">MADDE 199 – </w:t>
      </w:r>
      <w:r>
        <w:t>(1) Mahkeme, sanığın hazır bulunmasına ve zorla getirme kararı veya yakalama emriyle getirilmesine her zaman karar verebilir.</w:t>
      </w:r>
    </w:p>
    <w:p>
      <w:pPr>
        <w:keepNext/>
        <w:spacing w:before="200" w:after="40"/>
      </w:pPr>
      <w:r>
        <w:rPr>
          <w:b/>
        </w:rPr>
        <w:t>Sorgu sırasında sanığın mahkeme salonundan çıkarılabilmesi</w:t>
      </w:r>
    </w:p>
    <w:p>
      <w:pPr>
        <w:spacing w:after="80"/>
        <w:ind w:firstLine="454"/>
        <w:jc w:val="both"/>
      </w:pPr>
      <w:r>
        <w:rPr>
          <w:b/>
        </w:rPr>
        <w:t xml:space="preserve">MADDE 200 – </w:t>
      </w:r>
      <w:r>
        <w:t>(1) Sanığın yüzüne karşı suç ortaklarından birinin veya bir tanığın gerçeği söylemeyeceğinden endişe edilirse, mahkeme, sorgu ve dinleme sırasında o sanığın mahkeme salonundan çıkarılmasına karar verebilir.</w:t>
      </w:r>
    </w:p>
    <w:p>
      <w:pPr>
        <w:spacing w:after="80"/>
        <w:ind w:firstLine="454"/>
        <w:jc w:val="both"/>
      </w:pPr>
      <w:r>
        <w:t>(2) Sanık tekrar getirildiğinde, tutanaklar okunur ve gerektiğinde içeriği anlatılır.</w:t>
      </w:r>
    </w:p>
    <w:p>
      <w:pPr>
        <w:keepNext/>
        <w:spacing w:before="200" w:after="40"/>
      </w:pPr>
      <w:r>
        <w:rPr>
          <w:b/>
        </w:rPr>
        <w:t>Doğrudan soru yöneltme</w:t>
      </w:r>
    </w:p>
    <w:p>
      <w:pPr>
        <w:spacing w:after="80"/>
        <w:ind w:firstLine="454"/>
        <w:jc w:val="both"/>
      </w:pPr>
      <w:r>
        <w:rPr>
          <w:b/>
        </w:rPr>
        <w:t xml:space="preserve">MADDE 201 – </w:t>
      </w:r>
      <w:r>
        <w:t>(1) Cumhuriyet savcısı, müdafi veya vekil sıfatıyla duruşmaya katılan avukat; sanığa, katılana, tanıklara, bilirkişilere ve duruşmaya çağrılmış diğer kişilere, duruşma disiplinine uygun olarak doğrudan soru yöneltebilirler. Sanık ve katılan da mahkeme başkanı veya hâkim aracılığı ile soru yöneltebilir. Yöneltilen soruya itiraz edildiğinde sorunun yöneltilmesinin gerekip gerekmediğine, mahkeme başkanı karar verir. Gerektiğinde ilgililer yeniden soru sorabilir.</w:t>
      </w:r>
    </w:p>
    <w:p>
      <w:pPr>
        <w:spacing w:after="80"/>
        <w:ind w:firstLine="454"/>
        <w:jc w:val="both"/>
      </w:pPr>
      <w:r>
        <w:t>(2) Heyet halinde görev yapan mahkemelerde, heyeti oluşturan hâkimler, birinci fıkrada belirtilen kişilere soru sorabilir.</w:t>
      </w:r>
    </w:p>
    <w:p>
      <w:pPr>
        <w:keepNext/>
        <w:spacing w:before="200" w:after="40"/>
      </w:pPr>
      <w:r>
        <w:rPr>
          <w:b/>
        </w:rPr>
        <w:t>Tercüman bulundurulacak hâller</w:t>
      </w:r>
    </w:p>
    <w:p>
      <w:pPr>
        <w:spacing w:after="80"/>
        <w:ind w:firstLine="454"/>
        <w:jc w:val="both"/>
      </w:pPr>
      <w:r>
        <w:rPr>
          <w:b/>
        </w:rPr>
        <w:t xml:space="preserve">MADDE 202 – </w:t>
      </w:r>
      <w:r>
        <w:t>(1) Sanık veya mağdur, meramını anlatabilecek ölçüde Türkçe bilmiyorsa; mahkeme tarafından atanan tercüman aracılığıyla duruşmadaki iddia ve savunmaya ilişkin esaslı noktalar tercüme edilir.</w:t>
      </w:r>
    </w:p>
    <w:p>
      <w:pPr>
        <w:spacing w:after="80"/>
        <w:ind w:firstLine="454"/>
        <w:jc w:val="both"/>
      </w:pPr>
      <w:r>
        <w:t>(2) Engelli olan sanığa veya mağdura, duruşmadaki iddia ve savunmaya ilişkin esaslı noktalar, anlayabilecekleri biçimde anlatılır.</w:t>
      </w:r>
    </w:p>
    <w:p>
      <w:pPr>
        <w:spacing w:after="80"/>
        <w:ind w:firstLine="454"/>
        <w:jc w:val="both"/>
      </w:pPr>
      <w:r>
        <w:t>(3) Birinci ve ikinci fıkra hükümleri, soruşturma evresinde dinlenen şüpheli, mağdur veya tanıklar hakkında da uygulanır. Bu evrede tercüman, hâkim veya Cumhuriyet savcısı tarafından atanır.</w:t>
      </w:r>
    </w:p>
    <w:p>
      <w:pPr>
        <w:spacing w:after="80"/>
        <w:ind w:firstLine="454"/>
        <w:jc w:val="both"/>
      </w:pPr>
      <w:r>
        <w:t xml:space="preserve">(4) </w:t>
      </w:r>
      <w:r>
        <w:rPr>
          <w:color w:val="666666"/>
          <w:sz w:val="17"/>
        </w:rPr>
        <w:t>(Ek: 24/1/2013-6411/ 1 md.)</w:t>
      </w:r>
      <w:r>
        <w:t xml:space="preserve"> Ayrıca sanık;</w:t>
      </w:r>
    </w:p>
    <w:p>
      <w:pPr>
        <w:spacing w:after="80"/>
        <w:ind w:firstLine="454"/>
        <w:jc w:val="both"/>
      </w:pPr>
      <w:r>
        <w:t>a) İddianamenin anlatılması,</w:t>
      </w:r>
    </w:p>
    <w:p>
      <w:pPr>
        <w:spacing w:after="80"/>
        <w:ind w:firstLine="454"/>
        <w:jc w:val="both"/>
      </w:pPr>
      <w:r>
        <w:t>b) Esas hakkındaki mütalaanın verilmesi,</w:t>
      </w:r>
    </w:p>
    <w:p>
      <w:pPr>
        <w:spacing w:after="80"/>
        <w:ind w:firstLine="454"/>
        <w:jc w:val="both"/>
      </w:pPr>
      <w:r>
        <w:t>üzerine sözlü savunmasını, kendisini daha iyi ifade edebileceğini beyan ettiği başka bir dilde yapabilir. Bu durumda tercüme hizmetleri, beşinci fıkra uyarınca oluşturulan listeden, sanığın seçeceği tercüman tarafından yerine getirilir. Bu tercümanın giderleri Devlet Hazinesince karşılanmaz. Bu imkân, yargılamanın sürüncemede bırakılması amacına yönelik olarak kötüye kullanılamaz.</w:t>
      </w:r>
    </w:p>
    <w:p>
      <w:pPr>
        <w:spacing w:after="80"/>
        <w:ind w:firstLine="454"/>
        <w:jc w:val="both"/>
      </w:pPr>
      <w:r>
        <w:t xml:space="preserve">(5) </w:t>
      </w:r>
      <w:r>
        <w:rPr>
          <w:color w:val="666666"/>
          <w:sz w:val="17"/>
        </w:rPr>
        <w:t>(Ek: 24/1/2013-6411/ 1 md.)</w:t>
      </w:r>
      <w:r>
        <w:t xml:space="preserve"> Tercümanlar, il adlî yargı adalet komisyonlarınca her yıl düzenlenen listede yer alan kişiler arasından seçilirler. Cumhuriyet savcıları ve hâkimler yalnız bulundukları il bakımından oluşturulmuş listelerden değil, diğer illerde oluşturulmuş listelerden de tercüman seçebilirler. Bu listelerin düzenlenmesine ilişkin usul ve esaslar yönetmelikle belirlenir.</w:t>
      </w:r>
    </w:p>
    <w:p>
      <w:pPr>
        <w:spacing w:before="360"/>
        <w:jc w:val="center"/>
      </w:pPr>
      <w:r>
        <w:rPr>
          <w:b/>
          <w:sz w:val="24"/>
        </w:rPr>
        <w:t>ÜÇÜNCÜ BÖLÜM</w:t>
        <w:br/>
        <w:t>Duruşmanın Düzen ve Disiplini</w:t>
      </w:r>
    </w:p>
    <w:p>
      <w:pPr>
        <w:keepNext/>
        <w:spacing w:before="200" w:after="40"/>
      </w:pPr>
      <w:r>
        <w:rPr>
          <w:b/>
        </w:rPr>
        <w:t>Hâkim veya başkanın yetkisi</w:t>
      </w:r>
    </w:p>
    <w:p>
      <w:pPr>
        <w:spacing w:after="80"/>
        <w:ind w:firstLine="454"/>
        <w:jc w:val="both"/>
      </w:pPr>
      <w:r>
        <w:rPr>
          <w:b/>
        </w:rPr>
        <w:t xml:space="preserve">MADDE 203 – </w:t>
      </w:r>
      <w:r>
        <w:t>(1) Duruşmanın düzeni, mahkeme başkanı veya hâkim tarafından sağlanır.</w:t>
      </w:r>
    </w:p>
    <w:p>
      <w:pPr>
        <w:spacing w:after="80"/>
        <w:ind w:firstLine="454"/>
        <w:jc w:val="both"/>
      </w:pPr>
      <w:r>
        <w:t>(2) Mahkeme başkanı veya hâkim, duruşmanın düzenini bozan kişinin, savunma hakkının kullanılmasını engellememek koşuluyla salondan çıkarılmasını emreder.</w:t>
      </w:r>
    </w:p>
    <w:p>
      <w:pPr>
        <w:spacing w:after="80"/>
        <w:ind w:firstLine="454"/>
        <w:jc w:val="both"/>
      </w:pPr>
      <w:r>
        <w:t>(3) Kişi dışarı çıkarılması sırasında direnç gösterir veya karışıklıklara neden olursa yakalanır ve hâkim veya mahkeme tarafından, avukatlar hariç, verilecek bir kararla derhâl dört güne kadar disiplin hapsine konulabilir. Ancak çocuklar hakkında disiplin hapsi uygulanmaz.</w:t>
      </w:r>
    </w:p>
    <w:p>
      <w:pPr>
        <w:keepNext/>
        <w:spacing w:before="200" w:after="40"/>
      </w:pPr>
      <w:r>
        <w:rPr>
          <w:b/>
        </w:rPr>
        <w:t>Sanığın dışarı çıkarılması</w:t>
      </w:r>
    </w:p>
    <w:p>
      <w:pPr>
        <w:spacing w:after="80"/>
        <w:ind w:firstLine="454"/>
        <w:jc w:val="both"/>
      </w:pPr>
      <w:r>
        <w:rPr>
          <w:b/>
        </w:rPr>
        <w:t xml:space="preserve">MADDE 204 – </w:t>
      </w:r>
      <w:r>
        <w:t>(1) Davranışları nedeniyle, hazır bulunmasının duruşmanın düzenli olarak yürütülmesini tehlikeye sokacağı anlaşıldığında sanık, duruşma salonundan çıkarılır. Mahkeme, sanığın duruşmada hazır bulunmasını dosyanın durumuna göre savunması bakımından zorunlu görmezse, oturumu yokluğunda sürdürür ve bitirir. Ancak, sanığın müdafii yoksa, mahkeme barodan bir müdafi görevlendirilmesini ister. Oturuma yeniden alınmasına karar verilen sanığa, yokluğunda yapılan işlemler açıklanır.</w:t>
      </w:r>
    </w:p>
    <w:p>
      <w:pPr>
        <w:keepNext/>
        <w:spacing w:before="200" w:after="40"/>
      </w:pPr>
      <w:r>
        <w:rPr>
          <w:b/>
        </w:rPr>
        <w:t>Duruşma sırasında işlenen suç hakkında işlem</w:t>
      </w:r>
    </w:p>
    <w:p>
      <w:pPr>
        <w:spacing w:after="80"/>
        <w:ind w:firstLine="454"/>
        <w:jc w:val="both"/>
      </w:pPr>
      <w:r>
        <w:rPr>
          <w:b/>
        </w:rPr>
        <w:t xml:space="preserve">MADDE 205 – </w:t>
      </w:r>
      <w:r>
        <w:t>(1) Bir kimse, duruşma sırasında bir suç işlerse, mahkeme olayı tespit eder ve bu hususta düzenleyeceği tutanağı yetkili makama gönderir; gerek görürse failin tutuklanmasına da karar verebilir.</w:t>
      </w:r>
    </w:p>
    <w:p>
      <w:pPr>
        <w:spacing w:before="360"/>
        <w:jc w:val="center"/>
      </w:pPr>
      <w:r>
        <w:rPr>
          <w:b/>
          <w:sz w:val="24"/>
        </w:rPr>
        <w:t>DÖRDÜNCÜ BÖLÜM</w:t>
        <w:br/>
        <w:t>Delillerin Ortaya Konulması ve Tartışılması</w:t>
      </w:r>
    </w:p>
    <w:p>
      <w:pPr>
        <w:keepNext/>
        <w:spacing w:before="200" w:after="40"/>
      </w:pPr>
      <w:r>
        <w:rPr>
          <w:b/>
        </w:rPr>
        <w:t>Delillerin ortaya konulması ve reddi</w:t>
      </w:r>
    </w:p>
    <w:p>
      <w:pPr>
        <w:spacing w:after="80"/>
        <w:ind w:firstLine="454"/>
        <w:jc w:val="both"/>
      </w:pPr>
      <w:r>
        <w:rPr>
          <w:b/>
        </w:rPr>
        <w:t xml:space="preserve">MADDE 206 – </w:t>
      </w:r>
      <w:r>
        <w:t xml:space="preserve">(1) Sanığın sorguya çekilmesinden sonra delillerin ortaya konulmasına başlanır. </w:t>
      </w:r>
      <w:r>
        <w:rPr>
          <w:color w:val="666666"/>
          <w:sz w:val="17"/>
        </w:rPr>
        <w:t>(Ek cümleler: 25/5/2005 - 5353/29 md.)</w:t>
      </w:r>
      <w:r>
        <w:t xml:space="preserve"> Ancak, sanığın tebligata rağmen mazeretsiz olarak gelmemesi sebebiyle sorgusunun yapılamamış olması, delillerin ortaya konulmasına engel olmaz. Ortaya konulan deliller, sonradan gelen sanığa bildirilir.</w:t>
      </w:r>
    </w:p>
    <w:p>
      <w:pPr>
        <w:spacing w:after="80"/>
        <w:ind w:firstLine="454"/>
        <w:jc w:val="both"/>
      </w:pPr>
      <w:r>
        <w:t>(2) Ortaya konulması istenilen bir delil aşağıda yazılı hâllerde reddolunur:</w:t>
      </w:r>
    </w:p>
    <w:p>
      <w:pPr>
        <w:spacing w:after="80"/>
        <w:ind w:firstLine="454"/>
        <w:jc w:val="both"/>
      </w:pPr>
      <w:r>
        <w:t>a) Delil, kanuna aykırı olarak elde edilmişse.</w:t>
      </w:r>
    </w:p>
    <w:p>
      <w:pPr>
        <w:spacing w:after="80"/>
        <w:ind w:firstLine="454"/>
        <w:jc w:val="both"/>
      </w:pPr>
      <w:r>
        <w:t>b) Delil ile ispat edilmek istenilen olayın karara etkisi yoksa.</w:t>
      </w:r>
    </w:p>
    <w:p>
      <w:pPr>
        <w:spacing w:after="80"/>
        <w:ind w:firstLine="454"/>
        <w:jc w:val="both"/>
      </w:pPr>
      <w:r>
        <w:t>c) İstem, sadece davayı uzatmak maksadıyla yapılmışsa.</w:t>
      </w:r>
    </w:p>
    <w:p>
      <w:pPr>
        <w:spacing w:after="80"/>
        <w:ind w:firstLine="454"/>
        <w:jc w:val="both"/>
      </w:pPr>
      <w:r>
        <w:t>(3) Cumhuriyet savcısı ile sanık veya müdafii birlikte rıza gösterirlerse, tanığın dinlenmesinden veya başka herhangi bir delilin ortaya konulmasından vazgeçilebilir.</w:t>
      </w:r>
    </w:p>
    <w:p>
      <w:pPr>
        <w:spacing w:after="80"/>
        <w:ind w:firstLine="454"/>
        <w:jc w:val="both"/>
      </w:pPr>
      <w:r>
        <w:t xml:space="preserve">(4) </w:t>
      </w:r>
      <w:r>
        <w:rPr>
          <w:color w:val="666666"/>
          <w:sz w:val="17"/>
        </w:rPr>
        <w:t>(Mülga: 25/5/2005 - 5353/29 md.)</w:t>
      </w:r>
    </w:p>
    <w:p>
      <w:pPr>
        <w:keepNext/>
        <w:spacing w:before="200" w:after="40"/>
      </w:pPr>
      <w:r>
        <w:rPr>
          <w:b/>
        </w:rPr>
        <w:t>Delil ve olayın geç bildirilmesi</w:t>
      </w:r>
    </w:p>
    <w:p>
      <w:pPr>
        <w:spacing w:after="80"/>
        <w:ind w:firstLine="454"/>
        <w:jc w:val="both"/>
      </w:pPr>
      <w:r>
        <w:rPr>
          <w:b/>
        </w:rPr>
        <w:t xml:space="preserve">MADDE 207 – </w:t>
      </w:r>
      <w:r>
        <w:t>(1) Delilin ortaya konulması istemi, bunun veya ispat edilmek istenen olayın geç bildirilmiş olması nedeniyle reddedilemez.</w:t>
      </w:r>
    </w:p>
    <w:p>
      <w:pPr>
        <w:keepNext/>
        <w:spacing w:before="200" w:after="40"/>
      </w:pPr>
      <w:r>
        <w:rPr>
          <w:b/>
        </w:rPr>
        <w:t>Tanığın duruşma salonundan ayrılması</w:t>
      </w:r>
    </w:p>
    <w:p>
      <w:pPr>
        <w:spacing w:after="80"/>
        <w:ind w:firstLine="454"/>
        <w:jc w:val="both"/>
      </w:pPr>
      <w:r>
        <w:rPr>
          <w:b/>
        </w:rPr>
        <w:t xml:space="preserve">MADDE 208 – </w:t>
      </w:r>
      <w:r>
        <w:t>(1) Tanıklar, dinlendikten sonra ancak mahkeme başkanı veya hâkimin izniyle duruşma salonundan ayrılabilir.</w:t>
      </w:r>
    </w:p>
    <w:p>
      <w:pPr>
        <w:keepNext/>
        <w:spacing w:before="200" w:after="40"/>
      </w:pPr>
      <w:r>
        <w:rPr>
          <w:b/>
        </w:rPr>
        <w:t>Duruşmada anlatılması zorunlu belge ve tutanaklar</w:t>
      </w:r>
    </w:p>
    <w:p>
      <w:pPr>
        <w:spacing w:after="80"/>
        <w:ind w:firstLine="454"/>
        <w:jc w:val="both"/>
      </w:pPr>
      <w:r>
        <w:rPr>
          <w:b/>
        </w:rPr>
        <w:t xml:space="preserve">MADDE 209 – </w:t>
      </w:r>
      <w:r>
        <w:t>(1) Naip veya istinabe yoluyla sorgusu yapılan sanığa ait sorgu tutanakları, naip veya istinabe yoluyla dinlenen tanığın ifade tutanakları ile muayene ve keşif tutanakları gibi delil olarak kullanılacak belgeler ve diğer yazılar, adlî sicil özetleri ve sanığın kişisel ve ekonomik durumuna ilişkin bilgilerin yer aldığı belgeler, duruşmada anlatılır.</w:t>
      </w:r>
    </w:p>
    <w:p>
      <w:pPr>
        <w:spacing w:after="80"/>
        <w:ind w:firstLine="454"/>
        <w:jc w:val="both"/>
      </w:pPr>
      <w:r>
        <w:t>(2) Sanığa veya mağdura ait kişisel verilerin yer aldığı belgelerin, açıkça istemeleri halinde, kapalı oturumda anlatılmasına mahkemece karar verilebilir.</w:t>
      </w:r>
    </w:p>
    <w:p>
      <w:pPr>
        <w:keepNext/>
        <w:spacing w:before="200" w:after="40"/>
      </w:pPr>
      <w:r>
        <w:rPr>
          <w:b/>
        </w:rPr>
        <w:t>Duruşmada okunmayacak belgeler</w:t>
      </w:r>
    </w:p>
    <w:p>
      <w:pPr>
        <w:spacing w:after="80"/>
        <w:ind w:firstLine="454"/>
        <w:jc w:val="both"/>
      </w:pPr>
      <w:r>
        <w:rPr>
          <w:b/>
        </w:rPr>
        <w:t xml:space="preserve">MADDE 210 – </w:t>
      </w:r>
      <w:r>
        <w:t>(1) Olayın delili, bir tanığın açıklamalarından ibaret ise, bu tanık duruşmada mutlaka dinlenir. Daha önce yapılan dinleme sırasında düzenlenmiş tutanağın veya yazılı bir açıklamanın okunması dinleme yerine geçemez.</w:t>
      </w:r>
    </w:p>
    <w:p>
      <w:pPr>
        <w:spacing w:after="80"/>
        <w:ind w:firstLine="454"/>
        <w:jc w:val="both"/>
      </w:pPr>
      <w:r>
        <w:t>(2) Tanıklıktan çekinebilecek olan kişi, duruşmada tanıklıktan çekindiğinde, önceki ifadesine ilişkin tutanak okunamaz.</w:t>
      </w:r>
    </w:p>
    <w:p>
      <w:pPr>
        <w:keepNext/>
        <w:spacing w:before="200" w:after="40"/>
      </w:pPr>
      <w:r>
        <w:rPr>
          <w:b/>
        </w:rPr>
        <w:t>Duruşmada okunmasıyla yetinilebilecek belgeler</w:t>
      </w:r>
    </w:p>
    <w:p>
      <w:pPr>
        <w:spacing w:after="80"/>
        <w:ind w:firstLine="454"/>
        <w:jc w:val="both"/>
      </w:pPr>
      <w:r>
        <w:rPr>
          <w:b/>
        </w:rPr>
        <w:t xml:space="preserve">MADDE 211 – </w:t>
      </w:r>
      <w:r>
        <w:t>(1) a) Tanık veya sanığın suç ortağı ölmüş veya akıl hastalığına tutulmuş olur veya bulunduğu yer öğrenilemezse,</w:t>
      </w:r>
    </w:p>
    <w:p>
      <w:pPr>
        <w:spacing w:after="80"/>
        <w:ind w:firstLine="454"/>
        <w:jc w:val="both"/>
      </w:pPr>
      <w:r>
        <w:t>b) Tanık veya sanığın suç ortağının duruşmada hazır bulunması, hastalık, malûllük veya giderilmesi olanağı bulunmayan başka bir nedenle belli olmayan bir süre için olanaklı değilse,</w:t>
      </w:r>
    </w:p>
    <w:p>
      <w:pPr>
        <w:spacing w:after="80"/>
        <w:ind w:firstLine="454"/>
        <w:jc w:val="both"/>
      </w:pPr>
      <w:r>
        <w:t>c) İfadesinin önem derecesi itibarıyla tanığın duruşmada hazır bulunması gerekli sayılmıyorsa,</w:t>
      </w:r>
    </w:p>
    <w:p>
      <w:pPr>
        <w:spacing w:after="80"/>
        <w:ind w:firstLine="454"/>
        <w:jc w:val="both"/>
      </w:pPr>
      <w:r>
        <w:t>Bu kişilerin dinlenmesi yerine, daha önce yapılan dinleme sırasında düzenlenmiş tutanaklar ile kendilerinin yazmış olduğu belgeler okunabilir.</w:t>
      </w:r>
    </w:p>
    <w:p>
      <w:pPr>
        <w:spacing w:after="80"/>
        <w:ind w:firstLine="454"/>
        <w:jc w:val="both"/>
      </w:pPr>
      <w:r>
        <w:t>(2) Cumhuriyet savcısı, katılan veya vekili, sanık veya müdafii birinci fıkrada belirtilenlerin dışında kalan tutanakların okunmasına birlikte rıza gösterebilirler.</w:t>
      </w:r>
    </w:p>
    <w:p>
      <w:pPr>
        <w:keepNext/>
        <w:spacing w:before="200" w:after="40"/>
      </w:pPr>
      <w:r>
        <w:rPr>
          <w:b/>
        </w:rPr>
        <w:t>Tanığın önceki ifadesinin okunması</w:t>
      </w:r>
    </w:p>
    <w:p>
      <w:pPr>
        <w:spacing w:after="80"/>
        <w:ind w:firstLine="454"/>
        <w:jc w:val="both"/>
      </w:pPr>
      <w:r>
        <w:rPr>
          <w:b/>
        </w:rPr>
        <w:t xml:space="preserve">MADDE 212 – </w:t>
      </w:r>
      <w:r>
        <w:t>(1) Tanık, bir hususu hatırlayamadığını söylerse önceki ifadesini içeren tutanağın ilgili kısmı okunarak hatırlamasına yardım edilir.</w:t>
      </w:r>
    </w:p>
    <w:p>
      <w:pPr>
        <w:spacing w:after="80"/>
        <w:ind w:firstLine="454"/>
        <w:jc w:val="both"/>
      </w:pPr>
      <w:r>
        <w:t>(2) Tanığın duruşmadaki ifadesiyle önceki ifadesi arasında çelişki bulunduğunda, evvelce alınmış ifadesi okunarak çelişkinin giderilmesine çalışılır.</w:t>
      </w:r>
    </w:p>
    <w:p>
      <w:pPr>
        <w:keepNext/>
        <w:spacing w:before="200" w:after="40"/>
      </w:pPr>
      <w:r>
        <w:rPr>
          <w:b/>
        </w:rPr>
        <w:t>Sanığın önceki ifadesinin okunması</w:t>
      </w:r>
    </w:p>
    <w:p>
      <w:pPr>
        <w:spacing w:after="80"/>
        <w:ind w:firstLine="454"/>
        <w:jc w:val="both"/>
      </w:pPr>
      <w:r>
        <w:rPr>
          <w:b/>
        </w:rPr>
        <w:t xml:space="preserve">MADDE 213 – </w:t>
      </w:r>
      <w:r>
        <w:t>(1) Aralarında çelişki bulunması halinde; sanığın, hâkim veya mahkeme huzurunda yaptığı açıklamalar ile Cumhuriyet savcısı tarafından alınan veya müdafiinin hazır bulunduğu kolluk ifadesine ilişkin tutanaklar duruşmada okunabilir.</w:t>
      </w:r>
    </w:p>
    <w:p>
      <w:pPr>
        <w:keepNext/>
        <w:spacing w:before="200" w:after="40"/>
      </w:pPr>
      <w:r>
        <w:rPr>
          <w:b/>
        </w:rPr>
        <w:t>Rapor, belge ve diğer yazıların okunması</w:t>
      </w:r>
    </w:p>
    <w:p>
      <w:pPr>
        <w:spacing w:after="80"/>
        <w:ind w:firstLine="454"/>
        <w:jc w:val="both"/>
      </w:pPr>
      <w:r>
        <w:rPr>
          <w:b/>
        </w:rPr>
        <w:t xml:space="preserve">MADDE 214 – </w:t>
      </w:r>
      <w:r>
        <w:t>(1) Bir açıklamayı ve görüşü içeren resmî belge ve diğer yazılar ve fennî muayene ve doktor raporlarının okunmasından sonra gerekli görülürse belge ve diğer yazılar veya raporda imzası bulunanlar, açıklamada bulunmak üzere duruşmaya çağrılabilirler.</w:t>
      </w:r>
    </w:p>
    <w:p>
      <w:pPr>
        <w:spacing w:after="80"/>
        <w:ind w:firstLine="454"/>
        <w:jc w:val="both"/>
      </w:pPr>
      <w:r>
        <w:t>(2) Açıklama ve görüş veya rapor bir kurul tarafından verilmişse mahkeme, kurulun görüşünü açıklamak üzere görevi, üyelerden birine vermeyi kurula önerebilir.</w:t>
      </w:r>
    </w:p>
    <w:p>
      <w:pPr>
        <w:spacing w:after="80"/>
        <w:ind w:firstLine="454"/>
        <w:jc w:val="both"/>
      </w:pPr>
      <w:r>
        <w:t>(3) Bilimsel görüşlere ilişkin açıklama, bu Kanunun 68 inci madde hükümlerine göre yapılır.</w:t>
      </w:r>
    </w:p>
    <w:p>
      <w:pPr>
        <w:keepNext/>
        <w:spacing w:before="200" w:after="40"/>
      </w:pPr>
      <w:r>
        <w:rPr>
          <w:b/>
        </w:rPr>
        <w:t>Dinleme ve okumadan sonra diyeceğin sorulması</w:t>
      </w:r>
    </w:p>
    <w:p>
      <w:pPr>
        <w:spacing w:after="80"/>
        <w:ind w:firstLine="454"/>
        <w:jc w:val="both"/>
      </w:pPr>
      <w:r>
        <w:rPr>
          <w:b/>
        </w:rPr>
        <w:t xml:space="preserve">MADDE 215 – </w:t>
      </w:r>
      <w:r>
        <w:t>(1) Suç ortağının, tanığın veya bilirkişinin dinlenmesinden ve herhangi bir belgenin okunmasından sonra bunlara karşı bir diyecekleri olup olmadığı katılana veya vekiline, Cumhuriyet savcısına, sanığa ve müdafiine sorulur.</w:t>
      </w:r>
    </w:p>
    <w:p>
      <w:pPr>
        <w:keepNext/>
        <w:spacing w:before="200" w:after="40"/>
      </w:pPr>
      <w:r>
        <w:rPr>
          <w:b/>
        </w:rPr>
        <w:t>Delillerin tartışılması</w:t>
      </w:r>
    </w:p>
    <w:p>
      <w:pPr>
        <w:spacing w:after="80"/>
        <w:ind w:firstLine="454"/>
        <w:jc w:val="both"/>
      </w:pPr>
      <w:r>
        <w:rPr>
          <w:b/>
        </w:rPr>
        <w:t xml:space="preserve">MADDE 216 – </w:t>
      </w:r>
      <w:r>
        <w:t>(1) Ortaya konulan delillerle ilgili tartışmada söz, sırasıyla katılana veya vekiline, Cumhuriyet savcısına, sanığa ve müdafiine veya kanunî temsilcisine verilir.</w:t>
      </w:r>
    </w:p>
    <w:p>
      <w:pPr>
        <w:spacing w:after="80"/>
        <w:ind w:firstLine="454"/>
        <w:jc w:val="both"/>
      </w:pPr>
      <w:r>
        <w:t>(2) Cumhuriyet savcısı, katılan veya vekili, sanığın, müdafiinin veya kanunî temsilcisinin açıklamalarına; sanık ve müdafii ya da kanunî temsilcisi de Cumhuriyet savcısının ve katılanın veya vekilinin açıklamalarına cevap verebilir.</w:t>
      </w:r>
    </w:p>
    <w:p>
      <w:pPr>
        <w:spacing w:after="80"/>
        <w:ind w:firstLine="454"/>
        <w:jc w:val="both"/>
      </w:pPr>
      <w:r>
        <w:t xml:space="preserve">(3) Hükümden önce son söz, hazır bulunan sanığa verilir. </w:t>
      </w:r>
      <w:r>
        <w:rPr>
          <w:color w:val="666666"/>
          <w:sz w:val="17"/>
        </w:rPr>
        <w:t>(Ek cümle: 15/8/2017-KHK-694/148 md.; Aynen kabul: 1/2/2018-7078/143 md.)</w:t>
      </w:r>
      <w:r>
        <w:t xml:space="preserve"> Bu aşamada zorunlu müdafiin hazır bulunmaması hükmün açıklanmasına engel teşkil etmez.</w:t>
      </w:r>
    </w:p>
    <w:p>
      <w:pPr>
        <w:keepNext/>
        <w:spacing w:before="200" w:after="40"/>
      </w:pPr>
      <w:r>
        <w:rPr>
          <w:b/>
        </w:rPr>
        <w:t>Delilleri takdir yetkisi</w:t>
      </w:r>
    </w:p>
    <w:p>
      <w:pPr>
        <w:spacing w:after="80"/>
        <w:ind w:firstLine="454"/>
        <w:jc w:val="both"/>
      </w:pPr>
      <w:r>
        <w:rPr>
          <w:b/>
        </w:rPr>
        <w:t xml:space="preserve">MADDE 217 – </w:t>
      </w:r>
      <w:r>
        <w:t>(1) Hâkim, kararını ancak duruşmaya getirilmiş ve huzurunda tartışılmış delillere dayandırabilir. Bu deliller hâkimin vicdanî kanaatiyle serbestçe takdir edilir.</w:t>
      </w:r>
    </w:p>
    <w:p>
      <w:pPr>
        <w:spacing w:after="80"/>
        <w:ind w:firstLine="454"/>
        <w:jc w:val="both"/>
      </w:pPr>
      <w:r>
        <w:t>(2) Yüklenen suç, hukuka uygun bir şekilde elde edilmiş her türlü delille ispat edilebilir.</w:t>
      </w:r>
    </w:p>
    <w:p>
      <w:pPr>
        <w:keepNext/>
        <w:spacing w:before="200" w:after="40"/>
      </w:pPr>
      <w:r>
        <w:rPr>
          <w:b/>
        </w:rPr>
        <w:t>Ceza mahkemelerinin ek yetkisi</w:t>
      </w:r>
    </w:p>
    <w:p>
      <w:pPr>
        <w:spacing w:after="80"/>
        <w:ind w:firstLine="454"/>
        <w:jc w:val="both"/>
      </w:pPr>
      <w:r>
        <w:rPr>
          <w:b/>
        </w:rPr>
        <w:t xml:space="preserve">MADDE 218 – </w:t>
      </w:r>
      <w:r>
        <w:t>(1) Yüklenen suçun ispatı, ceza mahkemelerinden başka bir mahkemenin görev alanına giren bir sorunun çözümüne bağlı ise; ceza mahkemesi bu sorunla ilgili olarak da bu Kanun hükümlerine göre karar verebilir. Ancak, bu sorunla ilgili olarak görevli mahkemede dava açılması veya açılmış davanın sonuçlanması ile ilgili olarak bekletici sorun kararı verebilir.</w:t>
      </w:r>
    </w:p>
    <w:p>
      <w:pPr>
        <w:spacing w:after="80"/>
        <w:ind w:firstLine="454"/>
        <w:jc w:val="both"/>
      </w:pPr>
      <w:r>
        <w:t>(2) Kovuşturma evresinde mağdur veya sanığın yaşının ceza hükümleri bakımından tespitiyle ilgili bir sorunla karşılaşılması halinde; mahkeme, ilgili kanunda belirlenen usule göre bu sorunu çözerek hükmünü verir.</w:t>
      </w:r>
    </w:p>
    <w:p>
      <w:pPr>
        <w:spacing w:before="360"/>
        <w:jc w:val="center"/>
      </w:pPr>
      <w:r>
        <w:rPr>
          <w:b/>
          <w:sz w:val="24"/>
        </w:rPr>
        <w:t>BEŞINCI BÖLÜM</w:t>
        <w:br/>
        <w:t>Duruşma Tutanağı</w:t>
      </w:r>
    </w:p>
    <w:p>
      <w:pPr>
        <w:keepNext/>
        <w:spacing w:before="200" w:after="40"/>
      </w:pPr>
      <w:r>
        <w:rPr>
          <w:b/>
        </w:rPr>
        <w:t>Duruşma tutanağı</w:t>
      </w:r>
    </w:p>
    <w:p>
      <w:pPr>
        <w:spacing w:after="80"/>
        <w:ind w:firstLine="454"/>
        <w:jc w:val="both"/>
      </w:pPr>
      <w:r>
        <w:rPr>
          <w:b/>
        </w:rPr>
        <w:t xml:space="preserve">MADDE 219 – </w:t>
      </w:r>
      <w:r>
        <w:t>(1) Duruşma için tutanak tutulur. Tutanak, mahkeme başkanı veya hâkim ile zabıt kâtibi tarafından imzalanır. Duruşmada yapılan işlemlerin teknik araçlarla kayda alınması halinde, bu kayıtlar vakit geçirilmeksizin yazılı tutanağa dönüştürülerek mahkeme başkanı veya hâkim ile zabıt kâtibi tarafından imzalanır.</w:t>
      </w:r>
    </w:p>
    <w:p>
      <w:pPr>
        <w:spacing w:after="80"/>
        <w:ind w:firstLine="454"/>
        <w:jc w:val="both"/>
      </w:pPr>
      <w:r>
        <w:t>(2) Mahkeme başkanının mazereti bulunursa tutanak, üyelerin en kıdemlisi tarafından imzalanır.</w:t>
      </w:r>
    </w:p>
    <w:p>
      <w:pPr>
        <w:keepNext/>
        <w:spacing w:before="200" w:after="40"/>
      </w:pPr>
      <w:r>
        <w:rPr>
          <w:b/>
        </w:rPr>
        <w:t>Duruşma tutanağının başlığı</w:t>
      </w:r>
    </w:p>
    <w:p>
      <w:pPr>
        <w:spacing w:after="80"/>
        <w:ind w:firstLine="454"/>
        <w:jc w:val="both"/>
      </w:pPr>
      <w:r>
        <w:rPr>
          <w:b/>
        </w:rPr>
        <w:t xml:space="preserve">MADDE 220 – </w:t>
      </w:r>
      <w:r>
        <w:t>(1) Duruşma tutanağının başlığında;</w:t>
      </w:r>
    </w:p>
    <w:p>
      <w:pPr>
        <w:spacing w:after="80"/>
        <w:ind w:firstLine="454"/>
        <w:jc w:val="both"/>
      </w:pPr>
      <w:r>
        <w:t>a) Duruşmanın yapıldığı mahkemenin adı,</w:t>
      </w:r>
    </w:p>
    <w:p>
      <w:pPr>
        <w:spacing w:after="80"/>
        <w:ind w:firstLine="454"/>
        <w:jc w:val="both"/>
      </w:pPr>
      <w:r>
        <w:t>b) Oturum tarihleri,</w:t>
      </w:r>
    </w:p>
    <w:p>
      <w:pPr>
        <w:spacing w:after="80"/>
        <w:ind w:firstLine="454"/>
        <w:jc w:val="both"/>
      </w:pPr>
      <w:r>
        <w:t>c) Hâkimin, Cumhuriyet savcısının ve zabıt kâtibinin adı ve soyadı,</w:t>
      </w:r>
    </w:p>
    <w:p>
      <w:pPr>
        <w:spacing w:after="80"/>
        <w:ind w:firstLine="454"/>
        <w:jc w:val="both"/>
      </w:pPr>
      <w:r>
        <w:t>belirtilir.</w:t>
      </w:r>
    </w:p>
    <w:p>
      <w:pPr>
        <w:keepNext/>
        <w:spacing w:before="200" w:after="40"/>
      </w:pPr>
      <w:r>
        <w:rPr>
          <w:b/>
        </w:rPr>
        <w:t>Duruşma tutanağının içeriği</w:t>
      </w:r>
    </w:p>
    <w:p>
      <w:pPr>
        <w:spacing w:after="80"/>
        <w:ind w:firstLine="454"/>
        <w:jc w:val="both"/>
      </w:pPr>
      <w:r>
        <w:rPr>
          <w:b/>
        </w:rPr>
        <w:t xml:space="preserve">MADDE 221 – </w:t>
      </w:r>
      <w:r>
        <w:t>(1) Duruşma tutanağında;</w:t>
      </w:r>
    </w:p>
    <w:p>
      <w:pPr>
        <w:spacing w:after="80"/>
        <w:ind w:firstLine="454"/>
        <w:jc w:val="both"/>
      </w:pPr>
      <w:r>
        <w:t>a) Oturumlara katılan sanığın, müdafiin, katılanın, vekilinin, kanunî temsilcisinin, bilirkişinin, tercümanın, teknik danışmanın adı ve soyadı,</w:t>
      </w:r>
    </w:p>
    <w:p>
      <w:pPr>
        <w:spacing w:after="80"/>
        <w:ind w:firstLine="454"/>
        <w:jc w:val="both"/>
      </w:pPr>
      <w:r>
        <w:t>b) Duruşmanın seyrini ve sonuçlarını yansıtan ve yargılama usulünün bütün temel kurallarına uyulduğunu gösteren unsurlar,</w:t>
      </w:r>
    </w:p>
    <w:p>
      <w:pPr>
        <w:spacing w:after="80"/>
        <w:ind w:firstLine="454"/>
        <w:jc w:val="both"/>
      </w:pPr>
      <w:r>
        <w:t>c) Sanık açıklamaları,</w:t>
      </w:r>
    </w:p>
    <w:p>
      <w:pPr>
        <w:spacing w:after="80"/>
        <w:ind w:firstLine="454"/>
        <w:jc w:val="both"/>
      </w:pPr>
      <w:r>
        <w:t>d) Tanık ifadeleri,</w:t>
      </w:r>
    </w:p>
    <w:p>
      <w:pPr>
        <w:spacing w:after="80"/>
        <w:ind w:firstLine="454"/>
        <w:jc w:val="both"/>
      </w:pPr>
      <w:r>
        <w:t>e) Bilirkişi ve teknik danışman açıklamaları,</w:t>
      </w:r>
    </w:p>
    <w:p>
      <w:pPr>
        <w:spacing w:after="80"/>
        <w:ind w:firstLine="454"/>
        <w:jc w:val="both"/>
      </w:pPr>
      <w:r>
        <w:t>f) Okunan veya okunmasından vazgeçilen belge ve yazılar,</w:t>
      </w:r>
    </w:p>
    <w:p>
      <w:pPr>
        <w:spacing w:after="80"/>
        <w:ind w:firstLine="454"/>
        <w:jc w:val="both"/>
      </w:pPr>
      <w:r>
        <w:t>g) İstemler, reddi halinde gerekçesi,</w:t>
      </w:r>
    </w:p>
    <w:p>
      <w:pPr>
        <w:spacing w:after="80"/>
        <w:ind w:firstLine="454"/>
        <w:jc w:val="both"/>
      </w:pPr>
      <w:r>
        <w:t>h) Verilen kararlar,</w:t>
      </w:r>
    </w:p>
    <w:p>
      <w:pPr>
        <w:spacing w:after="80"/>
        <w:ind w:firstLine="454"/>
        <w:jc w:val="both"/>
      </w:pPr>
      <w:r>
        <w:t>i) Hüküm,</w:t>
      </w:r>
    </w:p>
    <w:p>
      <w:pPr>
        <w:spacing w:after="80"/>
        <w:ind w:firstLine="454"/>
        <w:jc w:val="both"/>
      </w:pPr>
      <w:r>
        <w:t>yer alır.</w:t>
      </w:r>
    </w:p>
    <w:p>
      <w:pPr>
        <w:keepNext/>
        <w:spacing w:before="200" w:after="40"/>
      </w:pPr>
      <w:r>
        <w:rPr>
          <w:b/>
        </w:rPr>
        <w:t>Duruşma tutanağının ispat gücü</w:t>
      </w:r>
    </w:p>
    <w:p>
      <w:pPr>
        <w:spacing w:after="80"/>
        <w:ind w:firstLine="454"/>
        <w:jc w:val="both"/>
      </w:pPr>
      <w:r>
        <w:rPr>
          <w:b/>
        </w:rPr>
        <w:t xml:space="preserve">MADDE 222 – </w:t>
      </w:r>
      <w:r>
        <w:t>(1) Duruşmanın nasıl yapıldığı, kanunda belirtilen usul ve esaslara uygun olarak yapılıp yapılmadığı, ancak tutanakla ispat olunabilir. Tutanağa karşı yalnız sahtecilik iddiası yöneltilebilir.</w:t>
      </w:r>
    </w:p>
    <w:p>
      <w:pPr>
        <w:spacing w:before="360"/>
        <w:jc w:val="center"/>
      </w:pPr>
      <w:r>
        <w:rPr>
          <w:b/>
          <w:sz w:val="24"/>
        </w:rPr>
        <w:t>İKINCI KISIM</w:t>
        <w:br/>
        <w:t>Kamu Davasının Sona Ermesi</w:t>
      </w:r>
    </w:p>
    <w:p>
      <w:pPr>
        <w:spacing w:before="360"/>
        <w:jc w:val="center"/>
      </w:pPr>
      <w:r>
        <w:rPr>
          <w:b/>
          <w:sz w:val="24"/>
        </w:rPr>
        <w:t>BIRINCI BÖLÜM</w:t>
        <w:br/>
        <w:t>Duruşmanın Sona Ermesi ve Hüküm</w:t>
      </w:r>
    </w:p>
    <w:p>
      <w:pPr>
        <w:keepNext/>
        <w:spacing w:before="200" w:after="40"/>
      </w:pPr>
      <w:r>
        <w:rPr>
          <w:b/>
        </w:rPr>
        <w:t>Duruşmanın sona ermesi ve hüküm</w:t>
      </w:r>
    </w:p>
    <w:p>
      <w:pPr>
        <w:spacing w:after="80"/>
        <w:ind w:firstLine="454"/>
        <w:jc w:val="both"/>
      </w:pPr>
      <w:r>
        <w:rPr>
          <w:b/>
        </w:rPr>
        <w:t xml:space="preserve">MADDE 223 – </w:t>
      </w:r>
      <w:r>
        <w:t>(1) Duruşmanın sona erdiği açıklandıktan sonra hüküm verilir. Beraat, ceza verilmesine yer olmadığı, mahkûmiyet, güvenlik tedbirine hükmedilmesi, davanın reddi ve düşmesi kararı, hükümdür.</w:t>
      </w:r>
    </w:p>
    <w:p>
      <w:pPr>
        <w:spacing w:after="80"/>
        <w:ind w:firstLine="454"/>
        <w:jc w:val="both"/>
      </w:pPr>
      <w:r>
        <w:t>(2) Beraat kararı;</w:t>
      </w:r>
    </w:p>
    <w:p>
      <w:pPr>
        <w:spacing w:after="80"/>
        <w:ind w:firstLine="454"/>
        <w:jc w:val="both"/>
      </w:pPr>
      <w:r>
        <w:t>a) Yüklenen fiilin kanunda suç olarak tanımlanmamış olması,</w:t>
      </w:r>
    </w:p>
    <w:p>
      <w:pPr>
        <w:spacing w:after="80"/>
        <w:ind w:firstLine="454"/>
        <w:jc w:val="both"/>
      </w:pPr>
      <w:r>
        <w:t>b) Yüklenen suçun sanık tarafından işlenmediğinin sabit olması,</w:t>
      </w:r>
    </w:p>
    <w:p>
      <w:pPr>
        <w:spacing w:after="80"/>
        <w:ind w:firstLine="454"/>
        <w:jc w:val="both"/>
      </w:pPr>
      <w:r>
        <w:t>c) Yüklenen suç açısından failin kast veya taksirinin bulunmaması,</w:t>
      </w:r>
    </w:p>
    <w:p>
      <w:pPr>
        <w:spacing w:after="80"/>
        <w:ind w:firstLine="454"/>
        <w:jc w:val="both"/>
      </w:pPr>
      <w:r>
        <w:t>d) Yüklenen suçun sanık tarafından işlenmesine rağmen, olayda bir hukuka uygunluk nedeninin bulunması,</w:t>
      </w:r>
    </w:p>
    <w:p>
      <w:pPr>
        <w:spacing w:after="80"/>
        <w:ind w:firstLine="454"/>
        <w:jc w:val="both"/>
      </w:pPr>
      <w:r>
        <w:t>e) Yüklenen suçun sanık tarafından işlendiğinin sabit olmaması,</w:t>
      </w:r>
    </w:p>
    <w:p>
      <w:pPr>
        <w:spacing w:after="80"/>
        <w:ind w:firstLine="454"/>
        <w:jc w:val="both"/>
      </w:pPr>
      <w:r>
        <w:t>Hallerinde verilir.</w:t>
      </w:r>
    </w:p>
    <w:p>
      <w:pPr>
        <w:spacing w:after="80"/>
        <w:ind w:firstLine="454"/>
        <w:jc w:val="both"/>
      </w:pPr>
      <w:r>
        <w:t>(3) Sanık hakkında;</w:t>
      </w:r>
    </w:p>
    <w:p>
      <w:pPr>
        <w:spacing w:after="80"/>
        <w:ind w:firstLine="454"/>
        <w:jc w:val="both"/>
      </w:pPr>
      <w:r>
        <w:t>a) Yüklenen suçla bağlantılı olarak yaş küçüklüğü, akıl hastalığı veya sağır ve dilsizlik hali ya da geçici nedenlerin bulunması,</w:t>
      </w:r>
    </w:p>
    <w:p>
      <w:pPr>
        <w:spacing w:after="80"/>
        <w:ind w:firstLine="454"/>
        <w:jc w:val="both"/>
      </w:pPr>
      <w:r>
        <w:t xml:space="preserve">b) </w:t>
      </w:r>
      <w:r>
        <w:rPr>
          <w:color w:val="666666"/>
          <w:sz w:val="17"/>
        </w:rPr>
        <w:t>(Değişik: 25/5/2005 - 5353/30 md.)</w:t>
      </w:r>
      <w:r>
        <w:t xml:space="preserve"> Yüklenen suçun hukuka aykırı fakat bağlayıcı emrin yerine getirilmesi suretiyle veya zorunluluk hali ya da cebir veya tehdit etkisiyle işlenmesi,</w:t>
      </w:r>
    </w:p>
    <w:p>
      <w:pPr>
        <w:spacing w:after="80"/>
        <w:ind w:firstLine="454"/>
        <w:jc w:val="both"/>
      </w:pPr>
      <w:r>
        <w:t>c) Meşru savunmada sınırın heyecan, korku ve telaş nedeniyle aşılması,</w:t>
      </w:r>
    </w:p>
    <w:p>
      <w:pPr>
        <w:spacing w:after="80"/>
        <w:ind w:firstLine="454"/>
        <w:jc w:val="both"/>
      </w:pPr>
      <w:r>
        <w:t>d) Kusurluluğu ortadan kaldıran hataya düşülmesi,</w:t>
      </w:r>
    </w:p>
    <w:p>
      <w:pPr>
        <w:spacing w:after="80"/>
        <w:ind w:firstLine="454"/>
        <w:jc w:val="both"/>
      </w:pPr>
      <w:r>
        <w:t>Hallerinde, kusurunun bulunmaması dolayısıyla ceza verilmesine yer olmadığı kararı verilir.</w:t>
      </w:r>
    </w:p>
    <w:p>
      <w:pPr>
        <w:spacing w:after="80"/>
        <w:ind w:firstLine="454"/>
        <w:jc w:val="both"/>
      </w:pPr>
      <w:r>
        <w:t>(4) İşlenen fiilin suç olma özelliğini devam ettirmesine rağmen;</w:t>
      </w:r>
    </w:p>
    <w:p>
      <w:pPr>
        <w:spacing w:after="80"/>
        <w:ind w:firstLine="454"/>
        <w:jc w:val="both"/>
      </w:pPr>
      <w:r>
        <w:t>a) Etkin pişmanlık,</w:t>
      </w:r>
    </w:p>
    <w:p>
      <w:pPr>
        <w:spacing w:after="80"/>
        <w:ind w:firstLine="454"/>
        <w:jc w:val="both"/>
      </w:pPr>
      <w:r>
        <w:t>b) Şahsî cezasızlık sebebinin varlığı,</w:t>
      </w:r>
    </w:p>
    <w:p>
      <w:pPr>
        <w:spacing w:after="80"/>
        <w:ind w:firstLine="454"/>
        <w:jc w:val="both"/>
      </w:pPr>
      <w:r>
        <w:t>c) Karşılıklı hakaret,</w:t>
      </w:r>
    </w:p>
    <w:p>
      <w:pPr>
        <w:spacing w:after="80"/>
        <w:ind w:firstLine="454"/>
        <w:jc w:val="both"/>
      </w:pPr>
      <w:r>
        <w:t>d) İşlenen fiilin haksızlık içeriğinin azlığı,</w:t>
      </w:r>
    </w:p>
    <w:p>
      <w:pPr>
        <w:spacing w:after="80"/>
        <w:ind w:firstLine="454"/>
        <w:jc w:val="both"/>
      </w:pPr>
      <w:r>
        <w:t>Dolayısıyla, faile ceza verilmemesi hallerinde, ceza verilmesine yer olmadığı kararı verilir.</w:t>
      </w:r>
    </w:p>
    <w:p>
      <w:pPr>
        <w:spacing w:after="80"/>
        <w:ind w:firstLine="454"/>
        <w:jc w:val="both"/>
      </w:pPr>
      <w:r>
        <w:t>(5) Yüklenen suçu işlediğinin sabit olması halinde, sanık hakkında mahkûmiyet kararı verilir.</w:t>
      </w:r>
    </w:p>
    <w:p>
      <w:pPr>
        <w:spacing w:after="80"/>
        <w:ind w:firstLine="454"/>
        <w:jc w:val="both"/>
      </w:pPr>
      <w:r>
        <w:t>(6) Yüklenen suçu işlediğinin sabit olması halinde, belli bir cezaya mahkûmiyet yerine veya mahkûmiyetin yanı sıra güvenlik tedbirine hükmolunur.</w:t>
      </w:r>
    </w:p>
    <w:p>
      <w:pPr>
        <w:spacing w:after="80"/>
        <w:ind w:firstLine="454"/>
        <w:jc w:val="both"/>
      </w:pPr>
      <w:r>
        <w:t>(7) Aynı fiil nedeniyle, aynı sanık için önceden verilmiş bir hüküm veya açılmış bir dava varsa davanın reddine karar verilir.</w:t>
      </w:r>
    </w:p>
    <w:p>
      <w:pPr>
        <w:spacing w:after="80"/>
        <w:ind w:firstLine="454"/>
        <w:jc w:val="both"/>
      </w:pPr>
      <w:r>
        <w:t>(8) Türk Ceza Kanununda öngörülen düşme sebeplerinin varlığı ya da soruşturma veya kovuşturma şartının gerçekleşmeyeceğinin anlaşılması hallerinde, davanın düşmesine karar verilir. Ancak, soruşturmanın veya kovuşturmanın yapılması şarta bağlı tutulmuş olup da şartın henüz gerçekleşmediği anlaşılırsa; gerçekleşmesini beklemek üzere, durma kararı verilir. Bu karara itiraz edilebilir.</w:t>
      </w:r>
    </w:p>
    <w:p>
      <w:pPr>
        <w:spacing w:after="80"/>
        <w:ind w:firstLine="454"/>
        <w:jc w:val="both"/>
      </w:pPr>
      <w:r>
        <w:t>(9) Derhâl beraat kararı verilebilecek hâllerde durma, düşme veya ceza verilmesine yer olmadığı kararı verilemez.</w:t>
      </w:r>
    </w:p>
    <w:p>
      <w:pPr>
        <w:spacing w:after="80"/>
        <w:ind w:firstLine="454"/>
        <w:jc w:val="both"/>
      </w:pPr>
      <w:r>
        <w:t>(10) Adlî yargı dışındaki bir yargı merciine yönelik görevsizlik kararı kanun yolu bakımından hüküm sayılır.</w:t>
      </w:r>
    </w:p>
    <w:p>
      <w:pPr>
        <w:keepNext/>
        <w:spacing w:before="200" w:after="40"/>
      </w:pPr>
      <w:r>
        <w:rPr>
          <w:b/>
        </w:rPr>
        <w:t>Karar ve hükümlerde gerekli oy sayısı</w:t>
      </w:r>
    </w:p>
    <w:p>
      <w:pPr>
        <w:spacing w:after="80"/>
        <w:ind w:firstLine="454"/>
        <w:jc w:val="both"/>
      </w:pPr>
      <w:r>
        <w:rPr>
          <w:b/>
        </w:rPr>
        <w:t xml:space="preserve">MADDE 224 – </w:t>
      </w:r>
      <w:r>
        <w:t>(1) Mahkemece karar ve hükümler oybirliği veya oyçokluğuyla verilir.</w:t>
      </w:r>
    </w:p>
    <w:p>
      <w:pPr>
        <w:spacing w:after="80"/>
        <w:ind w:firstLine="454"/>
        <w:jc w:val="both"/>
      </w:pPr>
      <w:r>
        <w:t>(2) Karşı oya tutanakta yer verilir; gerekçesi de tutanakta gösterilir.</w:t>
      </w:r>
    </w:p>
    <w:p>
      <w:pPr>
        <w:keepNext/>
        <w:spacing w:before="200" w:after="40"/>
      </w:pPr>
      <w:r>
        <w:rPr>
          <w:b/>
        </w:rPr>
        <w:t>Hükmün konusu ve suçu değerlendirmede mahkemenin yetkisi</w:t>
      </w:r>
    </w:p>
    <w:p>
      <w:pPr>
        <w:spacing w:after="80"/>
        <w:ind w:firstLine="454"/>
        <w:jc w:val="both"/>
      </w:pPr>
      <w:r>
        <w:rPr>
          <w:b/>
        </w:rPr>
        <w:t xml:space="preserve">MADDE 225 – </w:t>
      </w:r>
      <w:r>
        <w:t>(1) Hüküm, ancak iddianamede unsurları gösterilen suça ilişkin fiil ve faili hakkında verilir.</w:t>
      </w:r>
    </w:p>
    <w:p>
      <w:pPr>
        <w:spacing w:after="80"/>
        <w:ind w:firstLine="454"/>
        <w:jc w:val="both"/>
      </w:pPr>
      <w:r>
        <w:t>(2) Mahkeme, fiilin nitelendirilmesinde iddia ve savunmalarla bağlı değildir.</w:t>
      </w:r>
    </w:p>
    <w:p>
      <w:pPr>
        <w:spacing w:before="360"/>
        <w:jc w:val="center"/>
      </w:pPr>
      <w:r>
        <w:rPr>
          <w:b/>
          <w:sz w:val="24"/>
        </w:rPr>
        <w:t>İKINCI BÖLÜM</w:t>
        <w:br/>
        <w:t>Suç Niteliğinde Değişiklik</w:t>
      </w:r>
    </w:p>
    <w:p>
      <w:pPr>
        <w:keepNext/>
        <w:spacing w:before="200" w:after="40"/>
      </w:pPr>
      <w:r>
        <w:rPr>
          <w:b/>
        </w:rPr>
        <w:t>Suçun niteliğinin değişmesi</w:t>
      </w:r>
    </w:p>
    <w:p>
      <w:pPr>
        <w:spacing w:after="80"/>
        <w:ind w:firstLine="454"/>
        <w:jc w:val="both"/>
      </w:pPr>
      <w:r>
        <w:rPr>
          <w:b/>
        </w:rPr>
        <w:t xml:space="preserve">MADDE 226 – </w:t>
      </w:r>
      <w:r>
        <w:t>(1) Sanık, suçun hukukî niteliğinin değişmesinden önce haber verilip de savunmasını yapabilecek bir hâlde bulundurulmadıkça, iddianamede kanunî unsurları gösterilen suçun değindiği kanun hükmünden başkasıyla mahkûm edilemez.</w:t>
      </w:r>
    </w:p>
    <w:p>
      <w:pPr>
        <w:spacing w:after="80"/>
        <w:ind w:firstLine="454"/>
        <w:jc w:val="both"/>
      </w:pPr>
      <w:r>
        <w:t>(2) Cezanın artırılmasını veya cezaya ek olarak güvenlik tedbirlerinin uygulanmasını gerektirecek hâller, ilk defa duruşma sırasında ortaya çıktığında aynı hüküm uygulanır.</w:t>
      </w:r>
    </w:p>
    <w:p>
      <w:pPr>
        <w:spacing w:after="80"/>
        <w:ind w:firstLine="454"/>
        <w:jc w:val="both"/>
      </w:pPr>
      <w:r>
        <w:t>(3) Ek savunma verilmesini gerektiren hâllerde istem üzerine sanığa ek savunmasını hazırlaması için süre verilir.</w:t>
      </w:r>
    </w:p>
    <w:p>
      <w:pPr>
        <w:spacing w:after="80"/>
        <w:ind w:firstLine="454"/>
        <w:jc w:val="both"/>
      </w:pPr>
      <w:r>
        <w:t xml:space="preserve">(4) </w:t>
      </w:r>
      <w:r>
        <w:rPr>
          <w:color w:val="666666"/>
          <w:sz w:val="17"/>
        </w:rPr>
        <w:t>(Değişik:14/11/2024-7532/16 md.)</w:t>
      </w:r>
      <w:r>
        <w:t xml:space="preserve"> Yukarıdaki fıkralarda yazılı bildirimler, sanığa ve varsa müdafie yapılır. Müdafii sanığa tanınan haklardan onun gibi yararlanır. Sanığın dosyada var olan son adresine bildirim yapılamaması veya bildirime rağmen duruşmaya gelmemesi halinde müdafie yapılan bildirimler yeterli kabul edilir.</w:t>
      </w:r>
    </w:p>
    <w:p>
      <w:pPr>
        <w:spacing w:before="360"/>
        <w:jc w:val="center"/>
      </w:pPr>
      <w:r>
        <w:rPr>
          <w:b/>
          <w:sz w:val="24"/>
        </w:rPr>
        <w:t>ÜÇÜNCÜ BÖLÜM</w:t>
        <w:br/>
        <w:t>Karar ve Hüküm</w:t>
      </w:r>
    </w:p>
    <w:p>
      <w:pPr>
        <w:keepNext/>
        <w:spacing w:before="200" w:after="40"/>
      </w:pPr>
      <w:r>
        <w:rPr>
          <w:b/>
        </w:rPr>
        <w:t>Müzakereye katılacak hâkimler</w:t>
      </w:r>
    </w:p>
    <w:p>
      <w:pPr>
        <w:spacing w:after="80"/>
        <w:ind w:firstLine="454"/>
        <w:jc w:val="both"/>
      </w:pPr>
      <w:r>
        <w:rPr>
          <w:b/>
        </w:rPr>
        <w:t xml:space="preserve">MADDE 227 – </w:t>
      </w:r>
      <w:r>
        <w:t>(1) Müzakerede ancak karara ve hükme katılacak hâkimler bulunur.</w:t>
      </w:r>
    </w:p>
    <w:p>
      <w:pPr>
        <w:spacing w:after="80"/>
        <w:ind w:firstLine="454"/>
        <w:jc w:val="both"/>
      </w:pPr>
      <w:r>
        <w:t>(2) Mahkeme başkanı, hâkim ve savcı yardımcıları ile mahkemesinde staj yapmakta olan avukat adaylarının müzakere sırasında hazır bulunmalarına izin verebilir.</w:t>
      </w:r>
    </w:p>
    <w:p>
      <w:pPr>
        <w:keepNext/>
        <w:spacing w:before="200" w:after="40"/>
      </w:pPr>
      <w:r>
        <w:rPr>
          <w:b/>
        </w:rPr>
        <w:t>Müzakerenin yönetimi</w:t>
      </w:r>
    </w:p>
    <w:p>
      <w:pPr>
        <w:spacing w:after="80"/>
        <w:ind w:firstLine="454"/>
        <w:jc w:val="both"/>
      </w:pPr>
      <w:r>
        <w:rPr>
          <w:b/>
        </w:rPr>
        <w:t xml:space="preserve">MADDE 228 – </w:t>
      </w:r>
      <w:r>
        <w:t>(1) Müzakereyi mahkeme başkanı yönetir.</w:t>
      </w:r>
    </w:p>
    <w:p>
      <w:pPr>
        <w:keepNext/>
        <w:spacing w:before="200" w:after="40"/>
      </w:pPr>
      <w:r>
        <w:rPr>
          <w:b/>
        </w:rPr>
        <w:t>Oyların toplanması</w:t>
      </w:r>
    </w:p>
    <w:p>
      <w:pPr>
        <w:spacing w:after="80"/>
        <w:ind w:firstLine="454"/>
        <w:jc w:val="both"/>
      </w:pPr>
      <w:r>
        <w:rPr>
          <w:b/>
        </w:rPr>
        <w:t xml:space="preserve">MADDE 229 – </w:t>
      </w:r>
      <w:r>
        <w:t>(1) Mahkeme başkanı, kıdemsiz üyeden başlayarak oyları ayrı ayrı toplar ve en sonra kendi oyunu verir.</w:t>
      </w:r>
    </w:p>
    <w:p>
      <w:pPr>
        <w:spacing w:after="80"/>
        <w:ind w:firstLine="454"/>
        <w:jc w:val="both"/>
      </w:pPr>
      <w:r>
        <w:t>(2) Mahkeme başkan ve üyelerinden hiçbiri herhangi bir konu veya sorun üzerinde azınlıkta kaldığını ileri sürerek oylamaya katılmaktan çekinemez.</w:t>
      </w:r>
    </w:p>
    <w:p>
      <w:pPr>
        <w:spacing w:after="80"/>
        <w:ind w:firstLine="454"/>
        <w:jc w:val="both"/>
      </w:pPr>
      <w:r>
        <w:t>(3) Oylar dağılırsa sanığın en çok aleyhine olan oy, çoğunluk meydana gelinceye kadar kendisine daha yakın olan oya eklenir.</w:t>
      </w:r>
    </w:p>
    <w:p>
      <w:pPr>
        <w:keepNext/>
        <w:spacing w:before="200" w:after="40"/>
      </w:pPr>
      <w:r>
        <w:rPr>
          <w:b/>
        </w:rPr>
        <w:t>Hükmün gerekçesinde gösterilmesi gereken hususlar</w:t>
      </w:r>
    </w:p>
    <w:p>
      <w:pPr>
        <w:spacing w:after="80"/>
        <w:ind w:firstLine="454"/>
        <w:jc w:val="both"/>
      </w:pPr>
      <w:r>
        <w:rPr>
          <w:b/>
        </w:rPr>
        <w:t xml:space="preserve">MADDE 230 – </w:t>
      </w:r>
      <w:r>
        <w:t>(1) Mahkûmiyet hükmünün gerekçesinde aşağıdaki hususlar gösterilir:</w:t>
      </w:r>
    </w:p>
    <w:p>
      <w:pPr>
        <w:spacing w:after="80"/>
        <w:ind w:firstLine="454"/>
        <w:jc w:val="both"/>
      </w:pPr>
      <w:r>
        <w:t>a) İddia ve savunmada ileri sürülen görüşler.</w:t>
      </w:r>
    </w:p>
    <w:p>
      <w:pPr>
        <w:spacing w:after="80"/>
        <w:ind w:firstLine="454"/>
        <w:jc w:val="both"/>
      </w:pPr>
      <w:r>
        <w:t>b) Delillerin tartışılması ve değerlendirilmesi, hükme esas alınan ve reddedilen delillerin belirtilmesi; bu kapsamda dosya içerisinde bulunan ve hukuka aykırı yöntemlerle elde edilen delillerin ayrıca ve açıkça gösterilmesi.</w:t>
      </w:r>
    </w:p>
    <w:p>
      <w:pPr>
        <w:spacing w:after="80"/>
        <w:ind w:firstLine="454"/>
        <w:jc w:val="both"/>
      </w:pPr>
      <w:r>
        <w:t>c) Ulaşılan kanaat, sanığın suç oluşturduğu sabit görülen fiili ve bunun nitelendirilmesi; bu hususta ileri sürülen istemleri de dikkate alarak, Türk Ceza Kanununun 61 ve 62 nci maddelerinde belirlenen sıra ve esaslara göre cezanın belirlenmesi; yine aynı Kanunun 53 ve devamı maddelerine göre, cezaya mahkûmiyet yerine veya cezanın yanı sıra uygulanacak güvenlik tedbirinin belirlenmesi.</w:t>
      </w:r>
    </w:p>
    <w:p>
      <w:pPr>
        <w:spacing w:after="80"/>
        <w:ind w:firstLine="454"/>
        <w:jc w:val="both"/>
      </w:pPr>
      <w:r>
        <w:t>d) Cezanın ertelenmesine, hapis cezasının adlî para cezasına veya tedbirlerden birine çevrilmesine veya ek güvenlik tedbirlerinin uygulanmasına veya bu hususlara ilişkin istemlerin kabul veya reddine ait dayanaklar.</w:t>
      </w:r>
    </w:p>
    <w:p>
      <w:pPr>
        <w:spacing w:after="80"/>
        <w:ind w:firstLine="454"/>
        <w:jc w:val="both"/>
      </w:pPr>
      <w:r>
        <w:t>(2) Beraat hükmünün gerekçesinde, 223 üncü maddenin ikinci fıkrasında belirtilen hallerden hangisine dayanıldığının gösterilmesi gerekir.</w:t>
      </w:r>
    </w:p>
    <w:p>
      <w:pPr>
        <w:spacing w:after="80"/>
        <w:ind w:firstLine="454"/>
        <w:jc w:val="both"/>
      </w:pPr>
      <w:r>
        <w:t>(3) Ceza verilmesine yer olmadığına dair kararın gerekçesinde, 223 üncü maddenin üçüncü ve dördüncü fıkralarında belirtilen hallerden hangisine dayanıldığının gösterilmesi gerekir.</w:t>
      </w:r>
    </w:p>
    <w:p>
      <w:pPr>
        <w:spacing w:after="80"/>
        <w:ind w:firstLine="454"/>
        <w:jc w:val="both"/>
      </w:pPr>
      <w:r>
        <w:t>(4) Yukarıdaki fıkralarda belirtilen hükümlerin dışında başka bir karar veya hükmün verilmesi hâlinde bunun nedenleri gerekçede gösterilir.</w:t>
      </w:r>
    </w:p>
    <w:p>
      <w:pPr>
        <w:keepNext/>
        <w:spacing w:before="200" w:after="40"/>
      </w:pPr>
      <w:r>
        <w:rPr>
          <w:b/>
        </w:rPr>
        <w:t>Hükmün açıklanması ve hükmün açıklanmasının geri bırakılması</w:t>
      </w:r>
    </w:p>
    <w:p>
      <w:pPr>
        <w:spacing w:after="80"/>
        <w:ind w:firstLine="454"/>
        <w:jc w:val="both"/>
      </w:pPr>
      <w:r>
        <w:rPr>
          <w:b/>
        </w:rPr>
        <w:t xml:space="preserve">MADDE 231 – </w:t>
      </w:r>
      <w:r>
        <w:t>(1) Duruşma sonunda, 232 nci maddede belirtilen esaslara göre duruşma tutanağına geçirilen hüküm fıkrası okunarak gerekçesi ana çizgileriyle anlatılır.</w:t>
      </w:r>
    </w:p>
    <w:p>
      <w:pPr>
        <w:spacing w:after="80"/>
        <w:ind w:firstLine="454"/>
        <w:jc w:val="both"/>
      </w:pPr>
      <w:r>
        <w:t>(2) Hazır bulunan sanığa ayrıca başvurabileceği kanun yolları, mercii ve süresi bildirilir.</w:t>
      </w:r>
    </w:p>
    <w:p>
      <w:pPr>
        <w:spacing w:after="80"/>
        <w:ind w:firstLine="454"/>
        <w:jc w:val="both"/>
      </w:pPr>
      <w:r>
        <w:t>(3) Beraat eden sanığa, tazminat isteyebileceği bir hâl varsa bu da bildirilir.</w:t>
      </w:r>
    </w:p>
    <w:p>
      <w:pPr>
        <w:spacing w:after="80"/>
        <w:ind w:firstLine="454"/>
        <w:jc w:val="both"/>
      </w:pPr>
      <w:r>
        <w:t>(4) Hüküm fıkrası herkes tarafından ayakta dinlenir.</w:t>
      </w:r>
    </w:p>
    <w:p>
      <w:pPr>
        <w:spacing w:after="80"/>
        <w:ind w:firstLine="454"/>
        <w:jc w:val="both"/>
      </w:pPr>
      <w:r>
        <w:t xml:space="preserve">(5) </w:t>
      </w:r>
      <w:r>
        <w:rPr>
          <w:color w:val="666666"/>
          <w:sz w:val="17"/>
        </w:rPr>
        <w:t>(Ek: 6/12/2006-5560/23 md.)</w:t>
      </w:r>
      <w:r>
        <w:t xml:space="preserve"> </w:t>
      </w:r>
      <w:r>
        <w:rPr>
          <w:color w:val="666666"/>
          <w:sz w:val="17"/>
        </w:rPr>
        <w:t>(Değişik:16/7/2026-7589/15 md.)</w:t>
      </w:r>
      <w:r>
        <w:t xml:space="preserve"> Sanığa yüklenen suçtan dolayı yapılan yargılama sonunda hükmolunan ceza, iki yıl veya daha az süreli hapis veya adlî para cezası ise; mahkemece, hükmün açıklanmasının geri bırakılmasına karar verilebilir. Uzlaşmaya ilişkin hükümler saklıdır. Hükmün açıklanmasının geri bırakılması, müsadereye ilişkin hükümler hariç, kurulan hükmün sanık hakkında bir hukukî sonuç doğurmamasını ifade eder.</w:t>
      </w:r>
    </w:p>
    <w:p>
      <w:pPr>
        <w:spacing w:after="80"/>
        <w:ind w:firstLine="454"/>
        <w:jc w:val="both"/>
      </w:pPr>
      <w:r>
        <w:t xml:space="preserve">(6) </w:t>
      </w:r>
      <w:r>
        <w:rPr>
          <w:color w:val="666666"/>
          <w:sz w:val="17"/>
        </w:rPr>
        <w:t>(Ek: 6/12/2006-5560/23 md.)</w:t>
      </w:r>
      <w:r>
        <w:t xml:space="preserve"> </w:t>
      </w:r>
      <w:r>
        <w:rPr>
          <w:color w:val="666666"/>
          <w:sz w:val="17"/>
        </w:rPr>
        <w:t>(Değişik:16/7/2026-7589/15 md.)</w:t>
      </w:r>
      <w:r>
        <w:t xml:space="preserve"> Hükmün açıklanmasının geri bırakılmasına karar verilebilmesi için;</w:t>
      </w:r>
    </w:p>
    <w:p>
      <w:pPr>
        <w:spacing w:after="80"/>
        <w:ind w:firstLine="454"/>
        <w:jc w:val="both"/>
      </w:pPr>
      <w:r>
        <w:t>a) Sanığın daha önce kasıtlı bir suçtan mahkûm olmamış bulunması,</w:t>
      </w:r>
    </w:p>
    <w:p>
      <w:pPr>
        <w:spacing w:after="80"/>
        <w:ind w:firstLine="454"/>
        <w:jc w:val="both"/>
      </w:pPr>
      <w:r>
        <w:t>b) Mahkemece, sanığın kişilik özellikleri ile duruşmadaki tutum ve davranışları göz önünde bulundurularak yeniden suç işlemeyeceği hususunda kanaate varılması,</w:t>
      </w:r>
    </w:p>
    <w:p>
      <w:pPr>
        <w:spacing w:after="80"/>
        <w:ind w:firstLine="454"/>
        <w:jc w:val="both"/>
      </w:pPr>
      <w:r>
        <w:t>c) Suçun işlenmesiyle mağdurun veya kamunun uğradığı zararın; aynen iade, suçtan önceki hâle getirme veya tazmin suretiyle tamamen giderilmesi,</w:t>
      </w:r>
    </w:p>
    <w:p>
      <w:pPr>
        <w:spacing w:after="80"/>
        <w:ind w:firstLine="454"/>
        <w:jc w:val="both"/>
      </w:pPr>
      <w:r>
        <w:t>gerekir.</w:t>
      </w:r>
    </w:p>
    <w:p>
      <w:pPr>
        <w:spacing w:after="80"/>
        <w:ind w:firstLine="454"/>
        <w:jc w:val="both"/>
      </w:pPr>
      <w:r>
        <w:t xml:space="preserve">(7) </w:t>
      </w:r>
      <w:r>
        <w:rPr>
          <w:color w:val="666666"/>
          <w:sz w:val="17"/>
        </w:rPr>
        <w:t>(Ek: 6/12/2006-5560/23 md.)</w:t>
      </w:r>
      <w:r>
        <w:t xml:space="preserve"> </w:t>
      </w:r>
      <w:r>
        <w:rPr>
          <w:color w:val="666666"/>
          <w:sz w:val="17"/>
        </w:rPr>
        <w:t>(Değişik:16/7/2026-7589/15 md.)</w:t>
      </w:r>
      <w:r>
        <w:t xml:space="preserve"> Açıklanmasının geri bırakılmasına karar verilen hükümde, mahkûm olunan hapis cezası ertelenemez ve kısa süreli olması hâlinde seçenek yaptırımlara çevrilemez.</w:t>
      </w:r>
    </w:p>
    <w:p>
      <w:pPr>
        <w:spacing w:after="80"/>
        <w:ind w:firstLine="454"/>
        <w:jc w:val="both"/>
      </w:pPr>
      <w:r>
        <w:t xml:space="preserve">(8) </w:t>
      </w:r>
      <w:r>
        <w:rPr>
          <w:color w:val="666666"/>
          <w:sz w:val="17"/>
        </w:rPr>
        <w:t>(Ek: 6/12/2006-5560/23 md.)</w:t>
      </w:r>
      <w:r>
        <w:t xml:space="preserve"> </w:t>
      </w:r>
      <w:r>
        <w:rPr>
          <w:color w:val="666666"/>
          <w:sz w:val="17"/>
        </w:rPr>
        <w:t>(Değişik:16/7/2026-7589/15 md.)</w:t>
      </w:r>
      <w:r>
        <w:t xml:space="preserve"> Hükmün açıklanmasının geri bırakılması kararının verilmesi hâlinde sanık, beş yıl süreyle denetim süresine tâbi tutulur. Denetim süresi içinde, kişi hakkında kasıtlı bir suç nedeniyle bir daha hükmün açıklanmasının geri bırakılmasına karar verilemez. Bu süre içinde bir yıldan fazla olmamak üzere mahkemenin belirleyeceği süreyle, sanığın denetimli serbestlik tedbiri olarak;</w:t>
      </w:r>
    </w:p>
    <w:p>
      <w:pPr>
        <w:spacing w:after="80"/>
        <w:ind w:firstLine="454"/>
        <w:jc w:val="both"/>
      </w:pPr>
      <w:r>
        <w:t>a) Bir meslek veya sanat sahibi olmaması hâlinde, meslek veya sanat sahibi olmasını sağlamak amacıyla bir eğitim programına devam etmesine,</w:t>
      </w:r>
    </w:p>
    <w:p>
      <w:pPr>
        <w:spacing w:after="80"/>
        <w:ind w:firstLine="454"/>
        <w:jc w:val="both"/>
      </w:pPr>
      <w:r>
        <w:t>b) Bir meslek veya sanat sahibi olması hâlinde, bir kamu kurumunda veya özel olarak aynı meslek veya sanatı icra eden bir başkasının gözetimi altında ücret karşılığında çalıştırılmasına,</w:t>
      </w:r>
    </w:p>
    <w:p>
      <w:pPr>
        <w:spacing w:after="80"/>
        <w:ind w:firstLine="454"/>
        <w:jc w:val="both"/>
      </w:pPr>
      <w:r>
        <w:t>c) Belli yerlere gitmekten yasaklanmasına, belli yerlere devam etmek hususunda yükümlü kılınmasına ya da takdir edilecek başka yükümlülüğü yerine getirmesine,</w:t>
      </w:r>
    </w:p>
    <w:p>
      <w:pPr>
        <w:spacing w:after="80"/>
        <w:ind w:firstLine="454"/>
        <w:jc w:val="both"/>
      </w:pPr>
      <w:r>
        <w:t>karar verilebilir. Denetim süresi içinde dava zamanaşımı durur.</w:t>
      </w:r>
    </w:p>
    <w:p>
      <w:pPr>
        <w:spacing w:after="80"/>
        <w:ind w:firstLine="454"/>
        <w:jc w:val="both"/>
      </w:pPr>
      <w:r>
        <w:t xml:space="preserve">(9) </w:t>
      </w:r>
      <w:r>
        <w:rPr>
          <w:color w:val="666666"/>
          <w:sz w:val="17"/>
        </w:rPr>
        <w:t>(Ek: 6/12/2006-5560/23 md.)</w:t>
      </w:r>
      <w:r>
        <w:t xml:space="preserve"> </w:t>
      </w:r>
      <w:r>
        <w:rPr>
          <w:color w:val="666666"/>
          <w:sz w:val="17"/>
        </w:rPr>
        <w:t>(Değişik:16/7/2026-7589/15 md.)</w:t>
      </w:r>
      <w:r>
        <w:t xml:space="preserve"> Altıncı fıkranın (c) bendinde belirtilen koşulu derhal yerine getiremediği takdirde; sanık hakkında mağdura veya kamuya verdiği zararı denetim süresince aylık taksitler hâlinde ödemek suretiyle tamamen gidermesi koşuluyla da hükmün açıklanmasının geri bırakılması kararı verilebilir.</w:t>
      </w:r>
    </w:p>
    <w:p>
      <w:pPr>
        <w:spacing w:after="80"/>
        <w:ind w:firstLine="454"/>
        <w:jc w:val="both"/>
      </w:pPr>
      <w:r>
        <w:t xml:space="preserve">(10) </w:t>
      </w:r>
      <w:r>
        <w:rPr>
          <w:color w:val="666666"/>
          <w:sz w:val="17"/>
        </w:rPr>
        <w:t>(Ek: 6/12/2006-5560/23 md.)</w:t>
      </w:r>
      <w:r>
        <w:t xml:space="preserve"> </w:t>
      </w:r>
      <w:r>
        <w:rPr>
          <w:color w:val="666666"/>
          <w:sz w:val="17"/>
        </w:rPr>
        <w:t>(Değişik:16/7/2026-7589/15 md.)</w:t>
      </w:r>
      <w:r>
        <w:t xml:space="preserve"> Denetim süresi içinde kasten yeni bir suç işlenmediği ve denetimli serbestlik tedbirine ilişkin yükümlülüklere uygun davranıldığı takdirde, açıklanması geri bırakılan hüküm ortadan kaldırılarak, davanın düşmesi kararı verilir.</w:t>
      </w:r>
    </w:p>
    <w:p>
      <w:pPr>
        <w:spacing w:after="80"/>
        <w:ind w:firstLine="454"/>
        <w:jc w:val="both"/>
      </w:pPr>
      <w:r>
        <w:t xml:space="preserve">(11) </w:t>
      </w:r>
      <w:r>
        <w:rPr>
          <w:color w:val="666666"/>
          <w:sz w:val="17"/>
        </w:rPr>
        <w:t>(Ek: 6/12/2006-5560/23 md.)</w:t>
      </w:r>
      <w:r>
        <w:t xml:space="preserve"> </w:t>
      </w:r>
      <w:r>
        <w:rPr>
          <w:color w:val="666666"/>
          <w:sz w:val="17"/>
        </w:rPr>
        <w:t>(Değişik:16/7/2026-7589/15 md.)</w:t>
      </w:r>
      <w:r>
        <w:t xml:space="preserve"> Denetim süresi içinde kasten yeni bir suç işlemesi veya denetimli serbestlik tedbirine ilişkin yükümlülüklere aykırı davranması hâlinde, mahkeme hükmü açıklar. Ancak mahkeme, kendisine yüklenen yükümlülükleri yerine getiremeyen sanığın durumunu değerlendirerek; cezanın yarısına kadar belirleyeceği bir kısmının infaz edilmemesine ya da koşullarının varlığı hâlinde hükümdeki hapis cezasının ertelenmesine veya seçenek yaptırımlara çevrilmesine karar vererek yeni bir mahkûmiyet hükmü kurabilir. Açıklanan veya yeni kurulan hükme itiraz edilebilir. İtiraz mercii ancak bu fıkradaki koşullarla sınırlı olarak bir değerlendirme yapabilir.</w:t>
      </w:r>
    </w:p>
    <w:p>
      <w:pPr>
        <w:spacing w:after="80"/>
        <w:ind w:firstLine="454"/>
        <w:jc w:val="both"/>
      </w:pPr>
      <w:r>
        <w:t xml:space="preserve">(12) </w:t>
      </w:r>
      <w:r>
        <w:rPr>
          <w:color w:val="666666"/>
          <w:sz w:val="17"/>
        </w:rPr>
        <w:t>(Değişik:2/3/2024-7499/15 md.)</w:t>
      </w:r>
      <w:r>
        <w:t xml:space="preserve"> </w:t>
      </w:r>
      <w:r>
        <w:rPr>
          <w:color w:val="666666"/>
          <w:sz w:val="17"/>
        </w:rPr>
        <w:t>(Değişik:16/7/2026-7589/15 md.)</w:t>
      </w:r>
      <w:r>
        <w:t xml:space="preserve"> 272 nci maddenin üçüncü fıkrası hükümleri saklı kalmak üzere, hükmün açıklanmasının geri bırakılması kararına karşı istinaf yoluna başvurulabilir. Bölge adliye mahkemesi tarafından verilen kararlar hakkında 286 ncı madde hükümleri uygulanır. 272 nci maddenin üçüncü fıkrası hükümleri saklı kalmak üzere, hükmün açıklanmasının geri bırakılması kararının ilk derece mahkemesi sıfatıyla bölge adliye mahkemesi veya Yargıtay tarafından verilmesi hâlinde temyiz yoluna gidilebilir. İstinaf ve temyiz yolunda karar ve hüküm, usul ve esasa ilişkin hukuka aykırılıklar yönünden incelenir.</w:t>
      </w:r>
    </w:p>
    <w:p>
      <w:pPr>
        <w:spacing w:after="80"/>
        <w:ind w:firstLine="454"/>
        <w:jc w:val="both"/>
      </w:pPr>
      <w:r>
        <w:t xml:space="preserve">(13) </w:t>
      </w:r>
      <w:r>
        <w:rPr>
          <w:color w:val="666666"/>
          <w:sz w:val="17"/>
        </w:rPr>
        <w:t>(Ek: 6/12/2006-5560/23 md.)</w:t>
      </w:r>
      <w:r>
        <w:t xml:space="preserve"> </w:t>
      </w:r>
      <w:r>
        <w:rPr>
          <w:color w:val="666666"/>
          <w:sz w:val="17"/>
        </w:rPr>
        <w:t>(Değişik:16/7/2026-7589/15 md.)</w:t>
      </w:r>
      <w:r>
        <w:t xml:space="preserve"> Hükmün açıklanmasının geri bırakılması kararı, bunlara mahsus bir sisteme kaydedilir. Bu kayıtlar, ancak bir soruşturma veya kovuşturmayla bağlantılı olarak Cumhuriyet savcısı, hâkim veya mahkeme tarafından istenmesi hâlinde, bu maddede belirtilen amaç için kullanılabilir.</w:t>
      </w:r>
    </w:p>
    <w:p>
      <w:pPr>
        <w:spacing w:after="80"/>
        <w:ind w:firstLine="454"/>
        <w:jc w:val="both"/>
      </w:pPr>
      <w:r>
        <w:t xml:space="preserve">(14) </w:t>
      </w:r>
      <w:r>
        <w:rPr>
          <w:color w:val="666666"/>
          <w:sz w:val="17"/>
        </w:rPr>
        <w:t>(Değişik:2/3/2024-7499/15 md.)</w:t>
      </w:r>
      <w:r>
        <w:t xml:space="preserve"> </w:t>
      </w:r>
      <w:r>
        <w:rPr>
          <w:color w:val="666666"/>
          <w:sz w:val="17"/>
        </w:rPr>
        <w:t>(Değişik:16/7/2026-7589/15 md.)</w:t>
      </w:r>
      <w:r>
        <w:t xml:space="preserve"> Bu maddenin hükmün açıklanmasının geri bırakılmasına ilişkin hükümleri, işkence ve eziyet suçları ile kamu görevlisinin görevi sebebiyle işlediği ve Anayasanın 17 nci maddesi kapsamında kötü muamele kabul edilebilecek suçlar hakkında uygulanmaz.</w:t>
      </w:r>
    </w:p>
    <w:p>
      <w:pPr>
        <w:keepNext/>
        <w:spacing w:before="200" w:after="40"/>
      </w:pPr>
      <w:r>
        <w:rPr>
          <w:b/>
        </w:rPr>
        <w:t>Hükmün gerekçesi ve hüküm fıkrasının içereceği hususlar</w:t>
      </w:r>
    </w:p>
    <w:p>
      <w:pPr>
        <w:spacing w:after="80"/>
        <w:ind w:firstLine="454"/>
        <w:jc w:val="both"/>
      </w:pPr>
      <w:r>
        <w:rPr>
          <w:b/>
        </w:rPr>
        <w:t xml:space="preserve">MADDE 232 – </w:t>
      </w:r>
      <w:r>
        <w:t>(1) Hükmün başına, "Türk Milleti adına" verildiği yazılır.</w:t>
      </w:r>
    </w:p>
    <w:p>
      <w:pPr>
        <w:spacing w:after="80"/>
        <w:ind w:firstLine="454"/>
        <w:jc w:val="both"/>
      </w:pPr>
      <w:r>
        <w:t>(2) Hükmün başında;</w:t>
      </w:r>
    </w:p>
    <w:p>
      <w:pPr>
        <w:spacing w:after="80"/>
        <w:ind w:firstLine="454"/>
        <w:jc w:val="both"/>
      </w:pPr>
      <w:r>
        <w:t>a) Hükmü veren mahkemenin adı,</w:t>
      </w:r>
    </w:p>
    <w:p>
      <w:pPr>
        <w:spacing w:after="80"/>
        <w:ind w:firstLine="454"/>
        <w:jc w:val="both"/>
      </w:pPr>
      <w:r>
        <w:t>b) Hükmü veren mahkeme başkanının ve üyelerinin veya hâkimin, Cumhuriyet savcısının ve zabıt kâtibinin, katılanın, mağdurun, vekilinin, kanunî temsilcisinin ve müdafiin adı ve soyadı ile sanığın açık kimliği,</w:t>
      </w:r>
    </w:p>
    <w:p>
      <w:pPr>
        <w:spacing w:after="80"/>
        <w:ind w:firstLine="454"/>
        <w:jc w:val="both"/>
      </w:pPr>
      <w:r>
        <w:t>c) Beraat kararı dışında, suçun işlendiği yer, tarih ve zaman dilimi,</w:t>
      </w:r>
    </w:p>
    <w:p>
      <w:pPr>
        <w:spacing w:after="80"/>
        <w:ind w:firstLine="454"/>
        <w:jc w:val="both"/>
      </w:pPr>
      <w:r>
        <w:t>d) Sanığın gözaltında veya tutuklu kaldığı tarih ve süre ile halen tutuklu olup olmadığı,</w:t>
      </w:r>
    </w:p>
    <w:p>
      <w:pPr>
        <w:spacing w:after="80"/>
        <w:ind w:firstLine="454"/>
        <w:jc w:val="both"/>
      </w:pPr>
      <w:r>
        <w:t>Yazılır.</w:t>
      </w:r>
    </w:p>
    <w:p>
      <w:pPr>
        <w:spacing w:after="80"/>
        <w:ind w:firstLine="454"/>
        <w:jc w:val="both"/>
      </w:pPr>
      <w:r>
        <w:t>(3) Hükmün gerekçesi ve varsa karşı oy gerekçesi, tümüyle tutanağa geçirilmemişse açıklanmasından itibaren en geç onbeş gün içinde dava dosyasına konulur.</w:t>
      </w:r>
    </w:p>
    <w:p>
      <w:pPr>
        <w:spacing w:after="80"/>
        <w:ind w:firstLine="454"/>
        <w:jc w:val="both"/>
      </w:pPr>
      <w:r>
        <w:t>(4) Karar ve hükümler bunlara katılan hâkimler tarafından imzalanır.</w:t>
      </w:r>
    </w:p>
    <w:p>
      <w:pPr>
        <w:spacing w:after="80"/>
        <w:ind w:firstLine="454"/>
        <w:jc w:val="both"/>
      </w:pPr>
      <w:r>
        <w:t xml:space="preserve">(5) </w:t>
      </w:r>
      <w:r>
        <w:rPr>
          <w:color w:val="666666"/>
          <w:sz w:val="17"/>
        </w:rPr>
        <w:t>(Değişik: 24/11/2016-6763/31 md.)</w:t>
      </w:r>
      <w:r>
        <w:t xml:space="preserve"> Hüküm sonucu tefhim edildikten sonra gerekçeli karar imzalanmadan hâkim ölür veya herhangi bir sebeple kararı imzalayamayacak hâle düşerse, yeni hâkim, tefhim edilen hükme uygun olarak gerekçeli kararı bizzat yazarak imzalar. Toplu mahkemelerde böyle bir durumun gerçekleşmesi hâlinde, hüküm diğer hâkimler tarafından imzalanır ve başkan veya en kıdemli hâkim tarafından, hükmün altına diğer hâkimin imza edememesinin sebebi yazılarak imza olunur.</w:t>
      </w:r>
    </w:p>
    <w:p>
      <w:pPr>
        <w:spacing w:after="80"/>
        <w:ind w:firstLine="454"/>
        <w:jc w:val="both"/>
      </w:pPr>
      <w:r>
        <w:t>(6) Hüküm fıkrasında, 223 üncü maddeye göre verilen kararın ne olduğunun, uygulanan kanun maddelerinin, verilen ceza miktarının, kanun yollarına başvurma ve tazminat isteme olanağının bulunup bulunmadığının, başvuru olanağı varsa süresi ve merciinin tereddüde yer vermeyecek şekilde açıkça gösterilmesi gerekir.</w:t>
      </w:r>
    </w:p>
    <w:p>
      <w:pPr>
        <w:spacing w:after="80"/>
        <w:ind w:firstLine="454"/>
        <w:jc w:val="both"/>
      </w:pPr>
      <w:r>
        <w:t>(7) Hükümlerin nüshaları ve özetleri mahkeme başkanı veya hâkim ile zabıt kâtibi tarafından imzalanır ve mühürlenir.</w:t>
      </w:r>
    </w:p>
    <w:p>
      <w:pPr>
        <w:spacing w:before="360"/>
        <w:jc w:val="center"/>
      </w:pPr>
      <w:r>
        <w:rPr>
          <w:b/>
          <w:sz w:val="24"/>
        </w:rPr>
        <w:t>DÖRDÜNCÜ KITAP</w:t>
        <w:br/>
        <w:t>Mağdur, Şikâyetçi, Malen Sorumlu, Katılan</w:t>
      </w:r>
    </w:p>
    <w:p>
      <w:pPr>
        <w:spacing w:before="360"/>
        <w:jc w:val="center"/>
      </w:pPr>
      <w:r>
        <w:rPr>
          <w:b/>
          <w:sz w:val="24"/>
        </w:rPr>
        <w:t>BIRINCI KISIM</w:t>
        <w:br/>
        <w:t>Suçun Mağduru ile Şikâyetçinin Hakları</w:t>
      </w:r>
    </w:p>
    <w:p>
      <w:pPr>
        <w:keepNext/>
        <w:spacing w:before="200" w:after="40"/>
      </w:pPr>
      <w:r>
        <w:rPr>
          <w:b/>
        </w:rPr>
        <w:t>Suçun mağduru ile şikâyetçinin çağırılması</w:t>
      </w:r>
    </w:p>
    <w:p>
      <w:pPr>
        <w:spacing w:after="80"/>
        <w:ind w:firstLine="454"/>
        <w:jc w:val="both"/>
      </w:pPr>
      <w:r>
        <w:rPr>
          <w:b/>
        </w:rPr>
        <w:t xml:space="preserve">MADDE 233 – </w:t>
      </w:r>
      <w:r>
        <w:t xml:space="preserve">(1) Mağdur ile şikâyetçi, Cumhuriyet savcısı veya mahkeme başkanı veya hâkim tarafından çağrı kâğıdı ile çağırılıp dinlenir. </w:t>
      </w:r>
      <w:r>
        <w:rPr>
          <w:color w:val="666666"/>
          <w:sz w:val="17"/>
        </w:rPr>
        <w:t>(Ek cümleler:8/7/2021-7331/21 md.)</w:t>
      </w:r>
      <w:r>
        <w:t xml:space="preserve"> Kovuşturma evresine geçildiğinde çağrı kâğıdına iddianame eklenir. Ayrıca, iddianameye ilişkin bilgiler ve duruşma tarihi; telefon, telgraf, faks, elektronik posta gibi iletişim bilgilerinin dosyada bulunması hâlinde bu araçlardan yararlanılmak suretiyle de bildirilir.</w:t>
      </w:r>
    </w:p>
    <w:p>
      <w:pPr>
        <w:spacing w:after="80"/>
        <w:ind w:firstLine="454"/>
        <w:jc w:val="both"/>
      </w:pPr>
      <w:r>
        <w:t>(2) Bu hususta yapılacak çağrı ve zorla getirme bakımından tanıklara ilişkin hükümler uygulanır.</w:t>
      </w:r>
    </w:p>
    <w:p>
      <w:pPr>
        <w:keepNext/>
        <w:spacing w:before="200" w:after="40"/>
      </w:pPr>
      <w:r>
        <w:rPr>
          <w:b/>
        </w:rPr>
        <w:t>Mağdur ile şikâyetçinin hakları</w:t>
      </w:r>
    </w:p>
    <w:p>
      <w:pPr>
        <w:spacing w:after="80"/>
        <w:ind w:firstLine="454"/>
        <w:jc w:val="both"/>
      </w:pPr>
      <w:r>
        <w:rPr>
          <w:b/>
        </w:rPr>
        <w:t xml:space="preserve">MADDE 234 – </w:t>
      </w:r>
      <w:r>
        <w:t>(1) Mağdur ile şikâyetçinin hakları şunlardır:</w:t>
      </w:r>
    </w:p>
    <w:p>
      <w:pPr>
        <w:spacing w:after="80"/>
        <w:ind w:firstLine="454"/>
        <w:jc w:val="both"/>
      </w:pPr>
      <w:r>
        <w:t>a) Soruşturma evresinde;</w:t>
      </w:r>
    </w:p>
    <w:p>
      <w:pPr>
        <w:spacing w:after="80"/>
        <w:ind w:firstLine="454"/>
        <w:jc w:val="both"/>
      </w:pPr>
      <w:r>
        <w:t>1. Delillerin toplanmasını isteme,</w:t>
      </w:r>
    </w:p>
    <w:p>
      <w:pPr>
        <w:spacing w:after="80"/>
        <w:ind w:firstLine="454"/>
        <w:jc w:val="both"/>
      </w:pPr>
      <w:r>
        <w:t>2. Soruşturmanın gizlilik ve amacını bozmamak koşuluyla Cumhuriyet savcısından belge örneği isteme,</w:t>
      </w:r>
    </w:p>
    <w:p>
      <w:pPr>
        <w:spacing w:after="80"/>
        <w:ind w:firstLine="454"/>
        <w:jc w:val="both"/>
      </w:pPr>
      <w:r>
        <w:t xml:space="preserve">3. </w:t>
      </w:r>
      <w:r>
        <w:rPr>
          <w:color w:val="666666"/>
          <w:sz w:val="17"/>
        </w:rPr>
        <w:t>(Değişik: 24/7/2008-5793/40 md.)</w:t>
      </w:r>
      <w:r>
        <w:t xml:space="preserve"> Vekili bulunmaması halinde, cinsel saldırı, çocukların cinsel istismarı veya ısrarlı takip suçları ile kadına karşı işlenen kasten yaralama, işkence veya eziyet suçlarında ve alt sınırı beş yıldan fazla hapis cezasını gerektiren suçlarda, baro tarafından kendisine avukat görevlendirilmesini isteme,</w:t>
      </w:r>
    </w:p>
    <w:p>
      <w:pPr>
        <w:spacing w:after="80"/>
        <w:ind w:firstLine="454"/>
        <w:jc w:val="both"/>
      </w:pPr>
      <w:r>
        <w:t>4. 153 üncü maddeye uygun olmak koşuluyla vekili aracılığı ile soruşturma belgelerini ve elkonulan ve muhafazaya alınan eşyayı inceletme,</w:t>
      </w:r>
    </w:p>
    <w:p>
      <w:pPr>
        <w:spacing w:after="80"/>
        <w:ind w:firstLine="454"/>
        <w:jc w:val="both"/>
      </w:pPr>
      <w:r>
        <w:t>5. Cumhuriyet savcısının, kovuşturmaya yer olmadığı yönündeki kararına kanunda yazılı usule göre itiraz hakkını kullanma.</w:t>
      </w:r>
    </w:p>
    <w:p>
      <w:pPr>
        <w:spacing w:after="80"/>
        <w:ind w:firstLine="454"/>
        <w:jc w:val="both"/>
      </w:pPr>
      <w:r>
        <w:t>b) Kovuşturma evresinde;</w:t>
      </w:r>
    </w:p>
    <w:p>
      <w:pPr>
        <w:spacing w:after="80"/>
        <w:ind w:firstLine="454"/>
        <w:jc w:val="both"/>
      </w:pPr>
      <w:r>
        <w:t>1. Duruşmadan haberdar edilme,</w:t>
      </w:r>
    </w:p>
    <w:p>
      <w:pPr>
        <w:spacing w:after="80"/>
        <w:ind w:firstLine="454"/>
        <w:jc w:val="both"/>
      </w:pPr>
      <w:r>
        <w:t>2. Kamu davasına katılma,</w:t>
      </w:r>
    </w:p>
    <w:p>
      <w:pPr>
        <w:spacing w:after="80"/>
        <w:ind w:firstLine="454"/>
        <w:jc w:val="both"/>
      </w:pPr>
      <w:r>
        <w:t>3. Tutanak ve belgelerden örnek isteme,</w:t>
      </w:r>
    </w:p>
    <w:p>
      <w:pPr>
        <w:spacing w:after="80"/>
        <w:ind w:firstLine="454"/>
        <w:jc w:val="both"/>
      </w:pPr>
      <w:r>
        <w:t>4. Tanıkların davetini isteme,</w:t>
      </w:r>
    </w:p>
    <w:p>
      <w:pPr>
        <w:spacing w:after="80"/>
        <w:ind w:firstLine="454"/>
        <w:jc w:val="both"/>
      </w:pPr>
      <w:r>
        <w:t xml:space="preserve">5. </w:t>
      </w:r>
      <w:r>
        <w:rPr>
          <w:color w:val="666666"/>
          <w:sz w:val="17"/>
        </w:rPr>
        <w:t>(Değişik: 24/7/2008-5793/40 md.)</w:t>
      </w:r>
      <w:r>
        <w:t xml:space="preserve"> Vekili bulunmaması halinde, cinsel saldırı, çocukların cinsel istismarı veya ısrarlı takip suçları ile kadına karşı işlenen kasten yaralama, işkence veya eziyet suçlarında ve alt sınırı beş yıldan fazla hapis cezasını gerektiren suçlarda, baro tarafından kendisine avukat görevlendirilmesini isteme,</w:t>
      </w:r>
    </w:p>
    <w:p>
      <w:pPr>
        <w:spacing w:after="80"/>
        <w:ind w:firstLine="454"/>
        <w:jc w:val="both"/>
      </w:pPr>
      <w:r>
        <w:t>6. Davaya katılmış olma koşuluyla davayı sonuçlandıran kararlara karşı kanun yollarına başvurma.</w:t>
      </w:r>
    </w:p>
    <w:p>
      <w:pPr>
        <w:spacing w:after="80"/>
        <w:ind w:firstLine="454"/>
        <w:jc w:val="both"/>
      </w:pPr>
      <w:r>
        <w:t>(2) Mağdur, onsekiz yaşını doldurmamış, sağır veya dilsiz ya da meramını ifade edemeyecek derecede malûl olur ve bir vekili de bulunmazsa, istemi aranmaksızın bir vekil görevlendirilir.</w:t>
      </w:r>
    </w:p>
    <w:p>
      <w:pPr>
        <w:spacing w:after="80"/>
        <w:ind w:firstLine="454"/>
        <w:jc w:val="both"/>
      </w:pPr>
      <w:r>
        <w:t>(3) Bu haklar, suçun mağdurları ile şikâyetçiye anlatılıp açıklanır ve bu husus tutanağa yazılır.</w:t>
      </w:r>
    </w:p>
    <w:p>
      <w:pPr>
        <w:spacing w:after="80"/>
        <w:ind w:firstLine="454"/>
        <w:jc w:val="both"/>
      </w:pPr>
      <w:r>
        <w:t xml:space="preserve">(4) </w:t>
      </w:r>
      <w:r>
        <w:rPr>
          <w:color w:val="666666"/>
          <w:sz w:val="17"/>
        </w:rPr>
        <w:t>(Ek:17/10/2019-7188/21 md.)</w:t>
      </w:r>
      <w:r>
        <w:t xml:space="preserve"> Soruşturma veya kovuşturma evresinde, dava nakli veya adlî tıp işlemleri nedeniyle yerleşim yeri dışında bir yere gitme zorunluluğu doğması hâlinde mağdurun yapmış olduğu konaklama, iaşe ve ulaşım giderleri, 10/2/1954 tarihli ve 6245 sayılı Harcırah Kanunu hükümlerine göre Adalet Bakanlığı bütçesinden karşılanır.</w:t>
      </w:r>
    </w:p>
    <w:p>
      <w:pPr>
        <w:keepNext/>
        <w:spacing w:before="200" w:after="40"/>
      </w:pPr>
      <w:r>
        <w:rPr>
          <w:b/>
        </w:rPr>
        <w:t>Mağdur ile şikâyetçinin davete uymamaları</w:t>
      </w:r>
    </w:p>
    <w:p>
      <w:pPr>
        <w:spacing w:after="80"/>
        <w:ind w:firstLine="454"/>
        <w:jc w:val="both"/>
      </w:pPr>
      <w:r>
        <w:rPr>
          <w:b/>
        </w:rPr>
        <w:t xml:space="preserve">MADDE 235 – </w:t>
      </w:r>
      <w:r>
        <w:t>(1) Mağdur, şikâyetçi veya vekilinin, dilekçelerinde veya tutanağa geçirilmiş olan beyanlarında belirttikleri adresleri tebligata esas alınır.</w:t>
      </w:r>
    </w:p>
    <w:p>
      <w:pPr>
        <w:spacing w:after="80"/>
        <w:ind w:firstLine="454"/>
        <w:jc w:val="both"/>
      </w:pPr>
      <w:r>
        <w:t>(2) Bu adrese çıkartılan çağrıya rağmen gelmeyen kimseye yeniden tebligatta bulunulmaz.</w:t>
      </w:r>
    </w:p>
    <w:p>
      <w:pPr>
        <w:spacing w:after="80"/>
        <w:ind w:firstLine="454"/>
        <w:jc w:val="both"/>
      </w:pPr>
      <w:r>
        <w:t>(3) Belirtilen adresin yanlışlığı, eksikliği veya adres değişikliğinin bildirilmemesi nedeniyle tebligat yapılamaması hâllerinde adresin araştırılması gerekmez.</w:t>
      </w:r>
    </w:p>
    <w:p>
      <w:pPr>
        <w:spacing w:after="80"/>
        <w:ind w:firstLine="454"/>
        <w:jc w:val="both"/>
      </w:pPr>
      <w:r>
        <w:t>(4) Bu kimselerin beyanının alınması zorunlu görüldüğü hâllerde üçüncü fıkra uygulanmaz.</w:t>
      </w:r>
    </w:p>
    <w:p>
      <w:pPr>
        <w:keepNext/>
        <w:spacing w:before="200" w:after="40"/>
      </w:pPr>
      <w:r>
        <w:rPr>
          <w:b/>
        </w:rPr>
        <w:t>Mağdur ile şikâyetçinin dinlenmesi</w:t>
      </w:r>
    </w:p>
    <w:p>
      <w:pPr>
        <w:spacing w:after="80"/>
        <w:ind w:firstLine="454"/>
        <w:jc w:val="both"/>
      </w:pPr>
      <w:r>
        <w:rPr>
          <w:b/>
        </w:rPr>
        <w:t xml:space="preserve">MADDE 236 – </w:t>
      </w:r>
      <w:r>
        <w:t>(1) Mağdurun tanık olarak dinlenmesi halinde, yemin hariç, tanıklığa ilişkin hükümler uygulanır.</w:t>
      </w:r>
    </w:p>
    <w:p>
      <w:pPr>
        <w:spacing w:after="80"/>
        <w:ind w:firstLine="454"/>
        <w:jc w:val="both"/>
      </w:pPr>
      <w:r>
        <w:t>(2) İşlenen suçun etkisiyle psikolojisi bozulmuş çocuk veya mağdur, bu suça ilişkin soruşturma veya kovuşturmada tanık olarak bir defa dinlenebilir. Maddî gerçeğin ortaya çıkarılması açısından zorunluluk arz eden haller saklıdır.</w:t>
      </w:r>
    </w:p>
    <w:p>
      <w:pPr>
        <w:spacing w:after="80"/>
        <w:ind w:firstLine="454"/>
        <w:jc w:val="both"/>
      </w:pPr>
      <w:r>
        <w:t xml:space="preserve">(3) Mağdur çocukların veya işlenen suçun etkisiyle psikolojisi bozulmuş olan diğer mağdurun tanık olarak dinlenmesi sırasında psikoloji, psikiyatri, tıp veya eğitim alanında uzman bir kişi bulundurulur. </w:t>
      </w:r>
      <w:r>
        <w:rPr>
          <w:color w:val="666666"/>
          <w:sz w:val="17"/>
        </w:rPr>
        <w:t>(Mülga cümle:17/10/2019-7188/22 md.)</w:t>
      </w:r>
    </w:p>
    <w:p>
      <w:pPr>
        <w:spacing w:after="80"/>
        <w:ind w:firstLine="454"/>
        <w:jc w:val="both"/>
      </w:pPr>
      <w:r>
        <w:t xml:space="preserve">(4) </w:t>
      </w:r>
      <w:r>
        <w:rPr>
          <w:color w:val="666666"/>
          <w:sz w:val="17"/>
        </w:rPr>
        <w:t>(Ek:17/10/2019-7188/22 md.)</w:t>
      </w:r>
      <w:r>
        <w:t xml:space="preserve"> Cumhuriyet savcısı veya hâkim tarafından ifade ve beyanının özel ortamda alınması gerektiği ya da şüpheli veya sanık ile yüz yüze gelmesinde sakınca bulunduğu değerlendirilen çocuk veya mağdurların ifade ve beyanları özel ortamda uzmanlar aracılığıyla alınır.</w:t>
      </w:r>
    </w:p>
    <w:p>
      <w:pPr>
        <w:spacing w:after="80"/>
        <w:ind w:firstLine="454"/>
        <w:jc w:val="both"/>
      </w:pPr>
      <w:r>
        <w:t xml:space="preserve">(5) </w:t>
      </w:r>
      <w:r>
        <w:rPr>
          <w:color w:val="666666"/>
          <w:sz w:val="17"/>
        </w:rPr>
        <w:t>(Ek:17/10/2019-7188/22 md.)</w:t>
      </w:r>
      <w:r>
        <w:t xml:space="preserve"> Türk Ceza Kanununun 103 üncü maddesinin ikinci fıkrasında düzenlenen suçlardan mağdur olan çocukların soruşturma evresindeki beyanları, bunlara yönelik hizmet veren merkezlerde Cumhuriyet savcısının nezaretinde uzmanlar aracılığıyla alınır. Mağdur çocuğun beyan ve görüntüleri kayda alınır. Kovuşturma evresinde ise ancak, maddi gerçeğin ortaya çıkarılması açısından mağdur çocuğun beyanının alınması veya başkaca bir işlem yapılmasında zorunluluk bulunması hâlinde bu işlem, mahkeme veya görevlendireceği naip hâkim tarafından bu merkezlerde uzmanlar aracılığıyla yerine getirilir. Mağdur çocuk yargı çevresi ve mülkî sınırlara bakılmaksızın en yakın merkeze götürülmek suretiyle bu fıkrada belirtilen işlemler yerine getirilir.</w:t>
      </w:r>
    </w:p>
    <w:p>
      <w:pPr>
        <w:spacing w:after="80"/>
        <w:ind w:firstLine="454"/>
        <w:jc w:val="both"/>
      </w:pPr>
      <w:r>
        <w:t xml:space="preserve">(6) </w:t>
      </w:r>
      <w:r>
        <w:rPr>
          <w:color w:val="666666"/>
          <w:sz w:val="17"/>
        </w:rPr>
        <w:t>(Ek:17/10/2019-7188/22 md.)</w:t>
      </w:r>
      <w:r>
        <w:t xml:space="preserve"> Türk Ceza Kanununun 102 nci maddesinin ikinci fıkrasında düzenlenen suçlardan mağdur olanların soruşturma evresindeki beyanları bakımından da beşinci fıkra hükmü uygulanır. Ancak, beyan ve görüntülerin kayda alınmasında mağdurun rızası aranır.</w:t>
      </w:r>
    </w:p>
    <w:p>
      <w:pPr>
        <w:spacing w:after="80"/>
        <w:ind w:firstLine="454"/>
        <w:jc w:val="both"/>
      </w:pPr>
      <w:r>
        <w:t xml:space="preserve">(7) </w:t>
      </w:r>
      <w:r>
        <w:rPr>
          <w:color w:val="666666"/>
          <w:sz w:val="17"/>
        </w:rPr>
        <w:t>(Ek:17/10/2019-7188/22 md.)</w:t>
      </w:r>
      <w:r>
        <w:t xml:space="preserve"> Beşinci ve altıncı fıkra kapsamında alınan beyan ve görüntü kayıtları dava dosyasında saklanır, kimseye verilmez ve gizliliği için gerekli tedbirler alınır.</w:t>
      </w:r>
    </w:p>
    <w:p>
      <w:pPr>
        <w:spacing w:after="80"/>
        <w:ind w:firstLine="454"/>
        <w:jc w:val="both"/>
      </w:pPr>
      <w:r>
        <w:t xml:space="preserve">(8) </w:t>
      </w:r>
      <w:r>
        <w:rPr>
          <w:color w:val="666666"/>
          <w:sz w:val="17"/>
        </w:rPr>
        <w:t>(Ek:17/10/2019-7188/22 md.)</w:t>
      </w:r>
      <w:r>
        <w:t xml:space="preserve"> Beşinci ve altıncı fıkra kapsamında alınan beyan ve görüntü kayıtları, yazılı tutanağa dönüştürülür. Bu tutanak, talepte bulunan şüpheli, sanık, müdafii, mağdur, vekil veya kanuni temsilciye verilir. Beyan ve görüntü kayıtları bu kişilere soruşturma ve kovuşturma makamlarının gözetiminde gizliliği korunmak suretiyle izletilebilir.</w:t>
      </w:r>
    </w:p>
    <w:p>
      <w:pPr>
        <w:spacing w:after="80"/>
        <w:ind w:firstLine="454"/>
        <w:jc w:val="both"/>
      </w:pPr>
      <w:r>
        <w:t xml:space="preserve">(9) </w:t>
      </w:r>
      <w:r>
        <w:rPr>
          <w:color w:val="666666"/>
          <w:sz w:val="17"/>
        </w:rPr>
        <w:t>(Ek:14/11/2024-7532/17 md.)</w:t>
      </w:r>
      <w:r>
        <w:t xml:space="preserve"> Beşinci ve altıncı fıkrada belirtilen merkezler, devlet üniversiteleri tarafından da kurulabilir.</w:t>
      </w:r>
    </w:p>
    <w:p>
      <w:pPr>
        <w:spacing w:before="360"/>
        <w:jc w:val="center"/>
      </w:pPr>
      <w:r>
        <w:rPr>
          <w:b/>
          <w:sz w:val="24"/>
        </w:rPr>
        <w:t>İKINCI KISIM</w:t>
        <w:br/>
        <w:t>Kamu Davasına Katılma</w:t>
      </w:r>
    </w:p>
    <w:p>
      <w:pPr>
        <w:keepNext/>
        <w:spacing w:before="200" w:after="40"/>
      </w:pPr>
      <w:r>
        <w:rPr>
          <w:b/>
        </w:rPr>
        <w:t>Kamu davasına katılma</w:t>
      </w:r>
    </w:p>
    <w:p>
      <w:pPr>
        <w:spacing w:after="80"/>
        <w:ind w:firstLine="454"/>
        <w:jc w:val="both"/>
      </w:pPr>
      <w:r>
        <w:rPr>
          <w:b/>
        </w:rPr>
        <w:t xml:space="preserve">MADDE 237 – </w:t>
      </w:r>
      <w:r>
        <w:t>(1) Mağdur, suçtan zarar gören gerçek ve tüzel kişiler ile malen sorumlu olanlar, ilk derece mahkemesindeki kovuşturma evresinin her aşamasında hüküm verilinceye kadar şikâyetçi olduklarını bildirerek kamu davasına katılabilirler.</w:t>
      </w:r>
    </w:p>
    <w:p>
      <w:pPr>
        <w:spacing w:after="80"/>
        <w:ind w:firstLine="454"/>
        <w:jc w:val="both"/>
      </w:pPr>
      <w:r>
        <w:t>(2) Kanun yolu muhakemesinde davaya katılma isteğinde bulunulamaz. Ancak, ilk derece mahkemesinde ileri sürülüp reddolunan veya karara bağlanmayan katılma istekleri, kanun yolu başvurusunda açıkça belirtilmişse incelenip karara bağlanır.</w:t>
      </w:r>
    </w:p>
    <w:p>
      <w:pPr>
        <w:keepNext/>
        <w:spacing w:before="200" w:after="40"/>
      </w:pPr>
      <w:r>
        <w:rPr>
          <w:b/>
        </w:rPr>
        <w:t>Katılma usulü</w:t>
      </w:r>
    </w:p>
    <w:p>
      <w:pPr>
        <w:spacing w:after="80"/>
        <w:ind w:firstLine="454"/>
        <w:jc w:val="both"/>
      </w:pPr>
      <w:r>
        <w:rPr>
          <w:b/>
        </w:rPr>
        <w:t xml:space="preserve">MADDE 238 – </w:t>
      </w:r>
      <w:r>
        <w:t>(1) Katılma, kamu davasının açılmasından sonra mahkemeye dilekçe verilmesi veya katılma istemini içeren sözlü başvurunun duruşma tutanağına geçirilmesi suretiyle olur.</w:t>
      </w:r>
    </w:p>
    <w:p>
      <w:pPr>
        <w:spacing w:after="80"/>
        <w:ind w:firstLine="454"/>
        <w:jc w:val="both"/>
      </w:pPr>
      <w:r>
        <w:t>(2) Duruşma sırasında şikâyeti belirten ifade üzerine, suçtan zarar görenden davaya katılmak isteyip istemediği sorulur.</w:t>
      </w:r>
    </w:p>
    <w:p>
      <w:pPr>
        <w:spacing w:after="80"/>
        <w:ind w:firstLine="454"/>
        <w:jc w:val="both"/>
      </w:pPr>
      <w:r>
        <w:t>(3) Cumhuriyet savcısının, sanık ve varsa müdafiinin dinlenmesinden sonra davaya katılma isteminin uygun olup olmadığına karar verilir.</w:t>
      </w:r>
    </w:p>
    <w:p>
      <w:pPr>
        <w:spacing w:after="80"/>
        <w:ind w:firstLine="454"/>
        <w:jc w:val="both"/>
      </w:pPr>
      <w:r>
        <w:t xml:space="preserve">(4) </w:t>
      </w:r>
      <w:r>
        <w:rPr>
          <w:color w:val="666666"/>
          <w:sz w:val="17"/>
        </w:rPr>
        <w:t>(Mülga: 18/6/2014 - 6545/103 md.)</w:t>
      </w:r>
    </w:p>
    <w:p>
      <w:pPr>
        <w:keepNext/>
        <w:spacing w:before="200" w:after="40"/>
      </w:pPr>
      <w:r>
        <w:rPr>
          <w:b/>
        </w:rPr>
        <w:t>Katılanın hakları</w:t>
      </w:r>
    </w:p>
    <w:p>
      <w:pPr>
        <w:spacing w:after="80"/>
        <w:ind w:firstLine="454"/>
        <w:jc w:val="both"/>
      </w:pPr>
      <w:r>
        <w:rPr>
          <w:b/>
        </w:rPr>
        <w:t xml:space="preserve">MADDE 239 – </w:t>
      </w:r>
      <w:r>
        <w:t xml:space="preserve">(1) </w:t>
      </w:r>
      <w:r>
        <w:rPr>
          <w:color w:val="666666"/>
          <w:sz w:val="17"/>
        </w:rPr>
        <w:t>(Değişik: 24/7/2008-5793/41 md.)</w:t>
      </w:r>
      <w:r>
        <w:t xml:space="preserve"> Mağdur veya suçtan zarar gören davaya katıldığında, cinsel saldırı, çocukların cinsel istismarı veya ısrarlı takip suçları ile kadına karşı işlenen kasten yaralama, işkence veya eziyet suçlarında ve alt sınırı beş yıldan fazla hapis cezasını gerektiren suçlarda, baro tarafından kendisine avukat görevlendirilmesini isteyebilir.</w:t>
      </w:r>
    </w:p>
    <w:p>
      <w:pPr>
        <w:spacing w:after="80"/>
        <w:ind w:firstLine="454"/>
        <w:jc w:val="both"/>
      </w:pPr>
      <w:r>
        <w:t>(2) Mağdur veya suçtan zarar görenin çocuk, sağır ve dilsiz veya kendisini savunamayacak derecede akıl hastası olması halinde avukat görevlendirilmesi için istem aranmaz.</w:t>
      </w:r>
    </w:p>
    <w:p>
      <w:pPr>
        <w:keepNext/>
        <w:spacing w:before="200" w:after="40"/>
      </w:pPr>
      <w:r>
        <w:rPr>
          <w:b/>
        </w:rPr>
        <w:t>Katılmanın davaya etkisi</w:t>
      </w:r>
    </w:p>
    <w:p>
      <w:pPr>
        <w:spacing w:after="80"/>
        <w:ind w:firstLine="454"/>
        <w:jc w:val="both"/>
      </w:pPr>
      <w:r>
        <w:rPr>
          <w:b/>
        </w:rPr>
        <w:t xml:space="preserve">MADDE 240 – </w:t>
      </w:r>
      <w:r>
        <w:t>(1) Katılma davayı durdurmaz.</w:t>
      </w:r>
    </w:p>
    <w:p>
      <w:pPr>
        <w:spacing w:after="80"/>
        <w:ind w:firstLine="454"/>
        <w:jc w:val="both"/>
      </w:pPr>
      <w:r>
        <w:t>(2) Tarihi belirlenmiş olan duruşma ve yargılama usulüne ilişkin diğer işlemler vaktin darlığından dolayı katılan kimse çağrılamayacak veya kendisine haber verilemeyecek olsa bile belirli gününde yapılır.</w:t>
      </w:r>
    </w:p>
    <w:p>
      <w:pPr>
        <w:keepNext/>
        <w:spacing w:before="200" w:after="40"/>
      </w:pPr>
      <w:r>
        <w:rPr>
          <w:b/>
        </w:rPr>
        <w:t>Katılmadan önceki kararlara itiraz</w:t>
      </w:r>
    </w:p>
    <w:p>
      <w:pPr>
        <w:spacing w:after="80"/>
        <w:ind w:firstLine="454"/>
        <w:jc w:val="both"/>
      </w:pPr>
      <w:r>
        <w:rPr>
          <w:b/>
        </w:rPr>
        <w:t xml:space="preserve">MADDE 241 – </w:t>
      </w:r>
      <w:r>
        <w:t>(1) Katılmadan önce verilmiş olan kararlar katılana tebliğ edilmez.</w:t>
      </w:r>
    </w:p>
    <w:p>
      <w:pPr>
        <w:spacing w:after="80"/>
        <w:ind w:firstLine="454"/>
        <w:jc w:val="both"/>
      </w:pPr>
      <w:r>
        <w:t>(2) Bu kararlara karşı kanun yoluna başvurabilmesi için Cumhuriyet savcısı için öngörülen sürenin geçmesiyle katılan da başvuru hakkını kaybeder.</w:t>
      </w:r>
    </w:p>
    <w:p>
      <w:pPr>
        <w:keepNext/>
        <w:spacing w:before="200" w:after="40"/>
      </w:pPr>
      <w:r>
        <w:rPr>
          <w:b/>
        </w:rPr>
        <w:t>Katılanın kanun yoluna başvurması</w:t>
      </w:r>
    </w:p>
    <w:p>
      <w:pPr>
        <w:spacing w:after="80"/>
        <w:ind w:firstLine="454"/>
        <w:jc w:val="both"/>
      </w:pPr>
      <w:r>
        <w:rPr>
          <w:b/>
        </w:rPr>
        <w:t xml:space="preserve">MADDE 242 – </w:t>
      </w:r>
      <w:r>
        <w:t>(1) Katılan, Cumhuriyet savcısına bağlı olmaksızın kanun yollarına başvurabilir.</w:t>
      </w:r>
    </w:p>
    <w:p>
      <w:pPr>
        <w:spacing w:after="80"/>
        <w:ind w:firstLine="454"/>
        <w:jc w:val="both"/>
      </w:pPr>
      <w:r>
        <w:t>(2) Karar, katılanın başvurusu üzerine bozulursa, Cumhuriyet savcısı işi yeniden takip eder.</w:t>
      </w:r>
    </w:p>
    <w:p>
      <w:pPr>
        <w:keepNext/>
        <w:spacing w:before="200" w:after="40"/>
      </w:pPr>
      <w:r>
        <w:rPr>
          <w:b/>
        </w:rPr>
        <w:t>Katılmanın hükümsüz kalması</w:t>
      </w:r>
    </w:p>
    <w:p>
      <w:pPr>
        <w:spacing w:after="80"/>
        <w:ind w:firstLine="454"/>
        <w:jc w:val="both"/>
      </w:pPr>
      <w:r>
        <w:rPr>
          <w:b/>
        </w:rPr>
        <w:t xml:space="preserve">MADDE 243 – </w:t>
      </w:r>
      <w:r>
        <w:t>(1) Katılan, vazgeçerse veya ölürse katılma hükümsüz kalır. Mirasçılar, katılanın haklarını takip etmek üzere davaya katılabilirler.</w:t>
      </w:r>
    </w:p>
    <w:p>
      <w:pPr>
        <w:spacing w:before="360"/>
        <w:jc w:val="center"/>
      </w:pPr>
      <w:r>
        <w:rPr>
          <w:b/>
          <w:sz w:val="24"/>
        </w:rPr>
        <w:t>BEŞINCI KITAP</w:t>
        <w:br/>
        <w:t>Özel Yargılama Usulleri</w:t>
      </w:r>
    </w:p>
    <w:p>
      <w:pPr>
        <w:spacing w:before="360"/>
        <w:jc w:val="center"/>
      </w:pPr>
      <w:r>
        <w:rPr>
          <w:b/>
          <w:sz w:val="24"/>
        </w:rPr>
        <w:t>BIRINCI KISIM</w:t>
        <w:br/>
        <w:t>Gaiplerin ve Kaçakların Yargılanması, Tüzel Kişilerin Soruşturmada ve Kovuşturmada Temsili, Bazı Suçlara İlişkin Muhakeme Usulü</w:t>
      </w:r>
    </w:p>
    <w:p>
      <w:pPr>
        <w:spacing w:before="360"/>
        <w:jc w:val="center"/>
      </w:pPr>
      <w:r>
        <w:rPr>
          <w:b/>
          <w:sz w:val="24"/>
        </w:rPr>
        <w:t>BIRINCI BÖLÜM</w:t>
        <w:br/>
        <w:t>Gaiplerin Yargılanması</w:t>
      </w:r>
    </w:p>
    <w:p>
      <w:pPr>
        <w:keepNext/>
        <w:spacing w:before="200" w:after="40"/>
      </w:pPr>
      <w:r>
        <w:rPr>
          <w:b/>
        </w:rPr>
        <w:t>Gaibin tanımı ve yapılabilecek işlemler</w:t>
      </w:r>
    </w:p>
    <w:p>
      <w:pPr>
        <w:spacing w:after="80"/>
        <w:ind w:firstLine="454"/>
        <w:jc w:val="both"/>
      </w:pPr>
      <w:r>
        <w:rPr>
          <w:b/>
        </w:rPr>
        <w:t xml:space="preserve">MADDE 244 – </w:t>
      </w:r>
      <w:r>
        <w:t>(1) Bulunduğu yer bilinmeyen veya yurt dışında bulunup da yetkili mahkeme önüne getirilemeyen veya getirilmesi uygun bulunmayan sanık gaip sayılır.</w:t>
      </w:r>
    </w:p>
    <w:p>
      <w:pPr>
        <w:spacing w:after="80"/>
        <w:ind w:firstLine="454"/>
        <w:jc w:val="both"/>
      </w:pPr>
      <w:r>
        <w:t>(2) Gaip hakkında duruşma açılmaz; mahkeme, delillerin ele geçirilmesi veya korunması amacıyla gerekli işlemleri yapar.</w:t>
      </w:r>
    </w:p>
    <w:p>
      <w:pPr>
        <w:spacing w:after="80"/>
        <w:ind w:firstLine="454"/>
        <w:jc w:val="both"/>
      </w:pPr>
      <w:r>
        <w:t>(3) Bu işlemler naip hâkim veya istinabe olunan mahkeme aracılığıyla da yapılabilir.</w:t>
      </w:r>
    </w:p>
    <w:p>
      <w:pPr>
        <w:spacing w:after="80"/>
        <w:ind w:firstLine="454"/>
        <w:jc w:val="both"/>
      </w:pPr>
      <w:r>
        <w:t>(4) Bu işlemler sırasında sanığın müdafii veya kanunî temsilcisi veya eşi hazır bulunabilir. Gerektiğinde, mahkemece barodan bir müdafi görevlendirilmesi istenir.</w:t>
      </w:r>
    </w:p>
    <w:p>
      <w:pPr>
        <w:keepNext/>
        <w:spacing w:before="200" w:after="40"/>
      </w:pPr>
      <w:r>
        <w:rPr>
          <w:b/>
        </w:rPr>
        <w:t>Gaibe ihtar</w:t>
      </w:r>
    </w:p>
    <w:p>
      <w:pPr>
        <w:spacing w:after="80"/>
        <w:ind w:firstLine="454"/>
        <w:jc w:val="both"/>
      </w:pPr>
      <w:r>
        <w:rPr>
          <w:b/>
        </w:rPr>
        <w:t xml:space="preserve">MADDE 245 – </w:t>
      </w:r>
      <w:r>
        <w:t>(1) Adresi bilinmeyen gaibe, mahkeme önüne gelmesi veya adresini bildirmesi hususları uygun bir iletişim aracıyla ihtar edilir.</w:t>
      </w:r>
    </w:p>
    <w:p>
      <w:pPr>
        <w:keepNext/>
        <w:spacing w:before="200" w:after="40"/>
      </w:pPr>
      <w:r>
        <w:rPr>
          <w:b/>
        </w:rPr>
        <w:t>Sanığa verilecek güvence belgesi</w:t>
      </w:r>
    </w:p>
    <w:p>
      <w:pPr>
        <w:spacing w:after="80"/>
        <w:ind w:firstLine="454"/>
        <w:jc w:val="both"/>
      </w:pPr>
      <w:r>
        <w:rPr>
          <w:b/>
        </w:rPr>
        <w:t xml:space="preserve">MADDE 246 – </w:t>
      </w:r>
      <w:r>
        <w:t>(1) Mahkeme, gaip olan sanık hakkında duruşmaya gelmesi hâlinde tutuklanmayacağı hususunda bir güvence belgesi verebilir ve bu güvence koşullara bağlanabilir.</w:t>
      </w:r>
    </w:p>
    <w:p>
      <w:pPr>
        <w:spacing w:after="80"/>
        <w:ind w:firstLine="454"/>
        <w:jc w:val="both"/>
      </w:pPr>
      <w:r>
        <w:t>(2) Sanık, hapis cezası ile mahkûm olur veya kaçmak hazırlığında bulunur veya güvence belgesinin bağlı olduğu koşullara uymazsa belgenin hükmü kalmaz.</w:t>
      </w:r>
    </w:p>
    <w:p>
      <w:pPr>
        <w:spacing w:before="360"/>
        <w:jc w:val="center"/>
      </w:pPr>
      <w:r>
        <w:rPr>
          <w:b/>
          <w:sz w:val="24"/>
        </w:rPr>
        <w:t>İKINCI BÖLÜM</w:t>
        <w:br/>
        <w:t>Kaçakların Yargılanması</w:t>
      </w:r>
    </w:p>
    <w:p>
      <w:pPr>
        <w:keepNext/>
        <w:spacing w:before="200" w:after="40"/>
      </w:pPr>
      <w:r>
        <w:rPr>
          <w:b/>
        </w:rPr>
        <w:t>Kaçağın tanımı</w:t>
      </w:r>
    </w:p>
    <w:p>
      <w:pPr>
        <w:spacing w:after="80"/>
        <w:ind w:firstLine="454"/>
        <w:jc w:val="both"/>
      </w:pPr>
      <w:r>
        <w:rPr>
          <w:b/>
        </w:rPr>
        <w:t xml:space="preserve">MADDE 247 – </w:t>
      </w:r>
      <w:r>
        <w:t>(1) Hakkındaki soruşturmanın veya kovuşturmanın sonuçsuz kalmasını sağlamak amacıyla yurt içinde saklanan veya yabancı ülkede bulunan ve bu nedenle Cumhuriyet savcısı veya mahkeme tarafından kendisine ulaşılamayan kişiye kaçak denir.</w:t>
      </w:r>
    </w:p>
    <w:p>
      <w:pPr>
        <w:spacing w:after="80"/>
        <w:ind w:firstLine="454"/>
        <w:jc w:val="both"/>
      </w:pPr>
      <w:r>
        <w:t xml:space="preserve">(2) </w:t>
      </w:r>
      <w:r>
        <w:rPr>
          <w:color w:val="666666"/>
          <w:sz w:val="17"/>
        </w:rPr>
        <w:t>(Ek: 25/5/2005 - 5353/31 md.)</w:t>
      </w:r>
      <w:r>
        <w:t xml:space="preserve"> Hakkında, 248 inci maddenin ikinci fıkrasında belirtilen suçlardan dolayı soruşturma veya kovuşturma başlatılmış olan şüpheli veya sanığın, yetkili Cumhuriyet savcısı veya mahkemece usulüne göre yapılan tebligata uymamasından dolayı verilen zorla getirilme kararı da yerine getirilemez ise, Cumhuriyet savcısı veya mahkeme;</w:t>
      </w:r>
    </w:p>
    <w:p>
      <w:pPr>
        <w:spacing w:after="80"/>
        <w:ind w:firstLine="454"/>
        <w:jc w:val="both"/>
      </w:pPr>
      <w:r>
        <w:t>a) Çağrının bir gazete ile şüpheli veya sanığın bilinen konutunun kapısına asılmak suretiyle ilânına karar verir; yapılacak ilânlarda, onbeş gün içinde gelmediği takdirde 248 inci maddede gösterilen tedbirlere hükmedilebileceğini ayrıca açıklar,</w:t>
      </w:r>
    </w:p>
    <w:p>
      <w:pPr>
        <w:spacing w:after="80"/>
        <w:ind w:firstLine="454"/>
        <w:jc w:val="both"/>
      </w:pPr>
      <w:r>
        <w:t>b) Bu işlemlerin yerine getirildiğinin bir tutanak ile saptanmasından itibaren onbeş gün içinde başvurmayan şüpheli veya sanığın kaçak olduğuna karar verir.</w:t>
      </w:r>
    </w:p>
    <w:p>
      <w:pPr>
        <w:spacing w:after="80"/>
        <w:ind w:firstLine="454"/>
        <w:jc w:val="both"/>
      </w:pPr>
      <w:r>
        <w:t xml:space="preserve">(3) </w:t>
      </w:r>
      <w:r>
        <w:rPr>
          <w:color w:val="666666"/>
          <w:sz w:val="17"/>
        </w:rPr>
        <w:t>(İptal fıkra: Anayasa Mahkemesinin 22/3/2023 Tarihli ve E: 2022/145, K: 2023/59 Sayılı Kararı ile.)</w:t>
      </w:r>
      <w:r>
        <w:t xml:space="preserve"> (Yeniden Düzenleme:2/3/2024-7499/16 md.) </w:t>
      </w:r>
      <w:r>
        <w:rPr>
          <w:color w:val="666666"/>
          <w:sz w:val="17"/>
        </w:rPr>
        <w:t>(Değişik:16/7/2026-7589/16 md.)</w:t>
      </w:r>
      <w:r>
        <w:t xml:space="preserve"> Kaçak sanık hakkında kovuşturma yapılabilir. Ancak, daha önce sorgusu yapılmamış ise, mahkûmiyet ve ceza verilmesine yer olmadığı kararı verilemez. Güvenlik tedbirine karar verilmesi halinde kaçak sanık veya müdafii, savunma hakkının kullanılmak istendiğini belirterek yargılamanın yenilenmesini talep edebilir.</w:t>
      </w:r>
    </w:p>
    <w:p>
      <w:pPr>
        <w:spacing w:after="80"/>
        <w:ind w:firstLine="454"/>
        <w:jc w:val="both"/>
      </w:pPr>
      <w:r>
        <w:t>(4) Duruşma yapılan hâllerde kaçak sanığın müdafii yoksa, mahkeme barodan bir avukat görevlendirilmesini ister.</w:t>
      </w:r>
    </w:p>
    <w:p>
      <w:pPr>
        <w:keepNext/>
        <w:spacing w:before="200" w:after="40"/>
      </w:pPr>
      <w:r>
        <w:rPr>
          <w:b/>
        </w:rPr>
        <w:t>Zorlama amaçlı elkoyma ve teminat belgesi</w:t>
      </w:r>
    </w:p>
    <w:p>
      <w:pPr>
        <w:spacing w:after="80"/>
        <w:ind w:firstLine="454"/>
        <w:jc w:val="both"/>
      </w:pPr>
      <w:r>
        <w:rPr>
          <w:b/>
        </w:rPr>
        <w:t xml:space="preserve">MADDE 248 – </w:t>
      </w:r>
      <w:r>
        <w:t>(1) Kaçağın Cumhuriyet savcısına başvurmasını veya duruşmaya gelmesini sağlamak amacıyla Türkiye'de bulunan mallarına, hak ve alacaklarına amaçla orantılı olarak Cumhuriyet savcısının istemi üzerine sulh ceza hâkimi veya mahkeme kararıyla elkonulabilir ve gerektiğinde idaresi için kayyım atanır. Elkoyma ve kayyım atama kararı müdafiine bildirilir.</w:t>
      </w:r>
    </w:p>
    <w:p>
      <w:pPr>
        <w:spacing w:after="80"/>
        <w:ind w:firstLine="454"/>
        <w:jc w:val="both"/>
      </w:pPr>
      <w:r>
        <w:t>(2) Birinci fıkra hükmü;</w:t>
      </w:r>
    </w:p>
    <w:p>
      <w:pPr>
        <w:spacing w:after="80"/>
        <w:ind w:firstLine="454"/>
        <w:jc w:val="both"/>
      </w:pPr>
      <w:r>
        <w:t>a) Türk Ceza Kanununda tanımlanan;</w:t>
      </w:r>
    </w:p>
    <w:p>
      <w:pPr>
        <w:spacing w:after="80"/>
        <w:ind w:firstLine="454"/>
        <w:jc w:val="both"/>
      </w:pPr>
      <w:r>
        <w:t>1. Soykırım ve insanlığa karşı suçlar (madde 76, 77, 78),</w:t>
      </w:r>
    </w:p>
    <w:p>
      <w:pPr>
        <w:spacing w:after="80"/>
        <w:ind w:firstLine="454"/>
        <w:jc w:val="both"/>
      </w:pPr>
      <w:r>
        <w:t>2. Göçmen kaçakçılığı ve insan ticareti (madde 79, 80),</w:t>
      </w:r>
    </w:p>
    <w:p>
      <w:pPr>
        <w:spacing w:after="80"/>
        <w:ind w:firstLine="454"/>
        <w:jc w:val="both"/>
      </w:pPr>
      <w:r>
        <w:t>3. Hırsızlık (madde 141, 142),</w:t>
      </w:r>
    </w:p>
    <w:p>
      <w:pPr>
        <w:spacing w:after="80"/>
        <w:ind w:firstLine="454"/>
        <w:jc w:val="both"/>
      </w:pPr>
      <w:r>
        <w:t>4. Yağma (madde 148, 149),</w:t>
      </w:r>
    </w:p>
    <w:p>
      <w:pPr>
        <w:spacing w:after="80"/>
        <w:ind w:firstLine="454"/>
        <w:jc w:val="both"/>
      </w:pPr>
      <w:r>
        <w:t>5. Güveni kötüye kullanma (madde 155),</w:t>
      </w:r>
    </w:p>
    <w:p>
      <w:pPr>
        <w:spacing w:after="80"/>
        <w:ind w:firstLine="454"/>
        <w:jc w:val="both"/>
      </w:pPr>
      <w:r>
        <w:t>6. Dolandırıcılık (madde 157, 158),</w:t>
      </w:r>
    </w:p>
    <w:p>
      <w:pPr>
        <w:spacing w:after="80"/>
        <w:ind w:firstLine="454"/>
        <w:jc w:val="both"/>
      </w:pPr>
      <w:r>
        <w:t>7. Hileli iflas (madde 161),</w:t>
      </w:r>
    </w:p>
    <w:p>
      <w:pPr>
        <w:spacing w:after="80"/>
        <w:ind w:firstLine="454"/>
        <w:jc w:val="both"/>
      </w:pPr>
      <w:r>
        <w:t>8. Uyuşturucu veya uyarıcı madde imal ve ticareti (madde 188),</w:t>
      </w:r>
    </w:p>
    <w:p>
      <w:pPr>
        <w:spacing w:after="80"/>
        <w:ind w:firstLine="454"/>
        <w:jc w:val="both"/>
      </w:pPr>
      <w:r>
        <w:t>9. Parada sahtecilik (madde 197),</w:t>
      </w:r>
    </w:p>
    <w:p>
      <w:pPr>
        <w:spacing w:after="80"/>
        <w:ind w:firstLine="454"/>
        <w:jc w:val="both"/>
      </w:pPr>
      <w:r>
        <w:t>10. Suç işlemek amacıyla örgüt kurma (madde 220),</w:t>
      </w:r>
    </w:p>
    <w:p>
      <w:pPr>
        <w:spacing w:after="80"/>
        <w:ind w:firstLine="454"/>
        <w:jc w:val="both"/>
      </w:pPr>
      <w:r>
        <w:t>11. Zimmet (madde 247),</w:t>
      </w:r>
    </w:p>
    <w:p>
      <w:pPr>
        <w:spacing w:after="80"/>
        <w:ind w:firstLine="454"/>
        <w:jc w:val="both"/>
      </w:pPr>
      <w:r>
        <w:t>12. İrtikâp (madde 250),</w:t>
      </w:r>
    </w:p>
    <w:p>
      <w:pPr>
        <w:spacing w:after="80"/>
        <w:ind w:firstLine="454"/>
        <w:jc w:val="both"/>
      </w:pPr>
      <w:r>
        <w:t>13. Rüşvet (madde 252),</w:t>
      </w:r>
    </w:p>
    <w:p>
      <w:pPr>
        <w:spacing w:after="80"/>
        <w:ind w:firstLine="454"/>
        <w:jc w:val="both"/>
      </w:pPr>
      <w:r>
        <w:t>14. İhaleye fesat karıştırma (madde 235),</w:t>
      </w:r>
    </w:p>
    <w:p>
      <w:pPr>
        <w:spacing w:after="80"/>
        <w:ind w:firstLine="454"/>
        <w:jc w:val="both"/>
      </w:pPr>
      <w:r>
        <w:t>15. Edimin ifasına fesat karıştırma (madde 236),</w:t>
      </w:r>
    </w:p>
    <w:p>
      <w:pPr>
        <w:spacing w:after="80"/>
        <w:ind w:firstLine="454"/>
        <w:jc w:val="both"/>
      </w:pPr>
      <w:r>
        <w:t>16. Devletin Güvenliğine Karşı Suçlar (madde 302, 303, 304, 305, 306, 307, 308),</w:t>
      </w:r>
    </w:p>
    <w:p>
      <w:pPr>
        <w:spacing w:after="80"/>
        <w:ind w:firstLine="454"/>
        <w:jc w:val="both"/>
      </w:pPr>
      <w:r>
        <w:t xml:space="preserve">17. </w:t>
      </w:r>
      <w:r>
        <w:rPr>
          <w:color w:val="666666"/>
          <w:sz w:val="17"/>
        </w:rPr>
        <w:t>(Ek: 24/11/2016-6763/33 md.)</w:t>
      </w:r>
      <w:r>
        <w:t xml:space="preserve"> Anayasal Düzene ve Bu Düzenin İşleyişine Karşı Suçlar (madde 309, 310, 311, 312, 313),</w:t>
      </w:r>
    </w:p>
    <w:p>
      <w:pPr>
        <w:spacing w:after="80"/>
        <w:ind w:firstLine="454"/>
        <w:jc w:val="both"/>
      </w:pPr>
      <w:r>
        <w:t>18. Silahlı örgüt (madde 314) veya bu örgütlere silah sağlama (madde 315),</w:t>
      </w:r>
    </w:p>
    <w:p>
      <w:pPr>
        <w:spacing w:after="80"/>
        <w:ind w:firstLine="454"/>
        <w:jc w:val="both"/>
      </w:pPr>
      <w:r>
        <w:t>19. Devlet Sırlarına Karşı Suçlar ve Casusluk (madde 328, 329, 330, 331, 333, 334, 335, 336, 337),</w:t>
      </w:r>
    </w:p>
    <w:p>
      <w:pPr>
        <w:spacing w:after="80"/>
        <w:ind w:firstLine="454"/>
        <w:jc w:val="both"/>
      </w:pPr>
      <w:r>
        <w:t>Suçları,</w:t>
      </w:r>
    </w:p>
    <w:p>
      <w:pPr>
        <w:spacing w:after="80"/>
        <w:ind w:firstLine="454"/>
        <w:jc w:val="both"/>
      </w:pPr>
      <w:r>
        <w:t>b) Ateşli Silahlar ve Bıçaklar ile Diğer Aletler Hakkında Kanunda tanımlanan silah kaçakçılığı (madde 12) suçları,</w:t>
      </w:r>
    </w:p>
    <w:p>
      <w:pPr>
        <w:spacing w:after="80"/>
        <w:ind w:firstLine="454"/>
        <w:jc w:val="both"/>
      </w:pPr>
      <w:r>
        <w:t>c) Bankalar Kanununun 22 nci maddesinin (3) ve (4) numaralı fıkralarında tanımlanan zimmet suçu,</w:t>
      </w:r>
    </w:p>
    <w:p>
      <w:pPr>
        <w:spacing w:after="80"/>
        <w:ind w:firstLine="454"/>
        <w:jc w:val="both"/>
      </w:pPr>
      <w:r>
        <w:t>d) Kaçakçılıkla Mücadele Kanununda tanımlanan ve hapis cezasını gerektiren suçlar,</w:t>
      </w:r>
    </w:p>
    <w:p>
      <w:pPr>
        <w:spacing w:after="80"/>
        <w:ind w:firstLine="454"/>
        <w:jc w:val="both"/>
      </w:pPr>
      <w:r>
        <w:t>e) Kültür ve Tabiat Varlıklarını Koruma Kanununun 68 ve 74 üncü maddelerinde tanımlanan suçlar,</w:t>
      </w:r>
    </w:p>
    <w:p>
      <w:pPr>
        <w:spacing w:after="80"/>
        <w:ind w:firstLine="454"/>
        <w:jc w:val="both"/>
      </w:pPr>
      <w:r>
        <w:t>Hakkında uygulanır.</w:t>
      </w:r>
    </w:p>
    <w:p>
      <w:pPr>
        <w:spacing w:after="80"/>
        <w:ind w:firstLine="454"/>
        <w:jc w:val="both"/>
      </w:pPr>
      <w:r>
        <w:t>(3) Elkonulan mal, hak ve alacakların korunmasında, elkoymaya ilişkin hükümler uygulanır. Tedbirlere ilişkin kararların özetinin bir gazetede ilânına sulh ceza hâkimince veya mahkemece karar verilebilir.</w:t>
      </w:r>
    </w:p>
    <w:p>
      <w:pPr>
        <w:spacing w:after="80"/>
        <w:ind w:firstLine="454"/>
        <w:jc w:val="both"/>
      </w:pPr>
      <w:r>
        <w:t>(4) Kaçak yakalandığında veya kendiliğinden gelerek teslim olduğunda elkoymanın kaldırılmasına karar verilir.</w:t>
      </w:r>
    </w:p>
    <w:p>
      <w:pPr>
        <w:spacing w:after="80"/>
        <w:ind w:firstLine="454"/>
        <w:jc w:val="both"/>
      </w:pPr>
      <w:r>
        <w:t>(5) Kaçak hakkında 100 üncü ve sonraki maddeler gereğince, sulh ceza hâkimi veya mahkeme tarafından yokluğunda tutuklama kararı verilebilir.</w:t>
      </w:r>
    </w:p>
    <w:p>
      <w:pPr>
        <w:spacing w:after="80"/>
        <w:ind w:firstLine="454"/>
        <w:jc w:val="both"/>
      </w:pPr>
      <w:r>
        <w:t>(6) Sulh ceza hâkimi veya mahkeme elkoymaya karar verdiğinde, kaçağın yasal olarak bakmakla yükümlü bulunduğu yakınlarının alınan tedbirler nedeniyle yoksulluğa düşebileceklerini saptarsa, bunların geçimlerini sağlamak üzere, elkonulan mal varlığından sosyal durumları ile orantılı miktarda yardımda bulunulması konusunda kayyıma izin verir.</w:t>
      </w:r>
    </w:p>
    <w:p>
      <w:pPr>
        <w:spacing w:after="80"/>
        <w:ind w:firstLine="454"/>
        <w:jc w:val="both"/>
      </w:pPr>
      <w:r>
        <w:t>(7) 246 ncı madde hükmü kaçaklar hakkında da uygulanır.</w:t>
      </w:r>
    </w:p>
    <w:p>
      <w:pPr>
        <w:spacing w:after="80"/>
        <w:ind w:firstLine="454"/>
        <w:jc w:val="both"/>
      </w:pPr>
      <w:r>
        <w:t>(8) Bu kararlara karşı itiraz edilebilir.</w:t>
      </w:r>
    </w:p>
    <w:p>
      <w:pPr>
        <w:spacing w:before="360"/>
        <w:jc w:val="center"/>
      </w:pPr>
      <w:r>
        <w:rPr>
          <w:b/>
          <w:sz w:val="24"/>
        </w:rPr>
        <w:t>ÜÇÜNCÜ BÖLÜM</w:t>
        <w:br/>
        <w:t>Tüzel Kişilerin Soruşturmada ve Kovuşturmada Temsili</w:t>
      </w:r>
    </w:p>
    <w:p>
      <w:pPr>
        <w:keepNext/>
        <w:spacing w:before="200" w:after="40"/>
      </w:pPr>
      <w:r>
        <w:rPr>
          <w:b/>
        </w:rPr>
        <w:t>Tüzel kişinin temsili</w:t>
      </w:r>
    </w:p>
    <w:p>
      <w:pPr>
        <w:spacing w:after="80"/>
        <w:ind w:firstLine="454"/>
        <w:jc w:val="both"/>
      </w:pPr>
      <w:r>
        <w:rPr>
          <w:b/>
        </w:rPr>
        <w:t xml:space="preserve">MADDE 249 – </w:t>
      </w:r>
      <w:r>
        <w:t>(1) Bir tüzel kişinin faaliyeti çerçevesinde işlenen suçlardan dolayı yapılan soruşturma ve kovuşturmada tüzel kişinin organ veya temsilcisi, katılan veya savunma makamı yanında yer alan sıfatıyla duruşmaya kabul edilir.</w:t>
      </w:r>
    </w:p>
    <w:p>
      <w:pPr>
        <w:spacing w:after="80"/>
        <w:ind w:firstLine="454"/>
        <w:jc w:val="both"/>
      </w:pPr>
      <w:r>
        <w:t>(2) Bu durumda, tüzel kişinin organ veya temsilcisi bu Kanunun katılana veya sanığa sağladığı haklardan yararlanır.</w:t>
      </w:r>
    </w:p>
    <w:p>
      <w:pPr>
        <w:spacing w:after="80"/>
        <w:ind w:firstLine="454"/>
        <w:jc w:val="both"/>
      </w:pPr>
      <w:r>
        <w:t>(3) Birinci fıkra hükmü, sanığın aynı zamanda tüzel kişinin organ veya temsilcisi sıfatını taşıması hâlinde uygulanmaz.</w:t>
      </w:r>
    </w:p>
    <w:p>
      <w:pPr>
        <w:spacing w:before="360"/>
        <w:jc w:val="center"/>
      </w:pPr>
      <w:r>
        <w:rPr>
          <w:b/>
          <w:sz w:val="24"/>
        </w:rPr>
        <w:t>DÖRDÜNCÜ BÖLÜM</w:t>
        <w:br/>
        <w:t>Bazı Suçlara İlişkin Muhakeme</w:t>
      </w:r>
    </w:p>
    <w:p>
      <w:pPr>
        <w:keepNext/>
        <w:spacing w:before="200" w:after="40"/>
      </w:pPr>
      <w:r>
        <w:rPr>
          <w:b/>
        </w:rPr>
        <w:t>Seri muhakeme usulü</w:t>
      </w:r>
    </w:p>
    <w:p>
      <w:pPr>
        <w:spacing w:after="80"/>
        <w:ind w:firstLine="454"/>
        <w:jc w:val="both"/>
      </w:pPr>
      <w:r>
        <w:rPr>
          <w:b/>
        </w:rPr>
        <w:t xml:space="preserve">MADDE 250 – </w:t>
      </w:r>
      <w:r>
        <w:rPr>
          <w:color w:val="666666"/>
          <w:sz w:val="17"/>
        </w:rPr>
        <w:t>(Mülga: 2/7/2012-6352/105 md.)</w:t>
      </w:r>
      <w:r>
        <w:t xml:space="preserve"> (Başlığı ile Birlikte Yeniden Düzenleme:17/10/2019-7188/23 md.)</w:t>
      </w:r>
    </w:p>
    <w:p>
      <w:pPr>
        <w:spacing w:after="80"/>
        <w:ind w:firstLine="454"/>
        <w:jc w:val="both"/>
      </w:pPr>
      <w:r>
        <w:t>(1) Soruşturma evresi sonunda aşağıdaki suçlarla ilgili olarak kamu davasının açılmasının ertelenmesine karar verilmediği takdirde seri muhakeme usulü uygulanır:</w:t>
      </w:r>
    </w:p>
    <w:p>
      <w:pPr>
        <w:spacing w:after="80"/>
        <w:ind w:firstLine="454"/>
        <w:jc w:val="both"/>
      </w:pPr>
      <w:r>
        <w:t>a) Türk Ceza Kanununda yer alan;</w:t>
      </w:r>
    </w:p>
    <w:p>
      <w:pPr>
        <w:spacing w:after="80"/>
        <w:ind w:firstLine="454"/>
        <w:jc w:val="both"/>
      </w:pPr>
      <w:r>
        <w:t>1. Hakkı olmayan yere tecavüz (madde 154, ikinci ve üçüncü fıkra),</w:t>
      </w:r>
    </w:p>
    <w:p>
      <w:pPr>
        <w:spacing w:after="80"/>
        <w:ind w:firstLine="454"/>
        <w:jc w:val="both"/>
      </w:pPr>
      <w:r>
        <w:t>2. Genel güvenliğin kasten tehlikeye sokulması (madde 170, birinci ve üçüncü fıkra),</w:t>
      </w:r>
    </w:p>
    <w:p>
      <w:pPr>
        <w:spacing w:after="80"/>
        <w:ind w:firstLine="454"/>
        <w:jc w:val="both"/>
      </w:pPr>
      <w:r>
        <w:t>3. Trafik güvenliğini tehlikeye sokma (madde 179, ikinci ve üçüncü fıkra),</w:t>
      </w:r>
    </w:p>
    <w:p>
      <w:pPr>
        <w:spacing w:after="80"/>
        <w:ind w:firstLine="454"/>
        <w:jc w:val="both"/>
      </w:pPr>
      <w:r>
        <w:t>4. Gürültüye neden olma (madde 183),</w:t>
      </w:r>
    </w:p>
    <w:p>
      <w:pPr>
        <w:spacing w:after="80"/>
        <w:ind w:firstLine="454"/>
        <w:jc w:val="both"/>
      </w:pPr>
      <w:r>
        <w:t>5. Parada sahtecilik (madde 197, ikinci ve üçüncü fıkra),</w:t>
      </w:r>
    </w:p>
    <w:p>
      <w:pPr>
        <w:spacing w:after="80"/>
        <w:ind w:firstLine="454"/>
        <w:jc w:val="both"/>
      </w:pPr>
      <w:r>
        <w:t>6. Mühür bozma (madde 203),</w:t>
      </w:r>
    </w:p>
    <w:p>
      <w:pPr>
        <w:spacing w:after="80"/>
        <w:ind w:firstLine="454"/>
        <w:jc w:val="both"/>
      </w:pPr>
      <w:r>
        <w:t>7. Resmi belgenin düzenlenmesinde yalan beyan (madde 206),</w:t>
      </w:r>
    </w:p>
    <w:p>
      <w:pPr>
        <w:spacing w:after="80"/>
        <w:ind w:firstLine="454"/>
        <w:jc w:val="both"/>
      </w:pPr>
      <w:r>
        <w:t>8. Kumar oynanması için yer ve imkan sağlama (madde 228, birinci fıkra),</w:t>
      </w:r>
    </w:p>
    <w:p>
      <w:pPr>
        <w:spacing w:after="80"/>
        <w:ind w:firstLine="454"/>
        <w:jc w:val="both"/>
      </w:pPr>
      <w:r>
        <w:t>9. Başkasına ait kimlik veya kimlik bilgilerinin kullanılması (madde 268),</w:t>
      </w:r>
    </w:p>
    <w:p>
      <w:pPr>
        <w:spacing w:after="80"/>
        <w:ind w:firstLine="454"/>
        <w:jc w:val="both"/>
      </w:pPr>
      <w:r>
        <w:t>suçları.</w:t>
      </w:r>
    </w:p>
    <w:p>
      <w:pPr>
        <w:spacing w:after="80"/>
        <w:ind w:firstLine="454"/>
        <w:jc w:val="both"/>
      </w:pPr>
      <w:r>
        <w:t>b) 10/7/1953 tarihli ve 6136 sayılı Ateşli Silahlar ve Bıçaklar ile Diğer Aletler Hakkında Kanunun 13 üncü maddesinin üçüncü fıkrası ile 15 inci maddesinin birinci, ikinci ve üçüncü fıkralarında belirtilen suçlar.</w:t>
      </w:r>
    </w:p>
    <w:p>
      <w:pPr>
        <w:spacing w:after="80"/>
        <w:ind w:firstLine="454"/>
        <w:jc w:val="both"/>
      </w:pPr>
      <w:r>
        <w:t>c) 31/8/1956 tarihli ve 6831 sayılı Orman Kanununun 93 üncü maddesinin birinci fıkrasında belirtilen suç.</w:t>
      </w:r>
    </w:p>
    <w:p>
      <w:pPr>
        <w:spacing w:after="80"/>
        <w:ind w:firstLine="454"/>
        <w:jc w:val="both"/>
      </w:pPr>
      <w:r>
        <w:t>d) 13/12/1968 tarihli ve 1072 sayılı Rulet, Tilt, Langırt ve Benzeri Oyun Alet ve Makinaları Hakkında Kanunun 2 nci maddesinde belirtilen suç.</w:t>
      </w:r>
    </w:p>
    <w:p>
      <w:pPr>
        <w:spacing w:after="80"/>
        <w:ind w:firstLine="454"/>
        <w:jc w:val="both"/>
      </w:pPr>
      <w:r>
        <w:t>e) 24/4/1969 tarihli ve 1163 sayılı Kooperatifler Kanununun ek 2 nci maddesinin birinci fıkrasının (1) numaralı bendinde belirtilen suç.</w:t>
      </w:r>
    </w:p>
    <w:p>
      <w:pPr>
        <w:spacing w:after="80"/>
        <w:ind w:firstLine="454"/>
        <w:jc w:val="both"/>
      </w:pPr>
      <w:r>
        <w:t>(2) Cumhuriyet savcısı veya kolluk görevlileri, şüpheliyi, seri muhakeme usulü hakkında bilgilendirir.</w:t>
      </w:r>
    </w:p>
    <w:p>
      <w:pPr>
        <w:spacing w:after="80"/>
        <w:ind w:firstLine="454"/>
        <w:jc w:val="both"/>
      </w:pPr>
      <w:r>
        <w:t>(3) Cumhuriyet savcısı tarafından seri muhakeme usulünün uygulanması şüpheliye teklif edilir ve şüphelinin müdafii huzurunda teklifi kabul etmesi hâlinde bu usul uygulanır.</w:t>
      </w:r>
    </w:p>
    <w:p>
      <w:pPr>
        <w:spacing w:after="80"/>
        <w:ind w:firstLine="454"/>
        <w:jc w:val="both"/>
      </w:pPr>
      <w:r>
        <w:t>(4) Cumhuriyet savcısı, Türk Ceza Kanununun 61 inci maddesinin birinci fıkrasında belirtilen hususları göz önünde bulundurarak, suçun kanuni tanımında öngörülen cezanın alt ve üst sınırı arasında tespit edeceği temel cezadan ve koşulları bulunduğu takdirde zincirleme suça ilişkin hükümler uygulandıktan sonra belirlenen cezadan yarı oranında indirim uygulamak suretiyle yaptırımı belirler.</w:t>
      </w:r>
    </w:p>
    <w:p>
      <w:pPr>
        <w:spacing w:after="80"/>
        <w:ind w:firstLine="454"/>
        <w:jc w:val="both"/>
      </w:pPr>
      <w:r>
        <w:t>(5) Dördüncü fıkra uyarınca sonuç olarak belirlenen hapis cezası Cumhuriyet savcısı tarafından, koşulları bulunması hâlinde Türk Ceza Kanununun 50 nci maddesine göre seçenek yaptırımlara çevrilebilir veya 51 inci maddesine göre ertelenebilir.</w:t>
      </w:r>
    </w:p>
    <w:p>
      <w:pPr>
        <w:spacing w:after="80"/>
        <w:ind w:firstLine="454"/>
        <w:jc w:val="both"/>
      </w:pPr>
      <w:r>
        <w:t>(6) Bu maddeye göre belirlenen yaptırımlar hakkında, Cumhuriyet savcısı tarafından, koşulları bulunması hâlinde 231 inci madde kıyasen uygulanabilir.</w:t>
      </w:r>
    </w:p>
    <w:p>
      <w:pPr>
        <w:spacing w:after="80"/>
        <w:ind w:firstLine="454"/>
        <w:jc w:val="both"/>
      </w:pPr>
      <w:r>
        <w:t>(7) Bu madde kapsamında yaptırım uygulanması, güvenlik tedbirlerine ilişkin hükümlerin uygulanmasına engel teşkil etmez.</w:t>
      </w:r>
    </w:p>
    <w:p>
      <w:pPr>
        <w:spacing w:after="80"/>
        <w:ind w:firstLine="454"/>
        <w:jc w:val="both"/>
      </w:pPr>
      <w:r>
        <w:t>(8) Cumhuriyet savcısı, şüpheli hakkında seri muhakeme usulünün uygulanmasını yazılı olarak görevli mahkemeden talep eder. Talep yazısında;</w:t>
      </w:r>
    </w:p>
    <w:p>
      <w:pPr>
        <w:spacing w:after="80"/>
        <w:ind w:firstLine="454"/>
        <w:jc w:val="both"/>
      </w:pPr>
      <w:r>
        <w:t>a) Şüphelinin kimliği ve müdafii,</w:t>
      </w:r>
    </w:p>
    <w:p>
      <w:pPr>
        <w:spacing w:after="80"/>
        <w:ind w:firstLine="454"/>
        <w:jc w:val="both"/>
      </w:pPr>
      <w:r>
        <w:t>b) Mağdur veya suçtan zarar görenlerin kimliği ile varsa vekili veya kanuni temsilcisi,</w:t>
      </w:r>
    </w:p>
    <w:p>
      <w:pPr>
        <w:spacing w:after="80"/>
        <w:ind w:firstLine="454"/>
        <w:jc w:val="both"/>
      </w:pPr>
      <w:r>
        <w:t>c) İsnat olunan suç ve ilgili kanun maddeleri,</w:t>
      </w:r>
    </w:p>
    <w:p>
      <w:pPr>
        <w:spacing w:after="80"/>
        <w:ind w:firstLine="454"/>
        <w:jc w:val="both"/>
      </w:pPr>
      <w:r>
        <w:t>d) İsnat olunan suçun işlendiği yer, tarih ve zaman dilimi,</w:t>
      </w:r>
    </w:p>
    <w:p>
      <w:pPr>
        <w:spacing w:after="80"/>
        <w:ind w:firstLine="454"/>
        <w:jc w:val="both"/>
      </w:pPr>
      <w:r>
        <w:t>e) Şüphelinin tutuklu olup olmadığı; tutuklanmış ise, gözaltına alma ve tutuklama tarihleri ile bunların süreleri,</w:t>
      </w:r>
    </w:p>
    <w:p>
      <w:pPr>
        <w:spacing w:after="80"/>
        <w:ind w:firstLine="454"/>
        <w:jc w:val="both"/>
      </w:pPr>
      <w:r>
        <w:t>f) İsnat olunan suçu oluşturan olayların özeti,</w:t>
      </w:r>
    </w:p>
    <w:p>
      <w:pPr>
        <w:spacing w:after="80"/>
        <w:ind w:firstLine="454"/>
        <w:jc w:val="both"/>
      </w:pPr>
      <w:r>
        <w:t>g) Üçüncü fıkrada belirtilen şartların gerçekleştiği,</w:t>
      </w:r>
    </w:p>
    <w:p>
      <w:pPr>
        <w:spacing w:after="80"/>
        <w:ind w:firstLine="454"/>
        <w:jc w:val="both"/>
      </w:pPr>
      <w:r>
        <w:t>h) Belirlenen yaptırım ile beşinci ve altıncı fıkra uygulanmış ise bunlara ilişkin hususlar ve güvenlik tedbirleri,</w:t>
      </w:r>
    </w:p>
    <w:p>
      <w:pPr>
        <w:spacing w:after="80"/>
        <w:ind w:firstLine="454"/>
        <w:jc w:val="both"/>
      </w:pPr>
      <w:r>
        <w:t xml:space="preserve">gösterilir. </w:t>
      </w:r>
      <w:r>
        <w:rPr>
          <w:color w:val="666666"/>
          <w:sz w:val="17"/>
        </w:rPr>
        <w:t>(Ek cümle:8/7/2021-7331/22 md.)</w:t>
      </w:r>
      <w:r>
        <w:t xml:space="preserve"> Bu fıkraya aykırı olarak düzenlendiği, belirlenen yaptırımda maddi hata yapıldığı, yaptırım hakkında 231 inci veya Türk Ceza Kanununun 50 nci ve 51 inci maddelerinin uygulanmasında objektif koşulların gerçekleşmediği ya da teklif edilen cezanın mahiyetine uygun bir güvenlik tedbiri belirtilmediği anlaşılan talep yazısı, eksikliklerin tamamlanması amacıyla mahkemece Cumhuriyet başsavcılığına iade edilir. Cumhuriyet savcısı tarafından eksiklikler tamamlandıktan ve hatalı noktalar düzeltildikten sonra talep yazısı yeniden düzenlenerek mahkemeye gönderilir.</w:t>
      </w:r>
    </w:p>
    <w:p>
      <w:pPr>
        <w:spacing w:after="80"/>
        <w:ind w:firstLine="454"/>
        <w:jc w:val="both"/>
      </w:pPr>
      <w:r>
        <w:t>(9) Mahkeme, şüpheliyi müdafii huzurunda dinledikten sonra üçüncü fıkradaki şartların gerçekleştiği, eylemin seri muhakeme usulü kapsamında olduğu ve dosyadaki mevcut delillere göre mahkûmiyet kararı verilmesi gerektiği kanaatine varırsa talep yazısında belirtilen yaptırımdan daha ağır olmamak üzere dört ila yedinci fıkra hükümleri doğrultusunda hüküm kurar; aksi takdirde talebi reddeder ve soruşturmanın genel hükümlere göre sonuçlandırılması amacıyla dosyayı Cumhuriyet başsavcılığına gönderir. Mazeretsiz olarak mahkemeye gelmeyen şüpheli, bu usulden vazgeçmiş sayılır.</w:t>
      </w:r>
    </w:p>
    <w:p>
      <w:pPr>
        <w:spacing w:after="80"/>
        <w:ind w:firstLine="454"/>
        <w:jc w:val="both"/>
      </w:pPr>
      <w:r>
        <w:t>(10) Seri muhakeme usulünün herhangi bir sebeple tamamlanamaması veya soruşturmanın genel hükümlere göre sonuçlandırılması amacıyla Cumhuriyet başsavcılığına gönderilmesi hâllerinde, şüphelinin seri muhakeme usulünü kabul ettiğine ilişkin beyanları ile bu usulün uygulanmasına dair diğer belgeler, takip eden soruşturma ve kovuşturma işlemlerinde delil olarak kullanılamaz.</w:t>
      </w:r>
    </w:p>
    <w:p>
      <w:pPr>
        <w:spacing w:after="80"/>
        <w:ind w:firstLine="454"/>
        <w:jc w:val="both"/>
      </w:pPr>
      <w:r>
        <w:t xml:space="preserve">(11) Suçun iştirak hâlinde işlenmesi durumunda şüphelilerden birinin bu usulün uygulanmasını kabul etmemesi hâlinde seri muhakeme usulü uygulanmaz. </w:t>
      </w:r>
      <w:r>
        <w:rPr>
          <w:color w:val="666666"/>
          <w:sz w:val="17"/>
        </w:rPr>
        <w:t>(Ek cümle: 8/7/2021-7331/22 md.)</w:t>
      </w:r>
      <w:r>
        <w:t xml:space="preserve"> Seri muhakeme usulü, bu kapsama giren bir suçun, kapsama girmeyen başka bir suçla birlikte işlenmiş olması hâlinde uygulanmaz.</w:t>
      </w:r>
    </w:p>
    <w:p>
      <w:pPr>
        <w:spacing w:after="80"/>
        <w:ind w:firstLine="454"/>
        <w:jc w:val="both"/>
      </w:pPr>
      <w:r>
        <w:t>(12) Seri muhakeme usulü, yaş küçüklüğü ve akıl hastalığı (…) hâllerinde uygulanmaz.</w:t>
      </w:r>
    </w:p>
    <w:p>
      <w:pPr>
        <w:spacing w:after="80"/>
        <w:ind w:firstLine="454"/>
        <w:jc w:val="both"/>
      </w:pPr>
      <w:r>
        <w:t>(13) Resmî mercilere beyan edilmiş olup da soruşturma dosyasında yer alan adreste bulunmama veya yurt dışında olma (…) hâlinde, seri muhakeme usulü uygulanmaz.</w:t>
      </w:r>
    </w:p>
    <w:p>
      <w:pPr>
        <w:spacing w:after="80"/>
        <w:ind w:firstLine="454"/>
        <w:jc w:val="both"/>
      </w:pPr>
      <w:r>
        <w:t xml:space="preserve">(14) </w:t>
      </w:r>
      <w:r>
        <w:rPr>
          <w:color w:val="666666"/>
          <w:sz w:val="17"/>
        </w:rPr>
        <w:t>(Değişik:8/7/2021-7331/22 md.)</w:t>
      </w:r>
      <w:r>
        <w:t xml:space="preserve"> Dokuzuncu fıkra kapsamında mahkemece kurulan hükme itiraz edilebilir. İtiraz mercii, itirazı üçüncü ve dokuzuncu fıkralardaki şartlar yönünden inceler.</w:t>
      </w:r>
    </w:p>
    <w:p>
      <w:pPr>
        <w:spacing w:after="80"/>
        <w:ind w:firstLine="454"/>
        <w:jc w:val="both"/>
      </w:pPr>
      <w:r>
        <w:t>(15) Bu maddenin uygulanmasına ilişkin usul ve esaslar Adalet Bakanlığı tarafından çıkarılan yönetmelikle belirlenir.</w:t>
      </w:r>
    </w:p>
    <w:p>
      <w:pPr>
        <w:keepNext/>
        <w:spacing w:before="200" w:after="40"/>
      </w:pPr>
      <w:r>
        <w:rPr>
          <w:b/>
        </w:rPr>
        <w:t>Basit yargılama usulü</w:t>
      </w:r>
    </w:p>
    <w:p>
      <w:pPr>
        <w:spacing w:after="80"/>
        <w:ind w:firstLine="454"/>
        <w:jc w:val="both"/>
      </w:pPr>
      <w:r>
        <w:rPr>
          <w:b/>
        </w:rPr>
        <w:t xml:space="preserve">MADDE 251 – </w:t>
      </w:r>
      <w:r>
        <w:rPr>
          <w:color w:val="666666"/>
          <w:sz w:val="17"/>
        </w:rPr>
        <w:t>(Mülga: 2/7/2012-6352/105 md.)</w:t>
      </w:r>
      <w:r>
        <w:t xml:space="preserve"> (Başlığı ile Birlikte Yeniden Düzenleme:17/10/2019-7188/24 md.)</w:t>
      </w:r>
    </w:p>
    <w:p>
      <w:pPr>
        <w:spacing w:after="80"/>
        <w:ind w:firstLine="454"/>
        <w:jc w:val="both"/>
      </w:pPr>
      <w:r>
        <w:t xml:space="preserve">(1) Asliye ceza mahkemesince, iddianamenin kabulünden sonra adli para cezasını ve/veya üst sınırı iki yıl veya daha az süreli hapis cezasını gerektiren suçlarda basit yargılama usulünün uygulanmasına karar verilebilir. </w:t>
      </w:r>
      <w:r>
        <w:rPr>
          <w:color w:val="666666"/>
          <w:sz w:val="17"/>
        </w:rPr>
        <w:t>(Ek cümle:8/7/2021-7331/23 md.)</w:t>
      </w:r>
      <w:r>
        <w:t xml:space="preserve"> 175 inci maddenin ikinci fıkrası uyarınca duruşma günü belirlendikten sonra basit yargılama usulü uygulanmaz.</w:t>
      </w:r>
    </w:p>
    <w:p>
      <w:pPr>
        <w:spacing w:after="80"/>
        <w:ind w:firstLine="454"/>
        <w:jc w:val="both"/>
      </w:pPr>
      <w:r>
        <w:t>(2) Basit yargılama usulünün uygulanmasına karar verildiği takdirde mahkemece iddianame; sanık, mağdur ve şikâyetçiye tebliğ edilerek, beyan ve savunmalarını iki hafta içinde yazılı olarak bildirmeleri istenir. Tebligatta duruşma yapılmaksızın hüküm verilebileceği hususu da belirtilir. Ayrıca, toplanması gereken belgeler, ilgili kurum ve kuruluşlardan talep edilir.</w:t>
      </w:r>
    </w:p>
    <w:p>
      <w:pPr>
        <w:spacing w:after="80"/>
        <w:ind w:firstLine="454"/>
        <w:jc w:val="both"/>
      </w:pPr>
      <w:r>
        <w:t>(3) Beyan ve savunma için verilen süre dolduktan sonra mahkemece duruşma yapılmaksızın ve Cumhuriyet savcısının görüşü alınmaksızın, Türk Ceza Kanununun 61 inci maddesi dikkate alınmak suretiyle, 223 üncü maddede belirtilen kararlardan birine hükmedilebilir. Mahkûmiyet kararı verildiği takdirde sonuç ceza dörtte bir oranında indirilir.</w:t>
      </w:r>
    </w:p>
    <w:p>
      <w:pPr>
        <w:spacing w:after="80"/>
        <w:ind w:firstLine="454"/>
        <w:jc w:val="both"/>
      </w:pPr>
      <w:r>
        <w:t>(4) Mahkemece, koşulları bulunması hâlinde; kısa süreli hapis cezası seçenek yaptırımlara çevrilebilir veya hapis cezası ertelenebilir ya da uygulanmasına sanık tarafından yazılı olarak karşı çıkılmaması kaydıyla hükmün açıklanmasının geri bırakılmasına karar verilebilir.</w:t>
      </w:r>
    </w:p>
    <w:p>
      <w:pPr>
        <w:spacing w:after="80"/>
        <w:ind w:firstLine="454"/>
        <w:jc w:val="both"/>
      </w:pPr>
      <w:r>
        <w:t>(5) Hükümde itiraz usulü ile itirazın sonuçları belirtilir.</w:t>
      </w:r>
    </w:p>
    <w:p>
      <w:pPr>
        <w:spacing w:after="80"/>
        <w:ind w:firstLine="454"/>
        <w:jc w:val="both"/>
      </w:pPr>
      <w:r>
        <w:t>(6) Mahkemece gerekli görülmesi hâlinde bu madde uyarınca hüküm verilinceye kadar her aşamada duruşma açmak suretiyle genel hükümler uyarınca yargılamaya devam edilebilir.</w:t>
      </w:r>
    </w:p>
    <w:p>
      <w:pPr>
        <w:spacing w:after="80"/>
        <w:ind w:firstLine="454"/>
        <w:jc w:val="both"/>
      </w:pPr>
      <w:r>
        <w:t>(7) Basit yargılama usulü, yaş küçüklüğü, akıl hastalığı, (…) hâlleri ile soruşturma veya kovuşturma yapılması izne ya da talebe bağlı olan suçlar hakkında uygulanmaz.</w:t>
      </w:r>
    </w:p>
    <w:p>
      <w:pPr>
        <w:spacing w:after="80"/>
        <w:ind w:firstLine="454"/>
        <w:jc w:val="both"/>
      </w:pPr>
      <w:r>
        <w:t>(8) Basit yargılama usulü, bu kapsama giren bir suçun, kapsama girmeyen başka bir suçla birlikte işlenmiş olması hâlinde uygulanmaz.</w:t>
      </w:r>
    </w:p>
    <w:p>
      <w:pPr>
        <w:keepNext/>
        <w:spacing w:before="200" w:after="40"/>
      </w:pPr>
      <w:r>
        <w:rPr>
          <w:b/>
        </w:rPr>
        <w:t>Basit yargılama usulünde itiraz</w:t>
      </w:r>
    </w:p>
    <w:p>
      <w:pPr>
        <w:spacing w:after="80"/>
        <w:ind w:firstLine="454"/>
        <w:jc w:val="both"/>
      </w:pPr>
      <w:r>
        <w:rPr>
          <w:b/>
        </w:rPr>
        <w:t xml:space="preserve">MADDE 252 – </w:t>
      </w:r>
      <w:r>
        <w:rPr>
          <w:color w:val="666666"/>
          <w:sz w:val="17"/>
        </w:rPr>
        <w:t>(Mülga: 2/7/2012-6352/105 md.)</w:t>
      </w:r>
      <w:r>
        <w:t xml:space="preserve"> (Başlığı ile Birlikte Yeniden Düzenleme:17/10/2019-7188/25 md.)</w:t>
      </w:r>
    </w:p>
    <w:p>
      <w:pPr>
        <w:spacing w:after="80"/>
        <w:ind w:firstLine="454"/>
        <w:jc w:val="both"/>
      </w:pPr>
      <w:r>
        <w:t>(1) 251 inci madde uyarınca verilen hükümlere karşı itiraz edilebilir. Süresi içinde itiraz edilmeyen hükümler kesinleşir.</w:t>
      </w:r>
    </w:p>
    <w:p>
      <w:pPr>
        <w:spacing w:after="80"/>
        <w:ind w:firstLine="454"/>
        <w:jc w:val="both"/>
      </w:pPr>
      <w:r>
        <w:t xml:space="preserve">(2) </w:t>
      </w:r>
      <w:r>
        <w:rPr>
          <w:color w:val="666666"/>
          <w:sz w:val="17"/>
        </w:rPr>
        <w:t>(Değişik:2/3/2024-7499/17 md.)</w:t>
      </w:r>
      <w:r>
        <w:t xml:space="preserve"> İtiraz üzerine hükmü veren mahkemece dosya, o yerde birden fazla asliye ceza mahkemesi bulunması hâlinde tevzi kriterlerine göre belirlenen asliye ceza mahkemesine gönderilir ve bu mahkemece duruşma açılarak genel hükümlere göre yargılamaya devam olunur. Tek asliye ceza mahkemesinin bulunduğu yerlerde ise, aynı mahkemede yetkili başka bir hakim varsa bu hakim tarafından; aksi hâlde adli yargı ilk derece mahkemesi adalet komisyonu başkanınca görevlendirilen hakim tarafından duruşma açılır ve genel hükümlere göre yargılamaya devam olunur. Taraflar gelmese bile duruşma yapılır ve yokluklarında 223 üncü madde uyarınca hüküm verilebilir. Taraflara gönderilecek davetiyede bu husus yazılır. Duruşmadan önce itirazdan vazgeçilmesi hâlinde duruşma yapılmaz ve itiraz edilmemiş sayılır.</w:t>
      </w:r>
    </w:p>
    <w:p>
      <w:pPr>
        <w:spacing w:after="80"/>
        <w:ind w:firstLine="454"/>
        <w:jc w:val="both"/>
      </w:pPr>
      <w:r>
        <w:t xml:space="preserve">(3) </w:t>
      </w:r>
      <w:r>
        <w:rPr>
          <w:color w:val="666666"/>
          <w:sz w:val="17"/>
        </w:rPr>
        <w:t>(Değişik:2/3/2024-7499/17 md.)</w:t>
      </w:r>
      <w:r>
        <w:t xml:space="preserve"> Mahkeme, ikinci fıkra uyarınca hüküm verirken, 251 inci madde kapsamında basit yargılama usulüne göre verilen hükümle bağlı değildir. Ancak, itirazın sanık dışındaki kişiler tarafından yapıldığı hâllerde 251 inci maddenin üçüncü fıkrası uyarınca indirim uygulanır.</w:t>
      </w:r>
    </w:p>
    <w:p>
      <w:pPr>
        <w:spacing w:after="80"/>
        <w:ind w:firstLine="454"/>
        <w:jc w:val="both"/>
      </w:pPr>
      <w:r>
        <w:t xml:space="preserve">(4) </w:t>
      </w:r>
      <w:r>
        <w:rPr>
          <w:color w:val="666666"/>
          <w:sz w:val="17"/>
        </w:rPr>
        <w:t>(Değişik:2/3/2024-7499/17 md.)</w:t>
      </w:r>
      <w:r>
        <w:t xml:space="preserve"> İtiraz üzerine verilen hükmün sanık lehine olması hâlinde, bu hususların itiraz etmemiş olan diğer sanıklara da uygulanma olanağı varsa bu sanıklar da itiraz etmiş gibi verilen kararlardan yararlanır.</w:t>
      </w:r>
    </w:p>
    <w:p>
      <w:pPr>
        <w:spacing w:after="80"/>
        <w:ind w:firstLine="454"/>
        <w:jc w:val="both"/>
      </w:pPr>
      <w:r>
        <w:t xml:space="preserve">(5) </w:t>
      </w:r>
      <w:r>
        <w:rPr>
          <w:color w:val="666666"/>
          <w:sz w:val="17"/>
        </w:rPr>
        <w:t>(Değişik:2/3/2024-7499/17 md.)</w:t>
      </w:r>
      <w:r>
        <w:t xml:space="preserve"> İkinci fıkra uyarınca verilen hükümlere karşı genel hükümlere göre kanun yoluna başvurulabilir.</w:t>
      </w:r>
    </w:p>
    <w:p>
      <w:pPr>
        <w:spacing w:after="80"/>
        <w:ind w:firstLine="454"/>
        <w:jc w:val="both"/>
      </w:pPr>
      <w:r>
        <w:t xml:space="preserve">(6) </w:t>
      </w:r>
      <w:r>
        <w:rPr>
          <w:color w:val="666666"/>
          <w:sz w:val="17"/>
        </w:rPr>
        <w:t>(Değişik:2/3/2024-7499/17 md.)</w:t>
      </w:r>
      <w:r>
        <w:t xml:space="preserve"> Birinci fıkradaki itirazın, süresinde yapılmadığı veya kanun yoluna başvuru hakkı bulunmayan tarafından yapıldığı mahkemesince değerlendirildiğinde dosya, 268 inci maddenin ikinci fıkrası uyarınca itirazı incelemeye yetkili olan mercie gönderilir. Mercii bu sebepler yönünden incelemesini yapar ve kararını gereği için mahkemesine gönderir.</w:t>
      </w:r>
    </w:p>
    <w:p>
      <w:pPr>
        <w:spacing w:after="80"/>
        <w:ind w:firstLine="454"/>
        <w:jc w:val="both"/>
      </w:pPr>
      <w:r>
        <w:t xml:space="preserve">(7) </w:t>
      </w:r>
      <w:r>
        <w:rPr>
          <w:color w:val="666666"/>
          <w:sz w:val="17"/>
        </w:rPr>
        <w:t>(Ek:2/3/2024-7499/17 md.)</w:t>
      </w:r>
      <w:r>
        <w:t>Birinci fıkradaki itirazın, yargılama giderine, vekâlet ücretine veya maddi hataya ilişkin olması hâlinde 268 inci maddenin ikinci fıkrası hükmü uygulanır. Mercii bu sebepler yönünden incelemesini yapar ve kararını gereği için mahkemesine gönderir.</w:t>
      </w:r>
    </w:p>
    <w:p>
      <w:pPr>
        <w:spacing w:before="360"/>
        <w:jc w:val="center"/>
      </w:pPr>
      <w:r>
        <w:rPr>
          <w:b/>
          <w:sz w:val="24"/>
        </w:rPr>
        <w:t>İKINCI KISIM</w:t>
        <w:br/>
        <w:t>Uzlaşma ve Müsadere</w:t>
      </w:r>
    </w:p>
    <w:p>
      <w:pPr>
        <w:spacing w:before="360"/>
        <w:jc w:val="center"/>
      </w:pPr>
      <w:r>
        <w:rPr>
          <w:b/>
          <w:sz w:val="24"/>
        </w:rPr>
        <w:t>BIRINCI BÖLÜM</w:t>
        <w:br/>
        <w:t>Uzlaşma</w:t>
      </w:r>
    </w:p>
    <w:p>
      <w:pPr>
        <w:keepNext/>
        <w:spacing w:before="200" w:after="40"/>
      </w:pPr>
      <w:r>
        <w:rPr>
          <w:b/>
        </w:rPr>
        <w:t>Uzlaştırma</w:t>
      </w:r>
    </w:p>
    <w:p>
      <w:pPr>
        <w:spacing w:after="80"/>
        <w:ind w:firstLine="454"/>
        <w:jc w:val="both"/>
      </w:pPr>
      <w:r>
        <w:rPr>
          <w:b/>
        </w:rPr>
        <w:t xml:space="preserve">MADDE 253 – </w:t>
      </w:r>
      <w:r>
        <w:rPr>
          <w:color w:val="666666"/>
          <w:sz w:val="17"/>
        </w:rPr>
        <w:t>(Değişik: 6/12/2006-5560/24 md.)</w:t>
      </w:r>
    </w:p>
    <w:p>
      <w:pPr>
        <w:spacing w:after="80"/>
        <w:ind w:firstLine="454"/>
        <w:jc w:val="both"/>
      </w:pPr>
      <w:r>
        <w:t>(1) Aşağıdaki suçlarda, şüpheli ile mağdur veya suçtan zarar gören gerçek veya özel hukuk tüzel kişisinin uzlaştırılması girişiminde bulunulur:</w:t>
      </w:r>
    </w:p>
    <w:p>
      <w:pPr>
        <w:spacing w:after="80"/>
        <w:ind w:firstLine="454"/>
        <w:jc w:val="both"/>
      </w:pPr>
      <w:r>
        <w:t>a) Soruşturulması ve kovuşturulması şikâyete bağlı suçlar.</w:t>
      </w:r>
    </w:p>
    <w:p>
      <w:pPr>
        <w:spacing w:after="80"/>
        <w:ind w:firstLine="454"/>
        <w:jc w:val="both"/>
      </w:pPr>
      <w:r>
        <w:t>b) Şikâyete bağlı olup olmadığına bakılmaksızın, Türk Ceza Kanununda yer alan;</w:t>
      </w:r>
    </w:p>
    <w:p>
      <w:pPr>
        <w:spacing w:after="80"/>
        <w:ind w:firstLine="454"/>
        <w:jc w:val="both"/>
      </w:pPr>
      <w:r>
        <w:t>1. Kasten yaralama (üçüncü fıkra hariç, madde 86; madde 88),</w:t>
      </w:r>
    </w:p>
    <w:p>
      <w:pPr>
        <w:spacing w:after="80"/>
        <w:ind w:firstLine="454"/>
        <w:jc w:val="both"/>
      </w:pPr>
      <w:r>
        <w:t>2. Taksirle yaralama (madde 89),</w:t>
      </w:r>
    </w:p>
    <w:p>
      <w:pPr>
        <w:spacing w:after="80"/>
        <w:ind w:firstLine="454"/>
        <w:jc w:val="both"/>
      </w:pPr>
      <w:r>
        <w:t xml:space="preserve">3. </w:t>
      </w:r>
      <w:r>
        <w:rPr>
          <w:color w:val="666666"/>
          <w:sz w:val="17"/>
        </w:rPr>
        <w:t>(Ek: 24/11/2016-6763/34 md.)</w:t>
      </w:r>
      <w:r>
        <w:t xml:space="preserve"> Tehdit (madde 106, birinci fıkra),</w:t>
      </w:r>
    </w:p>
    <w:p>
      <w:pPr>
        <w:spacing w:after="80"/>
        <w:ind w:firstLine="454"/>
        <w:jc w:val="both"/>
      </w:pPr>
      <w:r>
        <w:t>4. Konut dokunulmazlığının ihlali (madde 116),</w:t>
      </w:r>
    </w:p>
    <w:p>
      <w:pPr>
        <w:spacing w:after="80"/>
        <w:ind w:firstLine="454"/>
        <w:jc w:val="both"/>
      </w:pPr>
      <w:r>
        <w:t xml:space="preserve">5. </w:t>
      </w:r>
      <w:r>
        <w:rPr>
          <w:color w:val="666666"/>
          <w:sz w:val="17"/>
        </w:rPr>
        <w:t>(Ek:17/10/2019-7188/26 md.)</w:t>
      </w:r>
      <w:r>
        <w:t xml:space="preserve"> İş ve çalışma hürriyetinin ihlali (madde 117, birinci fıkra; madde 119, birinci fıkra (c) bendi),</w:t>
      </w:r>
    </w:p>
    <w:p>
      <w:pPr>
        <w:spacing w:after="80"/>
        <w:ind w:firstLine="454"/>
        <w:jc w:val="both"/>
      </w:pPr>
      <w:r>
        <w:t xml:space="preserve">6. </w:t>
      </w:r>
      <w:r>
        <w:rPr>
          <w:color w:val="666666"/>
          <w:sz w:val="17"/>
        </w:rPr>
        <w:t>(Ek: 24/11/2016-6763/34 md.)</w:t>
      </w:r>
      <w:r>
        <w:t xml:space="preserve"> Hırsızlık (madde 141),</w:t>
      </w:r>
    </w:p>
    <w:p>
      <w:pPr>
        <w:spacing w:after="80"/>
        <w:ind w:firstLine="454"/>
        <w:jc w:val="both"/>
      </w:pPr>
      <w:r>
        <w:t xml:space="preserve">7. </w:t>
      </w:r>
      <w:r>
        <w:rPr>
          <w:color w:val="666666"/>
          <w:sz w:val="17"/>
        </w:rPr>
        <w:t>(Ek:17/10/2019-7188/26 md.)</w:t>
      </w:r>
      <w:r>
        <w:t xml:space="preserve"> Güveni kötüye kullanma (üçüncü fıkra hariç, madde 155),</w:t>
      </w:r>
    </w:p>
    <w:p>
      <w:pPr>
        <w:spacing w:after="80"/>
        <w:ind w:firstLine="454"/>
        <w:jc w:val="both"/>
      </w:pPr>
      <w:r>
        <w:t xml:space="preserve">8. </w:t>
      </w:r>
      <w:r>
        <w:rPr>
          <w:color w:val="666666"/>
          <w:sz w:val="17"/>
        </w:rPr>
        <w:t>(Ek: 24/11/2016-6763/34 md.)</w:t>
      </w:r>
      <w:r>
        <w:t xml:space="preserve"> Dolandırıcılık (madde 157),</w:t>
      </w:r>
    </w:p>
    <w:p>
      <w:pPr>
        <w:spacing w:after="80"/>
        <w:ind w:firstLine="454"/>
        <w:jc w:val="both"/>
      </w:pPr>
      <w:r>
        <w:t xml:space="preserve">9. </w:t>
      </w:r>
      <w:r>
        <w:rPr>
          <w:color w:val="666666"/>
          <w:sz w:val="17"/>
        </w:rPr>
        <w:t>(Ek:17/10/2019-7188/26 md.)</w:t>
      </w:r>
      <w:r>
        <w:t xml:space="preserve"> Suç eşyasının satın alınması veya kabul edilmesi (madde 165),</w:t>
      </w:r>
    </w:p>
    <w:p>
      <w:pPr>
        <w:spacing w:after="80"/>
        <w:ind w:firstLine="454"/>
        <w:jc w:val="both"/>
      </w:pPr>
      <w:r>
        <w:t>10. Çocuğun kaçırılması ve alıkonulması (madde 234),</w:t>
      </w:r>
    </w:p>
    <w:p>
      <w:pPr>
        <w:spacing w:after="80"/>
        <w:ind w:firstLine="454"/>
        <w:jc w:val="both"/>
      </w:pPr>
      <w:r>
        <w:t>11. Ticari sır, bankacılık sırrı veya müşteri sırrı niteliğindeki bilgi veya belgelerin açıklanması (dördüncü fıkra hariç, madde 239),</w:t>
      </w:r>
    </w:p>
    <w:p>
      <w:pPr>
        <w:spacing w:after="80"/>
        <w:ind w:firstLine="454"/>
        <w:jc w:val="both"/>
      </w:pPr>
      <w:r>
        <w:t>suçları.</w:t>
      </w:r>
    </w:p>
    <w:p>
      <w:pPr>
        <w:spacing w:after="80"/>
        <w:ind w:firstLine="454"/>
        <w:jc w:val="both"/>
      </w:pPr>
      <w:r>
        <w:t xml:space="preserve">c) </w:t>
      </w:r>
      <w:r>
        <w:rPr>
          <w:color w:val="666666"/>
          <w:sz w:val="17"/>
        </w:rPr>
        <w:t>(Ek: 24/11/2016-6763/34 md.)</w:t>
      </w:r>
      <w:r>
        <w:t xml:space="preserve"> Mağdurun veya suçtan zarar görenin gerçek veya özel hukuk tüzel kişisi olması koşuluyla, adli süreçteki çocuklar bakımından ayrıca, üst sınırı üç yılı geçmeyen hapis veya adli para cezasını gerektiren suçlar.</w:t>
      </w:r>
    </w:p>
    <w:p>
      <w:pPr>
        <w:spacing w:after="80"/>
        <w:ind w:firstLine="454"/>
        <w:jc w:val="both"/>
      </w:pPr>
      <w:r>
        <w:t>(2) Soruşturulması ve kovuşturulması şikâyete bağlı olanlar hariç olmak üzere; diğer kanunlarda yer alan suçlarla ilgili olarak uzlaştırma yoluna gidilebilmesi için, kanunda açık hüküm bulunması gerekir.</w:t>
      </w:r>
    </w:p>
    <w:p>
      <w:pPr>
        <w:spacing w:after="80"/>
        <w:ind w:firstLine="454"/>
        <w:jc w:val="both"/>
      </w:pPr>
      <w:r>
        <w:t xml:space="preserve">(3) Soruşturulması ve kovuşturulması şikâyete bağlı olsa bile, cinsel dokunulmazlığa karşı suçlarda, ısrarlı takip suçunda (madde 123/A) ve hakaret suçunda (madde 125) uzlaştırma yoluna gidilemez. </w:t>
      </w:r>
      <w:r>
        <w:rPr>
          <w:color w:val="666666"/>
          <w:sz w:val="17"/>
        </w:rPr>
        <w:t>(Ek cümle: 26/6/2009 - 5918/8 md.)</w:t>
      </w:r>
      <w:r>
        <w:t xml:space="preserve"> Uzlaştırma kapsamına giren bir suçun, bu kapsama girmeyen bir başka suçla birlikte aynı mağdura karşı işlenmiş olması hâlinde de uzlaşma hükümleri uygulanmaz. </w:t>
      </w:r>
      <w:r>
        <w:rPr>
          <w:color w:val="666666"/>
          <w:sz w:val="17"/>
        </w:rPr>
        <w:t>(Ek cümle:24/12/2025-7571/24 md.)</w:t>
      </w:r>
      <w:r>
        <w:t xml:space="preserve"> Ancak önödeme kapsamına giren bir suç ile uzlaştırma kapsamına giren bir suçun birlikte aynı mağdura karşı işlenmiş olması hâlinde uzlaştırma kapsamındaki suç bakımından uzlaşma hükümleri uygulanır.</w:t>
      </w:r>
    </w:p>
    <w:p>
      <w:pPr>
        <w:spacing w:after="80"/>
        <w:ind w:firstLine="454"/>
        <w:jc w:val="both"/>
      </w:pPr>
      <w:r>
        <w:t>(4) Soruşturma konusu suçun uzlaşmaya tâbi olması ve kamu davası açılması için yeterli şüphenin bulunması hâlinde, dosya uzlaştırma bürosuna gönderilir. Büro tarafından görevlendirilen uzlaştırmacı, şüpheli ile mağdur veya suçtan zarar görene uzlaşma teklifinde bulunur. Şüphelinin, mağdurun veya suçtan zarar görenin reşit olmaması halinde, uzlaşma teklifi kanunî temsilcilerine yapılır. Uzlaştırmacı, uzlaşma teklifini açıklamalı tebligat veya istinabe yoluyla da yapabilir. Şüpheli, mağdur veya suçtan zarar gören, kendisine uzlaşma teklifinde bulunulduktan itibaren yedi gün içinde kararını bildirmediği takdirde, teklifi reddetmiş sayılır. 105</w:t>
      </w:r>
    </w:p>
    <w:p>
      <w:pPr>
        <w:spacing w:after="80"/>
        <w:ind w:firstLine="454"/>
        <w:jc w:val="both"/>
      </w:pPr>
      <w:r>
        <w:t>(5) Uzlaşma teklifinde bulunulması halinde, kişiye uzlaşmanın mahiyeti ve uzlaşmayı kabul veya reddetmesinin hukukî sonuçları anlatılır.</w:t>
      </w:r>
    </w:p>
    <w:p>
      <w:pPr>
        <w:spacing w:after="80"/>
        <w:ind w:firstLine="454"/>
        <w:jc w:val="both"/>
      </w:pPr>
      <w:r>
        <w:t>(6) Resmî mercilere beyan edilmiş olup da soruşturma dosyasında yer alan adreste bulunmama veya yurt dışında olma ya da başka bir nedenle mağdura, suçtan zarar görene, şüpheliye veya bunların kanunî temsilcisine ulaşılamaması halinde, uzlaştırma yoluna gidilmeksizin soruşturma sonuçlandırılır.</w:t>
      </w:r>
    </w:p>
    <w:p>
      <w:pPr>
        <w:spacing w:after="80"/>
        <w:ind w:firstLine="454"/>
        <w:jc w:val="both"/>
      </w:pPr>
      <w:r>
        <w:t>(7) Birden fazla kişinin mağduriyetine veya zarar görmesine sebebiyet veren bir suçtan dolayı uzlaştırma yoluna gidilebilmesi için, mağdur veya suçtan zarar görenlerin hepsinin uzlaşmayı kabul etmesi gerekir.</w:t>
      </w:r>
    </w:p>
    <w:p>
      <w:pPr>
        <w:spacing w:after="80"/>
        <w:ind w:firstLine="454"/>
        <w:jc w:val="both"/>
      </w:pPr>
      <w:r>
        <w:t>(8) Uzlaşma teklifinde bulunulması veya teklifin kabul edilmesi, soruşturma konusu suça ilişkin delillerin toplanmasına ve koruma tedbirlerinin uygulanmasına engel değildir.</w:t>
      </w:r>
    </w:p>
    <w:p>
      <w:pPr>
        <w:spacing w:after="80"/>
        <w:ind w:firstLine="454"/>
        <w:jc w:val="both"/>
      </w:pPr>
      <w:r>
        <w:t xml:space="preserve">(9) </w:t>
      </w:r>
      <w:r>
        <w:rPr>
          <w:color w:val="666666"/>
          <w:sz w:val="17"/>
        </w:rPr>
        <w:t>(Mülga: 24/11/2016-6763/34 md.)</w:t>
      </w:r>
    </w:p>
    <w:p>
      <w:pPr>
        <w:spacing w:after="80"/>
        <w:ind w:firstLine="454"/>
        <w:jc w:val="both"/>
      </w:pPr>
      <w:r>
        <w:t>(10) Bu Kanunda belirlenen hâkimin davaya bakamayacağı haller ile reddi sebepleri, uzlaştırmacı görevlendirilmesi ile ilgili olarak göz önünde bulundurulur.</w:t>
      </w:r>
    </w:p>
    <w:p>
      <w:pPr>
        <w:spacing w:after="80"/>
        <w:ind w:firstLine="454"/>
        <w:jc w:val="both"/>
      </w:pPr>
      <w:r>
        <w:t>(11) Görevlendirilen uzlaştırmacıya soruşturma dosyasında yer alan ve Cumhuriyet savcısınca uygun görülen belgelerin birer örneği verilir. Uzlaştırma bürosu uzlaştırmacıya, soruşturmanın gizliliği ilkesine uygun davranmakla yükümlü olduğunu hatırlatır.</w:t>
      </w:r>
    </w:p>
    <w:p>
      <w:pPr>
        <w:spacing w:after="80"/>
        <w:ind w:firstLine="454"/>
        <w:jc w:val="both"/>
      </w:pPr>
      <w:r>
        <w:t>(12) Uzlaştırmacı, dosya içindeki belgelerin birer örneği kendisine verildikten itibaren en geç otuz gün içinde uzlaştırma işlemlerini sonuçlandırır. Uzlaştırma bürosu bu süreyi her defasında yirmi günü geçmemek üzere en fazla iki kez daha uzatabilir.</w:t>
      </w:r>
    </w:p>
    <w:p>
      <w:pPr>
        <w:spacing w:after="80"/>
        <w:ind w:firstLine="454"/>
        <w:jc w:val="both"/>
      </w:pPr>
      <w:r>
        <w:t>(13) Uzlaştırma müzakereleri gizli olarak yürütülür. Uzlaştırma müzakerelerine şüpheli, mağdur, suçtan zarar gören, kanunî temsilci, müdafi ve vekil katılabilir. Şüpheli, mağdur veya suçtan zarar görenin kendisi veya kanunî temsilcisi ya da vekilinin müzakerelere katılmaktan imtina etmesi halinde, uzlaşmayı kabul etmemiş sayılır.</w:t>
      </w:r>
    </w:p>
    <w:p>
      <w:pPr>
        <w:spacing w:after="80"/>
        <w:ind w:firstLine="454"/>
        <w:jc w:val="both"/>
      </w:pPr>
      <w:r>
        <w:t>(14) Uzlaştırmacı, müzakereler sırasında izlenmesi gereken yöntemle ilgili olarak Cumhuriyet savcısıyla görüşebilir; Cumhuriyet savcısı, uzlaştırmacıya talimat verebilir.</w:t>
      </w:r>
    </w:p>
    <w:p>
      <w:pPr>
        <w:spacing w:after="80"/>
        <w:ind w:firstLine="454"/>
        <w:jc w:val="both"/>
      </w:pPr>
      <w:r>
        <w:t xml:space="preserve">(15) Uzlaşma müzakereleri sonunda uzlaştırmacı, bir rapor hazırlayarak kendisine verilen belge örnekleriyle birlikte uzlaştırma bürosuna verir. Uzlaşmanın gerçekleşmesi halinde, tarafların imzalarını da içeren raporda, ne suretle uzlaşıldığı ayrıntılı olarak açıklanır. </w:t>
      </w:r>
      <w:r>
        <w:rPr>
          <w:color w:val="666666"/>
          <w:sz w:val="17"/>
        </w:rPr>
        <w:t>(Ek cümle: 24/11/2016-6763/34 md.)</w:t>
      </w:r>
      <w:r>
        <w:t xml:space="preserve"> Uzlaştırma bürosu soruşturma dosyasını, raporu ve varsa yazılı anlaşmayı Cumhuriyet savcısına gönderir.</w:t>
      </w:r>
    </w:p>
    <w:p>
      <w:pPr>
        <w:spacing w:after="80"/>
        <w:ind w:firstLine="454"/>
        <w:jc w:val="both"/>
      </w:pPr>
      <w:r>
        <w:t>(16) Uzlaşma teklifinin reddedilmesine rağmen, şüpheli ile mağdur veya suçtan zarar gören uzlaştıklarını gösteren belge ile en geç iddianamenin düzenlendiği tarihe kadar Cumhuriyet savcısına başvurarak uzlaştıklarını beyan edebilirler.</w:t>
      </w:r>
    </w:p>
    <w:p>
      <w:pPr>
        <w:spacing w:after="80"/>
        <w:ind w:firstLine="454"/>
        <w:jc w:val="both"/>
      </w:pPr>
      <w:r>
        <w:t>(17) Cumhuriyet savcısı, uzlaşmanın, tarafların özgür iradelerine dayandığını ve edimin hukuka uygun olduğunu belirlerse raporu veya belgeyi mühür ve imza altına alarak soruşturma dosyasında muhafaza eder.</w:t>
      </w:r>
    </w:p>
    <w:p>
      <w:pPr>
        <w:spacing w:after="80"/>
        <w:ind w:firstLine="454"/>
        <w:jc w:val="both"/>
      </w:pPr>
      <w:r>
        <w:t>(18) Uzlaştırmanın sonuçsuz kalması halinde tekrar uzlaştırma yoluna gidilemez.</w:t>
      </w:r>
    </w:p>
    <w:p>
      <w:pPr>
        <w:spacing w:after="80"/>
        <w:ind w:firstLine="454"/>
        <w:jc w:val="both"/>
      </w:pPr>
      <w:r>
        <w:t>(19) Uzlaşma sonucunda şüphelinin edimini def’aten yerine getirmesi halinde, hakkında kovuşturmaya yer olmadığı kararı verilir. Edimin yerine getirilmesinin ileri tarihe bırakılması, takside bağlanması veya süreklilik arzetmesi halinde, 171 inci maddedeki şartlar aranmaksızın, şüpheli hakkında kamu davasının açılmasının ertelenmesi kararı verilir. Erteleme süresince zamanaşımı işlemez. Kamu davasının açılmasının ertelenmesi kararından sonra, uzlaşmanın gereklerinin yerine getirilmemesi halinde, 171 inci maddenin dördüncü fıkrasındaki şart aranmaksızın, kamu davası açılır. (…) Uzlaşmanın sağlanması halinde, uzlaşma anında tespit edilemeyen veya uzlaşmadan sonra ortaya çıkan zararlar hariç, soruşturma konusu suç nedeniyle tazminat davası açılamaz; açılmış olan davadan feragat edilmiş sayılır. Şüphelinin, edimini yerine getirmemesi halinde uzlaşma raporu veya belgesi, 9/6/1932 tarihli ve 2004 sayılı İcra ve İflas Kanununun 38 inci maddesinde yazılı ilam mahiyetini haiz belgelerden sayılır.</w:t>
      </w:r>
    </w:p>
    <w:p>
      <w:pPr>
        <w:spacing w:after="80"/>
        <w:ind w:firstLine="454"/>
        <w:jc w:val="both"/>
      </w:pPr>
      <w:r>
        <w:t>(20) Uzlaştırma müzakereleri sırasında yapılan açıklamalar, herhangi bir soruşturma ve kovuşturmada ya da davada delil olarak kullanılamaz.</w:t>
      </w:r>
    </w:p>
    <w:p>
      <w:pPr>
        <w:spacing w:after="80"/>
        <w:ind w:firstLine="454"/>
        <w:jc w:val="both"/>
      </w:pPr>
      <w:r>
        <w:t>(21) Şüpheli, mağdur veya suçtan zarar görenden birine ilk uzlaşma teklifinde bulunulduğu tarihten itibaren, uzlaştırma girişiminin sonuçsuz kaldığı ve en geç, uzlaştırmacının raporunu düzenleyerek uzlaştırma bürosuna verdiği tarihe kadar dava zamanaşımı ile kovuşturma koşulu olan dava süresi işlemez.</w:t>
      </w:r>
    </w:p>
    <w:p>
      <w:pPr>
        <w:spacing w:after="80"/>
        <w:ind w:firstLine="454"/>
        <w:jc w:val="both"/>
      </w:pPr>
      <w:r>
        <w:t xml:space="preserve">(22) </w:t>
      </w:r>
      <w:r>
        <w:rPr>
          <w:color w:val="666666"/>
          <w:sz w:val="17"/>
        </w:rPr>
        <w:t>(Değişik birinci cümle: 24/11/2016-6763/34 md.)</w:t>
      </w:r>
      <w:r>
        <w:t xml:space="preserve"> Uzlaştırmacıya Adalet Bakanlığı tarafından belirlenen tarifeye göre ücret ödenir. Uzlaştırmacı ücreti ve diğer uzlaştırma giderleri, yargılama giderlerinden sayılır. Uzlaşmanın gerçekleşmesi halinde bu giderler Devlet Hazinesi tarafından karşılanır.</w:t>
      </w:r>
    </w:p>
    <w:p>
      <w:pPr>
        <w:spacing w:after="80"/>
        <w:ind w:firstLine="454"/>
        <w:jc w:val="both"/>
      </w:pPr>
      <w:r>
        <w:t>(23) Uzlaşma sonucunda verilecek kararlarla ilgili olarak bu Kanunda öngörülen kanun yollarına başvurulabilir.</w:t>
      </w:r>
    </w:p>
    <w:p>
      <w:pPr>
        <w:spacing w:after="80"/>
        <w:ind w:firstLine="454"/>
        <w:jc w:val="both"/>
      </w:pPr>
      <w:r>
        <w:t xml:space="preserve">(24) </w:t>
      </w:r>
      <w:r>
        <w:rPr>
          <w:color w:val="666666"/>
          <w:sz w:val="17"/>
        </w:rPr>
        <w:t>(Değişik: 24/11/2016-6763/34 md.)</w:t>
      </w:r>
      <w:r>
        <w:t xml:space="preserve"> Her Cumhuriyet başsavcılığı bünyesinde uzlaştırma bürosu kurulur ve yeteri kadar Cumhuriyet savcısı ile personel görevlendirilir. Uzlaştırmacılar, hukuk fakültesi mezunlarının yer aldığı, Adalet Bakanlığı tarafından belirlenen uzlaştırmacı listelerinden görevlendirilir. Uzlaştırmacı, hazırladığı raporu, tutanakları ve varsa yazılı anlaşmayı büroya gönderir. Uzlaştırma süreci sonunda soruşturma dosyaları, uzlaştırma bürosunda görevli Cumhuriyet savcıları tarafından sonuçlandırılır.</w:t>
      </w:r>
    </w:p>
    <w:p>
      <w:pPr>
        <w:spacing w:after="80"/>
        <w:ind w:firstLine="454"/>
        <w:jc w:val="both"/>
      </w:pPr>
      <w:r>
        <w:t xml:space="preserve">(25) </w:t>
      </w:r>
      <w:r>
        <w:rPr>
          <w:color w:val="666666"/>
          <w:sz w:val="17"/>
        </w:rPr>
        <w:t>(Ek: 24/11/2016-6763/34 md.)</w:t>
      </w:r>
      <w:r>
        <w:t>Uzlaştırmacıların nitelikleri, eğitimi, sınavı, görev ve sorumlulukları, denetimi, eğitim verecek kişi, kurum ve kuruluşların nitelikleri ve denetimleri ile uzlaştırmacı sicili, uzlaştırmacılar ve eğitim kurumlarının listelerinin düzenlenmesi, Cumhuriyet başsavcılığı bünyesinde kurulan uzlaştırma bürolarının çalışma usul ve esasları, uzlaştırma teklifi ile müzakere usulü, uzlaştırma anlaşması ve raporda yer alacak konular ile uygulamaya dair diğer hususlara ilişkin usul ve esaslar, Adalet Bakanlığınca çıkarılan yönetmelikle düzenlenir.</w:t>
      </w:r>
    </w:p>
    <w:p>
      <w:pPr>
        <w:keepNext/>
        <w:spacing w:before="200" w:after="40"/>
      </w:pPr>
      <w:r>
        <w:rPr>
          <w:b/>
        </w:rPr>
        <w:t>Mahkeme tarafından uzlaştırma</w:t>
      </w:r>
    </w:p>
    <w:p>
      <w:pPr>
        <w:spacing w:after="80"/>
        <w:ind w:firstLine="454"/>
        <w:jc w:val="both"/>
      </w:pPr>
      <w:r>
        <w:rPr>
          <w:b/>
        </w:rPr>
        <w:t xml:space="preserve">MADDE 254 – </w:t>
      </w:r>
      <w:r>
        <w:rPr>
          <w:color w:val="666666"/>
          <w:sz w:val="17"/>
        </w:rPr>
        <w:t>(Değişik: 6/12/2006-5560/25 md.)</w:t>
      </w:r>
    </w:p>
    <w:p>
      <w:pPr>
        <w:spacing w:after="80"/>
        <w:ind w:firstLine="454"/>
        <w:jc w:val="both"/>
      </w:pPr>
      <w:r>
        <w:t>(1) Kamu davası açıldıktan sonra kovuşturma konusu suçun uzlaşma kapsamında olduğunun anlaşılması halinde, kovuşturma dosyası, uzlaştırma işlemlerinin 253 üncü maddede belirtilen esas ve usûle göre yerine getirilmesi için uzlaştırma bürosuna gönderilir.</w:t>
      </w:r>
    </w:p>
    <w:p>
      <w:pPr>
        <w:spacing w:after="80"/>
        <w:ind w:firstLine="454"/>
        <w:jc w:val="both"/>
      </w:pPr>
      <w:r>
        <w:t xml:space="preserve">(2) </w:t>
      </w:r>
      <w:r>
        <w:rPr>
          <w:color w:val="666666"/>
          <w:sz w:val="17"/>
        </w:rPr>
        <w:t>(Değişik:7/11/2024-7531/17 md.)</w:t>
      </w:r>
      <w:r>
        <w:t xml:space="preserve"> Uzlaşma gerçekleştiği takdirde, mahkeme, uzlaşma sonucunda sanığın edimini def’aten yerine getirmesi halinde, davanın düşmesine karar verir. Edimin yerine getirilmesinin ileri tarihe bırakılması, takside bağlanması veya süreklilik arzetmesi halinde durma kararı verilir. Durma süresince zamanaşımı işlemez. Uzlaşmanın gereklerinin yerine getirilmemesi halinde, mahkemece yargılamaya kaldığı yerden devam olunur.</w:t>
      </w:r>
    </w:p>
    <w:p>
      <w:pPr>
        <w:keepNext/>
        <w:spacing w:before="200" w:after="40"/>
      </w:pPr>
      <w:r>
        <w:rPr>
          <w:b/>
        </w:rPr>
        <w:t>Birden çok fail bulunması hâlinde uzlaşma</w:t>
      </w:r>
    </w:p>
    <w:p>
      <w:pPr>
        <w:spacing w:after="80"/>
        <w:ind w:firstLine="454"/>
        <w:jc w:val="both"/>
      </w:pPr>
      <w:r>
        <w:rPr>
          <w:b/>
        </w:rPr>
        <w:t xml:space="preserve">MADDE 255 – </w:t>
      </w:r>
      <w:r>
        <w:t>(1) Aralarında iştirak ilişkisi olsun veya olmasın birden çok kişi tarafından işlenen suçlarda, ancak uzlaşan kişi uzlaşmadan yararlanır.</w:t>
      </w:r>
    </w:p>
    <w:p>
      <w:pPr>
        <w:spacing w:before="360"/>
        <w:jc w:val="center"/>
      </w:pPr>
      <w:r>
        <w:rPr>
          <w:b/>
          <w:sz w:val="24"/>
        </w:rPr>
        <w:t>İKINCI BÖLÜM</w:t>
        <w:br/>
        <w:t>Müsadere Usulü</w:t>
      </w:r>
    </w:p>
    <w:p>
      <w:pPr>
        <w:keepNext/>
        <w:spacing w:before="200" w:after="40"/>
      </w:pPr>
      <w:r>
        <w:rPr>
          <w:b/>
        </w:rPr>
        <w:t>Başvuru</w:t>
      </w:r>
    </w:p>
    <w:p>
      <w:pPr>
        <w:spacing w:after="80"/>
        <w:ind w:firstLine="454"/>
        <w:jc w:val="both"/>
      </w:pPr>
      <w:r>
        <w:rPr>
          <w:b/>
        </w:rPr>
        <w:t xml:space="preserve">MADDE 256 – </w:t>
      </w:r>
      <w:r>
        <w:t>(1) Müsadere kararı verilmesi gereken hâllerde, kamu davası açılmamış veya kamu davası açılmış olup da esasla beraber bir karar verilmemişse; karar verilmesi için, Cumhuriyet savcısı veya katılan, davayı görmeye yetkili mahkemeye başvurabilir.</w:t>
      </w:r>
    </w:p>
    <w:p>
      <w:pPr>
        <w:spacing w:after="80"/>
        <w:ind w:firstLine="454"/>
        <w:jc w:val="both"/>
      </w:pPr>
      <w:r>
        <w:t>(2) Kamu davası açılmış olup da iade edilmesi gereken eşya veya malvarlığı değerleri ile ilgili olarak esasla birlikte bir karar verilmemiş olması durumunda, mahkemece re'sen veya ilgililerin istemi üzerine bunların iadesine karar verilir.</w:t>
      </w:r>
    </w:p>
    <w:p>
      <w:pPr>
        <w:keepNext/>
        <w:spacing w:before="200" w:after="40"/>
      </w:pPr>
      <w:r>
        <w:rPr>
          <w:b/>
        </w:rPr>
        <w:t>Duruşma ve karar</w:t>
      </w:r>
    </w:p>
    <w:p>
      <w:pPr>
        <w:spacing w:after="80"/>
        <w:ind w:firstLine="454"/>
        <w:jc w:val="both"/>
      </w:pPr>
      <w:r>
        <w:rPr>
          <w:b/>
        </w:rPr>
        <w:t xml:space="preserve">MADDE 257 – </w:t>
      </w:r>
      <w:r>
        <w:t>(1) 256 ncı maddeye göre verilmesi gereken kararlar, duruşmalı olarak verilir.</w:t>
      </w:r>
    </w:p>
    <w:p>
      <w:pPr>
        <w:spacing w:after="80"/>
        <w:ind w:firstLine="454"/>
        <w:jc w:val="both"/>
      </w:pPr>
      <w:r>
        <w:t>(2) Müsadere veya iade olunacak eşya veya diğer malvarlığı değerleri üzerinde hakkı olan kimseler de duruşmaya çağrılır. Bu kişiler, sanığın sahip olduğu hakları kullanabilirler.</w:t>
      </w:r>
    </w:p>
    <w:p>
      <w:pPr>
        <w:spacing w:after="80"/>
        <w:ind w:firstLine="454"/>
        <w:jc w:val="both"/>
      </w:pPr>
      <w:r>
        <w:t>(3) Çağrıya uymamaları, işlemin ertelenmesine neden olmaz ve hükmün verilmesini engellemez.</w:t>
      </w:r>
    </w:p>
    <w:p>
      <w:pPr>
        <w:keepNext/>
        <w:spacing w:before="200" w:after="40"/>
      </w:pPr>
      <w:r>
        <w:rPr>
          <w:b/>
        </w:rPr>
        <w:t>Kanun yolu</w:t>
      </w:r>
    </w:p>
    <w:p>
      <w:pPr>
        <w:spacing w:after="80"/>
        <w:ind w:firstLine="454"/>
        <w:jc w:val="both"/>
      </w:pPr>
      <w:r>
        <w:rPr>
          <w:b/>
        </w:rPr>
        <w:t xml:space="preserve">MADDE 258 – </w:t>
      </w:r>
      <w:r>
        <w:t>(1) 256 ncı maddeye göre verilecek hükümlere karşı Cumhuriyet savcısı, katılan ve 257 nci maddede belirlenen kişiler için istinaf yolu açıktır.</w:t>
      </w:r>
    </w:p>
    <w:p>
      <w:pPr>
        <w:keepNext/>
        <w:spacing w:before="200" w:after="40"/>
      </w:pPr>
      <w:r>
        <w:rPr>
          <w:b/>
        </w:rPr>
        <w:t>Suç konusu olmayan eşyanın müsaderesi</w:t>
      </w:r>
    </w:p>
    <w:p>
      <w:pPr>
        <w:spacing w:after="80"/>
        <w:ind w:firstLine="454"/>
        <w:jc w:val="both"/>
      </w:pPr>
      <w:r>
        <w:rPr>
          <w:b/>
        </w:rPr>
        <w:t xml:space="preserve">MADDE 259 – </w:t>
      </w:r>
      <w:r>
        <w:t>(1) Suç konusu olmayıp sadece müsadereye tâbi bulunan eşyanın müsaderesine sulh ceza hâkimi tarafından duruşma yapılmaksızın karar verilir.</w:t>
      </w:r>
    </w:p>
    <w:p>
      <w:pPr>
        <w:spacing w:before="360"/>
        <w:jc w:val="center"/>
      </w:pPr>
      <w:r>
        <w:rPr>
          <w:b/>
          <w:sz w:val="24"/>
        </w:rPr>
        <w:t>ALTINCI KITAP</w:t>
        <w:br/>
        <w:t>Kanun Yolları</w:t>
      </w:r>
    </w:p>
    <w:p>
      <w:pPr>
        <w:spacing w:before="360"/>
        <w:jc w:val="center"/>
      </w:pPr>
      <w:r>
        <w:rPr>
          <w:b/>
          <w:sz w:val="24"/>
        </w:rPr>
        <w:t>BIRINCI KISIM</w:t>
        <w:br/>
        <w:t>Genel Hükümler</w:t>
      </w:r>
    </w:p>
    <w:p>
      <w:pPr>
        <w:keepNext/>
        <w:spacing w:before="200" w:after="40"/>
      </w:pPr>
      <w:r>
        <w:rPr>
          <w:b/>
        </w:rPr>
        <w:t>Kanun yollarına başvurma hakkı</w:t>
      </w:r>
    </w:p>
    <w:p>
      <w:pPr>
        <w:spacing w:after="80"/>
        <w:ind w:firstLine="454"/>
        <w:jc w:val="both"/>
      </w:pPr>
      <w:r>
        <w:rPr>
          <w:b/>
        </w:rPr>
        <w:t xml:space="preserve">MADDE 260 – </w:t>
      </w:r>
      <w:r>
        <w:t>(1) Hâkim ve mahkeme kararlarına karşı Cumhuriyet savcısı, şüpheli, sanık ve bu Kanuna göre katılan sıfatını almış olanlar ile katılma isteği karara bağlanmamış, reddedilmiş veya katılan sıfatını alabilecek surette suçtan zarar görmüş bulunanlar için kanun yolları açıktır.</w:t>
      </w:r>
    </w:p>
    <w:p>
      <w:pPr>
        <w:spacing w:after="80"/>
        <w:ind w:firstLine="454"/>
        <w:jc w:val="both"/>
      </w:pPr>
      <w:r>
        <w:t xml:space="preserve">(2) </w:t>
      </w:r>
      <w:r>
        <w:rPr>
          <w:color w:val="666666"/>
          <w:sz w:val="17"/>
        </w:rPr>
        <w:t>(Değişik: 18/6/2014-6545/73 md.)</w:t>
      </w:r>
      <w:r>
        <w:t xml:space="preserve"> Ağır ceza mahkemelerinde bulunan Cumhuriyet savcıları, ağır ceza mahkemesinin yargı çevresindeki asliye ceza mahkemelerinin; bölge adliye mahkemesinde bulunan Cumhuriyet savcıları, bölge adliye mahkemelerinin kararlarına karşı kanun yollarına başvurabilirler.</w:t>
      </w:r>
    </w:p>
    <w:p>
      <w:pPr>
        <w:spacing w:after="80"/>
        <w:ind w:firstLine="454"/>
        <w:jc w:val="both"/>
      </w:pPr>
      <w:r>
        <w:t>(3) Cumhuriyet savcısı, sanık lehine olarak da kanun yollarına başvurabilir.</w:t>
      </w:r>
    </w:p>
    <w:p>
      <w:pPr>
        <w:keepNext/>
        <w:spacing w:before="200" w:after="40"/>
      </w:pPr>
      <w:r>
        <w:rPr>
          <w:b/>
        </w:rPr>
        <w:t>Avukatın başvurma hakkı</w:t>
      </w:r>
    </w:p>
    <w:p>
      <w:pPr>
        <w:spacing w:after="80"/>
        <w:ind w:firstLine="454"/>
        <w:jc w:val="both"/>
      </w:pPr>
      <w:r>
        <w:rPr>
          <w:b/>
        </w:rPr>
        <w:t xml:space="preserve">MADDE 261 – </w:t>
      </w:r>
      <w:r>
        <w:t>(1) Avukat, müdafiliğini veya vekilliğini üstlendiği kişilerin açık arzusuna aykırı olmamak koşuluyla kanun yollarına başvurabilir.</w:t>
      </w:r>
    </w:p>
    <w:p>
      <w:pPr>
        <w:keepNext/>
        <w:spacing w:before="200" w:after="40"/>
      </w:pPr>
      <w:r>
        <w:rPr>
          <w:b/>
        </w:rPr>
        <w:t>Yasal temsilcinin ve eşin başvurma hakkı</w:t>
      </w:r>
    </w:p>
    <w:p>
      <w:pPr>
        <w:spacing w:after="80"/>
        <w:ind w:firstLine="454"/>
        <w:jc w:val="both"/>
      </w:pPr>
      <w:r>
        <w:rPr>
          <w:b/>
        </w:rPr>
        <w:t xml:space="preserve">MADDE 262 – </w:t>
      </w:r>
      <w:r>
        <w:t>(1) Şüpheli veya sanığın yasal temsilcisi ve eşi, şüpheli veya sanığa açık olan kanun yollarına süresi içinde kendiliklerinden başvurabilirler. Şüphelinin veya sanığın başvurusuna ilişkin hükümler, bunlar tarafından yapılacak başvuru ve onu izleyen işlemler için de geçerlidir.</w:t>
      </w:r>
    </w:p>
    <w:p>
      <w:pPr>
        <w:keepNext/>
        <w:spacing w:before="200" w:after="40"/>
      </w:pPr>
      <w:r>
        <w:rPr>
          <w:b/>
        </w:rPr>
        <w:t>Tutuklunun kanun yollarına başvurması</w:t>
      </w:r>
    </w:p>
    <w:p>
      <w:pPr>
        <w:spacing w:after="80"/>
        <w:ind w:firstLine="454"/>
        <w:jc w:val="both"/>
      </w:pPr>
      <w:r>
        <w:rPr>
          <w:b/>
        </w:rPr>
        <w:t xml:space="preserve">MADDE 263 – </w:t>
      </w:r>
      <w:r>
        <w:t>(1) Tutuklu bulunan şüpheli veya sanık, zabıt kâtibine veya tutuklu bulunduğu ceza infaz kurumu ve tutukevi müdürüne beyanda bulunmak suretiyle veya bu hususta bir dilekçe vererek kanun yollarına başvurabilir.</w:t>
      </w:r>
    </w:p>
    <w:p>
      <w:pPr>
        <w:spacing w:after="80"/>
        <w:ind w:firstLine="454"/>
        <w:jc w:val="both"/>
      </w:pPr>
      <w:r>
        <w:t>(2) Zabıt kâtibine başvuru hâlinde, kanun yollarına başvuru beyanı veya dilekçesi ilgili deftere kaydedildikten sonra bu hususları belirten bir tutanak düzenlenerek tutuklu bulunan şüpheli veya sanığa bir örneği verilir.</w:t>
      </w:r>
    </w:p>
    <w:p>
      <w:pPr>
        <w:spacing w:after="80"/>
        <w:ind w:firstLine="454"/>
        <w:jc w:val="both"/>
      </w:pPr>
      <w:r>
        <w:t>(3) Kurum müdürüne başvuru hâlinde ikinci fıkra hükmüne göre işlem yapılarak, tutanak ve dilekçe derhâl ilgili mahkemeye gönderilir. Zabıt kâtibi başvuruyu ilgili deftere kaydeder.</w:t>
      </w:r>
    </w:p>
    <w:p>
      <w:pPr>
        <w:spacing w:after="80"/>
        <w:ind w:firstLine="454"/>
        <w:jc w:val="both"/>
      </w:pPr>
      <w:r>
        <w:t>(4) Zabıt kâtibi veya kurum müdürü tarafından ikinci fıkra hükmüne göre işlem yapıldığı zaman kanun yolları için bu Kanunda belirlenen süreler kesilmiş sayılır.</w:t>
      </w:r>
    </w:p>
    <w:p>
      <w:pPr>
        <w:keepNext/>
        <w:spacing w:before="200" w:after="40"/>
      </w:pPr>
      <w:r>
        <w:rPr>
          <w:b/>
        </w:rPr>
        <w:t>Kanun yolunun belirlenmesinde yanılma</w:t>
      </w:r>
    </w:p>
    <w:p>
      <w:pPr>
        <w:spacing w:after="80"/>
        <w:ind w:firstLine="454"/>
        <w:jc w:val="both"/>
      </w:pPr>
      <w:r>
        <w:rPr>
          <w:b/>
        </w:rPr>
        <w:t xml:space="preserve">MADDE 264 – </w:t>
      </w:r>
      <w:r>
        <w:t>(1) Kabul edilebilir bir başvuruda kanun yolunun veya merciin belirlenmesinde yanılma, başvuranın haklarını ortadan kaldırmaz.</w:t>
      </w:r>
    </w:p>
    <w:p>
      <w:pPr>
        <w:spacing w:after="80"/>
        <w:ind w:firstLine="454"/>
        <w:jc w:val="both"/>
      </w:pPr>
      <w:r>
        <w:t>(2) Bu hâlde başvurunun yapıldığı merci, başvuruyu derhâl görevli ve yetkili olan mercie gönderir.</w:t>
      </w:r>
    </w:p>
    <w:p>
      <w:pPr>
        <w:keepNext/>
        <w:spacing w:before="200" w:after="40"/>
      </w:pPr>
      <w:r>
        <w:rPr>
          <w:b/>
        </w:rPr>
        <w:t>Cumhuriyet savcısının başvuru sonucunun kapsamı</w:t>
      </w:r>
    </w:p>
    <w:p>
      <w:pPr>
        <w:spacing w:after="80"/>
        <w:ind w:firstLine="454"/>
        <w:jc w:val="both"/>
      </w:pPr>
      <w:r>
        <w:rPr>
          <w:b/>
        </w:rPr>
        <w:t xml:space="preserve">MADDE 265 – </w:t>
      </w:r>
      <w:r>
        <w:t>(1) Cumhuriyet savcısı tarafından aleyhine kanun yoluna gidilen karar, sanık lehine bozulabilir veya değiştirilebilir. Cumhuriyet savcısı, kanun yoluna sanık lehine başvurduğunda, yeniden verilen hüküm önceki hükümde tayin edilmiş olan cezadan daha ağır bir cezayı içeremez.</w:t>
      </w:r>
    </w:p>
    <w:p>
      <w:pPr>
        <w:keepNext/>
        <w:spacing w:before="200" w:after="40"/>
      </w:pPr>
      <w:r>
        <w:rPr>
          <w:b/>
        </w:rPr>
        <w:t>Başvurudan vazgeçilmesi ve etkisi</w:t>
      </w:r>
    </w:p>
    <w:p>
      <w:pPr>
        <w:spacing w:after="80"/>
        <w:ind w:firstLine="454"/>
        <w:jc w:val="both"/>
      </w:pPr>
      <w:r>
        <w:rPr>
          <w:b/>
        </w:rPr>
        <w:t xml:space="preserve">MADDE 266 – </w:t>
      </w:r>
      <w:r>
        <w:t>(1) Kanun yoluna başvurulduktan sonra bundan vazgeçilmesi, mercii tarafından karar verilinceye kadar geçerlidir. Ancak, Cumhuriyet savcısı tarafından sanık lehine yapılan başvurudan onun rızası olmaksızın vazgeçilemez.</w:t>
      </w:r>
    </w:p>
    <w:p>
      <w:pPr>
        <w:spacing w:after="80"/>
        <w:ind w:firstLine="454"/>
        <w:jc w:val="both"/>
      </w:pPr>
      <w:r>
        <w:t>(2) Müdafiin veya vekilin başvurudan vazgeçebilmesi, vekâletnamede bu hususta özel yetkili kılınmış olması koşuluna bağlıdır.</w:t>
      </w:r>
    </w:p>
    <w:p>
      <w:pPr>
        <w:spacing w:after="80"/>
        <w:ind w:firstLine="454"/>
        <w:jc w:val="both"/>
      </w:pPr>
      <w:r>
        <w:t>(3) 150 nci maddenin ikinci fıkrası uyarınca, kendisine müdafi atanan şüpheli veya sanıklar yararına kanun yoluna başvurulduğunda veya başvurulan kanun yolundan vazgeçildiğinde şüpheli veya sanık ile müdafiin iradesi çelişirse müdafiin iradesi geçerli sayılır.</w:t>
      </w:r>
    </w:p>
    <w:p>
      <w:pPr>
        <w:spacing w:before="360"/>
        <w:jc w:val="center"/>
      </w:pPr>
      <w:r>
        <w:rPr>
          <w:b/>
          <w:sz w:val="24"/>
        </w:rPr>
        <w:t>İKINCI KISIM</w:t>
        <w:br/>
        <w:t>Olağan Kanun Yolları</w:t>
      </w:r>
    </w:p>
    <w:p>
      <w:pPr>
        <w:spacing w:before="360"/>
        <w:jc w:val="center"/>
      </w:pPr>
      <w:r>
        <w:rPr>
          <w:b/>
          <w:sz w:val="24"/>
        </w:rPr>
        <w:t>BIRINCI BÖLÜM</w:t>
        <w:br/>
        <w:t>İtiraz</w:t>
      </w:r>
    </w:p>
    <w:p>
      <w:pPr>
        <w:keepNext/>
        <w:spacing w:before="200" w:after="40"/>
      </w:pPr>
      <w:r>
        <w:rPr>
          <w:b/>
        </w:rPr>
        <w:t>İtiraz olunabilecek kararlar</w:t>
      </w:r>
    </w:p>
    <w:p>
      <w:pPr>
        <w:spacing w:after="80"/>
        <w:ind w:firstLine="454"/>
        <w:jc w:val="both"/>
      </w:pPr>
      <w:r>
        <w:rPr>
          <w:b/>
        </w:rPr>
        <w:t xml:space="preserve">MADDE 267 – </w:t>
      </w:r>
      <w:r>
        <w:t>(1) Hâkim kararları ile kanunun gösterdiği hâllerde, mahkeme kararlarına karşı itiraz yoluna gidilebilir.</w:t>
      </w:r>
    </w:p>
    <w:p>
      <w:pPr>
        <w:keepNext/>
        <w:spacing w:before="200" w:after="40"/>
      </w:pPr>
      <w:r>
        <w:rPr>
          <w:b/>
        </w:rPr>
        <w:t>İtiraz usulü ve inceleme mercileri</w:t>
      </w:r>
    </w:p>
    <w:p>
      <w:pPr>
        <w:spacing w:after="80"/>
        <w:ind w:firstLine="454"/>
        <w:jc w:val="both"/>
      </w:pPr>
      <w:r>
        <w:rPr>
          <w:b/>
        </w:rPr>
        <w:t xml:space="preserve">MADDE 268 – </w:t>
      </w:r>
      <w:r>
        <w:t>(1) Hâkim veya mahkeme kararına karşı itiraz, kanunun ayrıca hüküm koymadığı hâllerde 35 inci maddeye göre ilgililerin kararı öğrendiği günden itibaren iki hafta içinde kararı veren mercie verilecek bir dilekçe veya tutanağa geçirilmek koşulu ile zabıt kâtibine beyanda bulunmak suretiyle yapılır. Tutanakla tespit edilen beyanı ve imzayı mahkeme başkanı veya hâkim onaylar. 263 üncü madde hükmü saklıdır.</w:t>
      </w:r>
    </w:p>
    <w:p>
      <w:pPr>
        <w:spacing w:after="80"/>
        <w:ind w:firstLine="454"/>
        <w:jc w:val="both"/>
      </w:pPr>
      <w:r>
        <w:t>(2) Kararına itiraz edilen hâkim veya mahkeme, itirazı yerinde görürse kararını düzeltir; yerinde görmezse en çok üç gün içinde, itirazı incelemeye yetkili olan mercie gönderir.</w:t>
      </w:r>
    </w:p>
    <w:p>
      <w:pPr>
        <w:spacing w:after="80"/>
        <w:ind w:firstLine="454"/>
        <w:jc w:val="both"/>
      </w:pPr>
      <w:r>
        <w:t>(3) İtirazı incelemeye yetkili merciler aşağıda gösterilmiştir:</w:t>
      </w:r>
    </w:p>
    <w:p>
      <w:pPr>
        <w:spacing w:after="80"/>
        <w:ind w:firstLine="454"/>
        <w:jc w:val="both"/>
      </w:pPr>
      <w:r>
        <w:t xml:space="preserve">a) </w:t>
      </w:r>
      <w:r>
        <w:rPr>
          <w:color w:val="666666"/>
          <w:sz w:val="17"/>
        </w:rPr>
        <w:t>(Değişik: 18/6/2014-6545/74 md.)</w:t>
      </w:r>
      <w:r>
        <w:t xml:space="preserve"> Sulh ceza hâkimliği kararlarına yapılan itirazların incelenmesi, o yerde birden fazla sulh ceza hâkimliğinin bulunması hâlinde, numara olarak kendisini izleyen hâkimliğe; son numaralı hâkimlik için bir numaralı hâkimliğe; ağır ceza mahkemesinin bulunmadığı yerlerde tek sulh ceza hâkimliği varsa, yargı çevresinde görev yaptığı ağır ceza mahkemesinin bulunduğu yerdeki sulh ceza hâkimliğine; ağır ceza mahkemesinin bulunduğu yerlerde tek sulh ceza hâkimliği varsa, en yakın ağır ceza mahkemesinin bulunduğu yerdeki sulh ceza hâkimliğine aittir.</w:t>
      </w:r>
    </w:p>
    <w:p>
      <w:pPr>
        <w:spacing w:after="80"/>
        <w:ind w:firstLine="454"/>
        <w:jc w:val="both"/>
      </w:pPr>
      <w:r>
        <w:t xml:space="preserve">b) </w:t>
      </w:r>
      <w:r>
        <w:rPr>
          <w:color w:val="666666"/>
          <w:sz w:val="17"/>
        </w:rPr>
        <w:t>(Değişik:8/7/2021-7331/24 md.)</w:t>
      </w:r>
      <w:r>
        <w:t xml:space="preserve"> Sulh ceza hâkimliğinin tutuklama ve adli kontrole ilişkin verdiği kararlara karşı yapılan itirazların incelenmesi, yargı çevresinde bulunduğu asliye ceza mahkemesi hâkimine aittir. İtirazı incelemeye yetkili mercilerin farklı olduğu hâllerde, itirazların gecikmeksizin incelenmesi amacıyla, kararına itiraz edilen sulh ceza hâkimliği tarafından gerekli tedbirler alınır. Sulh ceza hâkimliği işleri, asliye ceza hâkimi tarafından görülüyorsa itirazı inceleme yetkisi ağır ceza mahkemesi başkanına aittir.</w:t>
      </w:r>
    </w:p>
    <w:p>
      <w:pPr>
        <w:spacing w:after="80"/>
        <w:ind w:firstLine="454"/>
        <w:jc w:val="both"/>
      </w:pPr>
      <w:r>
        <w:t>c) Asliye ceza mahkemesi hâkimi tarafından verilen kararlara yapılacak itirazların incelenmesi, yargı çevresinde bulundukları ağır ceza mahkemesine ve bu mahkeme ile başkanı tarafından verilen kararlar hakkındaki itirazların incelenmesi, o yerde ağır ceza mahkemesinin birden çok dairesinin bulunması hâlinde, numara olarak kendisini izleyen daireye; son numaralı daire için birinci daireye; o yerde ağır ceza mahkemesinin tek dairesi varsa, en yakın ağır ceza mahkemesine aittir.</w:t>
      </w:r>
    </w:p>
    <w:p>
      <w:pPr>
        <w:spacing w:after="80"/>
        <w:ind w:firstLine="454"/>
        <w:jc w:val="both"/>
      </w:pPr>
      <w:r>
        <w:t>d) Naip hâkim kararlarına yapılacak itirazların incelenmesi, mensup oldukları ağır ceza mahkemesi başkanına, istinabe olunan mahkeme kararlarına karşı yukarıdaki bentlerde belirtilen esaslara göre bulundukları yerdeki mahkeme başkanı veya mahkemeye aittir.</w:t>
      </w:r>
    </w:p>
    <w:p>
      <w:pPr>
        <w:spacing w:after="80"/>
        <w:ind w:firstLine="454"/>
        <w:jc w:val="both"/>
      </w:pPr>
      <w:r>
        <w:t>e) Bölge adliye mahkemesi ceza dairelerinin kararları ile Yargıtay ceza dairelerinin esas mahkeme olarak baktıkları davalarda verdikleri kararlara yapılan itirazlarda; üyenin kararını görevli olduğu dairenin başkanı, daire başkanı ile ceza dairesinin kararını numara itibarıyla izleyen ceza dairesi; son numaralı daire söz konusu ise birinci ceza dairesi inceler.</w:t>
      </w:r>
    </w:p>
    <w:p>
      <w:pPr>
        <w:keepNext/>
        <w:spacing w:before="200" w:after="40"/>
      </w:pPr>
      <w:r>
        <w:rPr>
          <w:b/>
        </w:rPr>
        <w:t>İtirazın kararın yerine getirilmesinde etkisi</w:t>
      </w:r>
    </w:p>
    <w:p>
      <w:pPr>
        <w:spacing w:after="80"/>
        <w:ind w:firstLine="454"/>
        <w:jc w:val="both"/>
      </w:pPr>
      <w:r>
        <w:rPr>
          <w:b/>
        </w:rPr>
        <w:t xml:space="preserve">MADDE 269 – </w:t>
      </w:r>
      <w:r>
        <w:t>(1) İtiraz, kararın yerine getirilmesinin geri bırakılması sonucunu doğurmaz.</w:t>
      </w:r>
    </w:p>
    <w:p>
      <w:pPr>
        <w:spacing w:after="80"/>
        <w:ind w:firstLine="454"/>
        <w:jc w:val="both"/>
      </w:pPr>
      <w:r>
        <w:t>(2) Ancak, kararına itiraz edilen makam veya kararı inceleyecek merci, geri bırakılmasına karar verebilir.</w:t>
      </w:r>
    </w:p>
    <w:p>
      <w:pPr>
        <w:keepNext/>
        <w:spacing w:before="200" w:after="40"/>
      </w:pPr>
      <w:r>
        <w:rPr>
          <w:b/>
        </w:rPr>
        <w:t>İtirazın Cumhuriyet savcısına ve karşı tarafa tebliği ile inceleme ve araştırma yapılması</w:t>
      </w:r>
    </w:p>
    <w:p>
      <w:pPr>
        <w:spacing w:after="80"/>
        <w:ind w:firstLine="454"/>
        <w:jc w:val="both"/>
      </w:pPr>
      <w:r>
        <w:rPr>
          <w:b/>
        </w:rPr>
        <w:t xml:space="preserve">MADDE 270 – </w:t>
      </w:r>
      <w:r>
        <w:t>(1) İtirazı inceleyecek merci, yazı ile cevap verebilmesi için itirazı, Cumhuriyet savcısı ve karşı tarafa bildirebilir. Merci, inceleme ve araştırma yapabileceği gibi gerekli gördüğünde bunların yapılmasını da emredebilir.</w:t>
      </w:r>
    </w:p>
    <w:p>
      <w:pPr>
        <w:spacing w:after="80"/>
        <w:ind w:firstLine="454"/>
        <w:jc w:val="both"/>
      </w:pPr>
      <w:r>
        <w:t xml:space="preserve">(2) </w:t>
      </w:r>
      <w:r>
        <w:rPr>
          <w:color w:val="666666"/>
          <w:sz w:val="17"/>
        </w:rPr>
        <w:t>(Ek: 11/4/2013-6459/20 md.)</w:t>
      </w:r>
      <w:r>
        <w:t xml:space="preserve"> 101 ve 105 inci maddeler uyarınca yapılan itiraz üzerine Cumhuriyet savcısından görüş alınması durumunda, bu görüş şüpheli, sanık veya müdafiine bildirilir. Şüpheli, sanık veya müdafii üç gün içinde görüşünü bildirebilir.</w:t>
      </w:r>
    </w:p>
    <w:p>
      <w:pPr>
        <w:keepNext/>
        <w:spacing w:before="200" w:after="40"/>
      </w:pPr>
      <w:r>
        <w:rPr>
          <w:b/>
        </w:rPr>
        <w:t>Karar</w:t>
      </w:r>
    </w:p>
    <w:p>
      <w:pPr>
        <w:spacing w:after="80"/>
        <w:ind w:firstLine="454"/>
        <w:jc w:val="both"/>
      </w:pPr>
      <w:r>
        <w:rPr>
          <w:b/>
        </w:rPr>
        <w:t xml:space="preserve">MADDE 271 – </w:t>
      </w:r>
      <w:r>
        <w:t>(1) Kanunda yazılı olan hâller saklı kalmak üzere, itiraz hakkında duruşma yapılmaksızın karar verilir. Ancak, gerekli görüldüğünde Cumhuriyet savcısı ve sonra müdafi veya vekil dinlenir.</w:t>
      </w:r>
    </w:p>
    <w:p>
      <w:pPr>
        <w:spacing w:after="80"/>
        <w:ind w:firstLine="454"/>
        <w:jc w:val="both"/>
      </w:pPr>
      <w:r>
        <w:t>(2) İtiraz yerinde görülürse merci, aynı zamanda itiraz konusu hakkında da karar verir.</w:t>
      </w:r>
    </w:p>
    <w:p>
      <w:pPr>
        <w:spacing w:after="80"/>
        <w:ind w:firstLine="454"/>
        <w:jc w:val="both"/>
      </w:pPr>
      <w:r>
        <w:t>(3) Karar mümkün olan en kısa sürede verilir.</w:t>
      </w:r>
    </w:p>
    <w:p>
      <w:pPr>
        <w:spacing w:after="80"/>
        <w:ind w:firstLine="454"/>
        <w:jc w:val="both"/>
      </w:pPr>
      <w:r>
        <w:t>(4) Merciin, itiraz üzerine verdiği kararları kesindir; ancak ilk defa merci tarafından verilen tutuklama kararlarına karşı itiraz yoluna gidilebilir.</w:t>
      </w:r>
    </w:p>
    <w:p>
      <w:pPr>
        <w:spacing w:before="360"/>
        <w:jc w:val="center"/>
      </w:pPr>
      <w:r>
        <w:rPr>
          <w:b/>
          <w:sz w:val="24"/>
        </w:rPr>
        <w:t>İKINCI BÖLÜM</w:t>
        <w:br/>
        <w:t>İstinaf</w:t>
      </w:r>
    </w:p>
    <w:p>
      <w:pPr>
        <w:keepNext/>
        <w:spacing w:before="200" w:after="40"/>
      </w:pPr>
      <w:r>
        <w:rPr>
          <w:b/>
        </w:rPr>
        <w:t>İstinaf</w:t>
      </w:r>
    </w:p>
    <w:p>
      <w:pPr>
        <w:spacing w:after="80"/>
        <w:ind w:firstLine="454"/>
        <w:jc w:val="both"/>
      </w:pPr>
      <w:r>
        <w:rPr>
          <w:b/>
        </w:rPr>
        <w:t xml:space="preserve">MADDE 272 – </w:t>
      </w:r>
      <w:r>
        <w:t>(1) İlk derece mahkemelerinden verilen hükümlere karşı istinaf yoluna başvurulabilir. Ancak, onbeş yıl ve daha fazla hapis cezalarına ilişkin hükümler, bölge adliye mahkemesince re'sen incelenir.</w:t>
      </w:r>
    </w:p>
    <w:p>
      <w:pPr>
        <w:spacing w:after="80"/>
        <w:ind w:firstLine="454"/>
        <w:jc w:val="both"/>
      </w:pPr>
      <w:r>
        <w:t>(2) Hükümden önce verilip hükme esas teşkil eden veya başkaca kanun yolu öngörülmemiş olan mahkeme kararlarına karşı da hükümle birlikte istinaf yoluna başvurulabilir.</w:t>
      </w:r>
    </w:p>
    <w:p>
      <w:pPr>
        <w:spacing w:after="80"/>
        <w:ind w:firstLine="454"/>
        <w:jc w:val="both"/>
      </w:pPr>
      <w:r>
        <w:t>(3) Ancak;</w:t>
      </w:r>
    </w:p>
    <w:p>
      <w:pPr>
        <w:spacing w:after="80"/>
        <w:ind w:firstLine="454"/>
        <w:jc w:val="both"/>
      </w:pPr>
      <w:r>
        <w:t xml:space="preserve">a) </w:t>
      </w:r>
      <w:r>
        <w:rPr>
          <w:color w:val="666666"/>
          <w:sz w:val="17"/>
        </w:rPr>
        <w:t>(Değişik: 31/3/2011-6217/23 md.)</w:t>
      </w:r>
      <w:r>
        <w:t xml:space="preserve"> Hapis cezasından çevrilen adlî para cezaları hariç olmak üzere, sonuç olarak belirlenen onbeşbin Türk Lirası dâhil adlî para cezasına mahkûmiyet hükümlerine,</w:t>
      </w:r>
    </w:p>
    <w:p>
      <w:pPr>
        <w:spacing w:after="80"/>
        <w:ind w:firstLine="454"/>
        <w:jc w:val="both"/>
      </w:pPr>
      <w:r>
        <w:t>b) Üst sınırı beşyüz günü geçmeyen adlî para cezasını gerektiren suçlardan beraat hükümlerine,</w:t>
      </w:r>
    </w:p>
    <w:p>
      <w:pPr>
        <w:spacing w:after="80"/>
        <w:ind w:firstLine="454"/>
        <w:jc w:val="both"/>
      </w:pPr>
      <w:r>
        <w:t>c) Kanunlarda kesin olduğu yazılı bulunan hükümlere,</w:t>
      </w:r>
    </w:p>
    <w:p>
      <w:pPr>
        <w:spacing w:after="80"/>
        <w:ind w:firstLine="454"/>
        <w:jc w:val="both"/>
      </w:pPr>
      <w:r>
        <w:t xml:space="preserve">Karşı istinaf yoluna başvurulamaz. </w:t>
      </w:r>
      <w:r>
        <w:rPr>
          <w:color w:val="666666"/>
          <w:sz w:val="17"/>
        </w:rPr>
        <w:t>(Ek cümle:14/4/2020-7242/17 md.)</w:t>
      </w:r>
      <w:r>
        <w:t xml:space="preserve"> Bu suretle verilen hükümler tekerrüre esas olmaz.</w:t>
      </w:r>
    </w:p>
    <w:p>
      <w:pPr>
        <w:keepNext/>
        <w:spacing w:before="200" w:after="40"/>
      </w:pPr>
      <w:r>
        <w:rPr>
          <w:b/>
        </w:rPr>
        <w:t>İstinaf istemi ve süresi</w:t>
      </w:r>
    </w:p>
    <w:p>
      <w:pPr>
        <w:spacing w:after="80"/>
        <w:ind w:firstLine="454"/>
        <w:jc w:val="both"/>
      </w:pPr>
      <w:r>
        <w:rPr>
          <w:b/>
        </w:rPr>
        <w:t xml:space="preserve">MADDE 273 – </w:t>
      </w:r>
      <w:r>
        <w:t>(1) İstinaf istemi, hükmün gerekçesiyle birlikte tebliğ edildiği tarihten itibaren iki hafta içinde hükmü veren mahkemeye bir dilekçe verilmesi veya zabıt kâtibine bir beyanda bulunulması suretiyle yapılır; beyan tutanağa geçirilir ve tutanak hâkime onaylattırılır. Tutuklu sanık hakkında 263 üncü madde hükmü saklıdır.</w:t>
      </w:r>
    </w:p>
    <w:p>
      <w:pPr>
        <w:spacing w:after="80"/>
        <w:ind w:firstLine="454"/>
        <w:jc w:val="both"/>
      </w:pPr>
      <w:r>
        <w:t xml:space="preserve">(2) </w:t>
      </w:r>
      <w:r>
        <w:rPr>
          <w:color w:val="666666"/>
          <w:sz w:val="17"/>
        </w:rPr>
        <w:t>(Mülga:2/3/2024-7499/18 md.)</w:t>
      </w:r>
    </w:p>
    <w:p>
      <w:pPr>
        <w:spacing w:after="80"/>
        <w:ind w:firstLine="454"/>
        <w:jc w:val="both"/>
      </w:pPr>
      <w:r>
        <w:t xml:space="preserve">(3) </w:t>
      </w:r>
      <w:r>
        <w:rPr>
          <w:color w:val="666666"/>
          <w:sz w:val="17"/>
        </w:rPr>
        <w:t>(Değişik: 18/6/2014-6545/75 md.)</w:t>
      </w:r>
      <w:r>
        <w:t xml:space="preserve"> Ağır ceza mahkemelerinde bulunan Cumhuriyet savcıları, mahkemelerinin yargı çevresi içerisindeki asliye mahkemelerinin hükümlerine karşı, kararın o yer Cumhuriyet başsavcılığına geliş tarihinden itibaren iki hafta içinde istinaf yoluna başvurabilirler.115</w:t>
      </w:r>
    </w:p>
    <w:p>
      <w:pPr>
        <w:spacing w:after="80"/>
        <w:ind w:firstLine="454"/>
        <w:jc w:val="both"/>
      </w:pPr>
      <w:r>
        <w:t>(4) Sanık ve bu Kanuna göre katılan sıfatını almış olanlar ile katılma isteği karara bağlanmamış, reddedilmiş veya katılan sıfatını alabilecek surette suçtan zarar görmüş bulunanların dilekçe veya beyanında, başvuruya ilişkin nedenlerin gösterilmemesi inceleme yapılmasına engel olmaz.</w:t>
      </w:r>
    </w:p>
    <w:p>
      <w:pPr>
        <w:spacing w:after="80"/>
        <w:ind w:firstLine="454"/>
        <w:jc w:val="both"/>
      </w:pPr>
      <w:r>
        <w:t>(5) Cumhuriyet savcısı, istinaf yoluna başvurma nedenlerini gerekçeleriyle birlikte yazılı isteminde açıkça gösterir. Bu istem ilgililere tebliğ edilir. İlgililer, tebliğ tarihinden itibaren iki hafta içinde bu husustaki cevaplarını bildirebilirler.115</w:t>
      </w:r>
    </w:p>
    <w:p>
      <w:pPr>
        <w:keepNext/>
        <w:spacing w:before="200" w:after="40"/>
      </w:pPr>
      <w:r>
        <w:rPr>
          <w:b/>
        </w:rPr>
        <w:t>Eski hâle getirme süresi içinde istinaf süresinin işlemesi</w:t>
      </w:r>
    </w:p>
    <w:p>
      <w:pPr>
        <w:spacing w:after="80"/>
        <w:ind w:firstLine="454"/>
        <w:jc w:val="both"/>
      </w:pPr>
      <w:r>
        <w:rPr>
          <w:b/>
        </w:rPr>
        <w:t xml:space="preserve">MADDE 274 – </w:t>
      </w:r>
      <w:r>
        <w:t>(1) Sanık, yokluğunda aleyhine verilen hükümlere karşı eski hâle getirme isteminde bulunabilir. Eski hâle getirme süresi içinde de istinaf süresi işler. Sanığın eski hâle getirme isteminde bulunduğu hâllerde, ayrıca istinaf isteminde bulunması gerekir. Bu hâlde istinaf istemi ile ilişkili işler, eski hâle getirme istemi hakkında karar verilinceye kadar ertelenir.</w:t>
      </w:r>
    </w:p>
    <w:p>
      <w:pPr>
        <w:keepNext/>
        <w:spacing w:before="200" w:after="40"/>
      </w:pPr>
      <w:r>
        <w:rPr>
          <w:b/>
        </w:rPr>
        <w:t>İstinaf başvurusunun etkisi</w:t>
      </w:r>
    </w:p>
    <w:p>
      <w:pPr>
        <w:spacing w:after="80"/>
        <w:ind w:firstLine="454"/>
        <w:jc w:val="both"/>
      </w:pPr>
      <w:r>
        <w:rPr>
          <w:b/>
        </w:rPr>
        <w:t xml:space="preserve">MADDE 275 – </w:t>
      </w:r>
      <w:r>
        <w:t>(1) Süresi içinde yapılan istinaf başvurusu, hükmün kesinleşmesini engeller.</w:t>
      </w:r>
    </w:p>
    <w:p>
      <w:pPr>
        <w:spacing w:after="80"/>
        <w:ind w:firstLine="454"/>
        <w:jc w:val="both"/>
      </w:pPr>
      <w:r>
        <w:t xml:space="preserve">(2) </w:t>
      </w:r>
      <w:r>
        <w:rPr>
          <w:color w:val="666666"/>
          <w:sz w:val="17"/>
        </w:rPr>
        <w:t>(Mülga:2/3/2024-7499/21 md.)</w:t>
      </w:r>
    </w:p>
    <w:p>
      <w:pPr>
        <w:keepNext/>
        <w:spacing w:before="200" w:after="40"/>
      </w:pPr>
      <w:r>
        <w:rPr>
          <w:b/>
        </w:rPr>
        <w:t>İstinaf isteminin hükmü veren mahkemece reddi</w:t>
      </w:r>
    </w:p>
    <w:p>
      <w:pPr>
        <w:spacing w:after="80"/>
        <w:ind w:firstLine="454"/>
        <w:jc w:val="both"/>
      </w:pPr>
      <w:r>
        <w:rPr>
          <w:b/>
        </w:rPr>
        <w:t xml:space="preserve">MADDE 276 – </w:t>
      </w:r>
      <w:r>
        <w:t>(1) İstinaf istemi, kanunî sürenin geçmesinden sonra veya aleyhine istinaf yoluna başvurulamayacak bir hükme karşı yapılmışsa ya da istinaf yoluna başvuranın buna hakkı yoksa, hükmü veren mahkeme bir kararla dilekçeyi reddeder.</w:t>
      </w:r>
    </w:p>
    <w:p>
      <w:pPr>
        <w:spacing w:after="80"/>
        <w:ind w:firstLine="454"/>
        <w:jc w:val="both"/>
      </w:pPr>
      <w:r>
        <w:t>(2) İstinaf başvurusunda bulunan Cumhuriyet savcısı veya ilgililer, ret kararının kendilerine tebliğinden itibaren iki hafta içinde bölge adliye mahkemesinden bu hususta bir karar vermesini isteyebilirler. Bu takdirde dosya bölge adliye mahkemesine gönderilir. Ancak, bu nedenle hükmün infazı ertelenemez.</w:t>
      </w:r>
    </w:p>
    <w:p>
      <w:pPr>
        <w:keepNext/>
        <w:spacing w:before="200" w:after="40"/>
      </w:pPr>
      <w:r>
        <w:rPr>
          <w:b/>
        </w:rPr>
        <w:t>İstinaf isteminin tebliği ve cevabı</w:t>
      </w:r>
    </w:p>
    <w:p>
      <w:pPr>
        <w:spacing w:after="80"/>
        <w:ind w:firstLine="454"/>
        <w:jc w:val="both"/>
      </w:pPr>
      <w:r>
        <w:rPr>
          <w:b/>
        </w:rPr>
        <w:t xml:space="preserve">MADDE 277 – </w:t>
      </w:r>
      <w:r>
        <w:t>(1) 276 ncı maddeye göre hükmü veren mahkemece reddedilmeyen istinaf dilekçesi veya beyana ilişkin tutanağın bir örneği karşı tarafa tebliğ olunur. Karşı taraf, tebliğ tarihinden itibaren iki hafta içinde yazılı olarak cevabını verebilir. 116</w:t>
      </w:r>
    </w:p>
    <w:p>
      <w:pPr>
        <w:spacing w:after="80"/>
        <w:ind w:firstLine="454"/>
        <w:jc w:val="both"/>
      </w:pPr>
      <w:r>
        <w:t>(2) Karşı taraf sanık ise, bir tutanağa bağlanmak üzere zabıt kâtibine yapılacak bir beyanla da cevabını verebilir. Cevap verildikten veya bunun için belirli süre bittikten sonra dava dosyası, bölge adliye mahkemesine gönderilir.</w:t>
      </w:r>
    </w:p>
    <w:p>
      <w:pPr>
        <w:spacing w:after="80"/>
        <w:ind w:firstLine="454"/>
        <w:jc w:val="both"/>
      </w:pPr>
      <w:r>
        <w:t>(3) 262 ve 263 üncü madde hükümleri saklıdır.</w:t>
      </w:r>
    </w:p>
    <w:p>
      <w:pPr>
        <w:keepNext/>
        <w:spacing w:before="200" w:after="40"/>
      </w:pPr>
      <w:r>
        <w:rPr>
          <w:b/>
        </w:rPr>
        <w:t>Dosyanın bölge adliye mahkemesinde tevzii</w:t>
      </w:r>
    </w:p>
    <w:p>
      <w:pPr>
        <w:spacing w:after="80"/>
        <w:ind w:firstLine="454"/>
        <w:jc w:val="both"/>
      </w:pPr>
      <w:r>
        <w:rPr>
          <w:b/>
        </w:rPr>
        <w:t xml:space="preserve">MADDE 278 – </w:t>
      </w:r>
      <w:r>
        <w:rPr>
          <w:color w:val="666666"/>
          <w:sz w:val="17"/>
        </w:rPr>
        <w:t>(Değişik: 15/8/2016-KHK-674/14 md.; Aynen kabul: 10/11/2016-6758/14 md.)</w:t>
      </w:r>
    </w:p>
    <w:p>
      <w:pPr>
        <w:spacing w:after="80"/>
        <w:ind w:firstLine="454"/>
        <w:jc w:val="both"/>
      </w:pPr>
      <w:r>
        <w:t>(1) Dava dosyası, bölge adliye mahkemesine geldiğinde işbölümüne göre görevli ceza dairesine verilir. Daire, varsa tebligat eksikliklerinin giderilmesini sağlar.</w:t>
      </w:r>
    </w:p>
    <w:p>
      <w:pPr>
        <w:keepNext/>
        <w:spacing w:before="200" w:after="40"/>
      </w:pPr>
      <w:r>
        <w:rPr>
          <w:b/>
        </w:rPr>
        <w:t>Dosya üzerinde ön inceleme</w:t>
      </w:r>
    </w:p>
    <w:p>
      <w:pPr>
        <w:spacing w:after="80"/>
        <w:ind w:firstLine="454"/>
        <w:jc w:val="both"/>
      </w:pPr>
      <w:r>
        <w:rPr>
          <w:b/>
        </w:rPr>
        <w:t xml:space="preserve">MADDE 279 – </w:t>
      </w:r>
      <w:r>
        <w:t>(1) Dosya üzerinde yapılan ön inceleme sonunda;</w:t>
      </w:r>
    </w:p>
    <w:p>
      <w:pPr>
        <w:spacing w:after="80"/>
        <w:ind w:firstLine="454"/>
        <w:jc w:val="both"/>
      </w:pPr>
      <w:r>
        <w:t>a) Bölge adliye mahkemesinin yetkili olmadığının anlaşılması hâlinde dosyanın yetkili bölge adliye mahkemesine gönderilmesine,</w:t>
      </w:r>
    </w:p>
    <w:p>
      <w:pPr>
        <w:spacing w:after="80"/>
        <w:ind w:firstLine="454"/>
        <w:jc w:val="both"/>
      </w:pPr>
      <w:r>
        <w:t>b) Bölge adliye mahkemesine başvurunun süresi içinde yapılmadığının, incelenmesi istenen kararın bölge adliye mahkemesinde incelenebilecek kararlardan olmadığının, başvuranın buna hakkı bulunmadığının anlaşılması hâlinde istinaf başvurusunun reddine,</w:t>
      </w:r>
    </w:p>
    <w:p>
      <w:pPr>
        <w:spacing w:after="80"/>
        <w:ind w:firstLine="454"/>
        <w:jc w:val="both"/>
      </w:pPr>
      <w:r>
        <w:t xml:space="preserve">Karar verilir. </w:t>
      </w:r>
      <w:r>
        <w:rPr>
          <w:color w:val="666666"/>
          <w:sz w:val="17"/>
        </w:rPr>
        <w:t>(Ek cümle: 18/6/2014-6545/76 md.)</w:t>
      </w:r>
      <w:r>
        <w:t xml:space="preserve"> Bu kararlar itiraza tabidir.</w:t>
      </w:r>
    </w:p>
    <w:p>
      <w:pPr>
        <w:keepNext/>
        <w:spacing w:before="200" w:after="40"/>
      </w:pPr>
      <w:r>
        <w:rPr>
          <w:b/>
        </w:rPr>
        <w:t>Bölge adliye mahkemesinde inceleme ve kovuşturma</w:t>
      </w:r>
    </w:p>
    <w:p>
      <w:pPr>
        <w:spacing w:after="80"/>
        <w:ind w:firstLine="454"/>
        <w:jc w:val="both"/>
      </w:pPr>
      <w:r>
        <w:rPr>
          <w:b/>
        </w:rPr>
        <w:t xml:space="preserve">MADDE 280 – </w:t>
      </w:r>
      <w:r>
        <w:t>(1) Bölge adliye mahkemesi, dosyayı ve dosyayla birlikte sunulmuş olan delilleri inceledikten sonra;</w:t>
      </w:r>
    </w:p>
    <w:p>
      <w:pPr>
        <w:spacing w:after="80"/>
        <w:ind w:firstLine="454"/>
        <w:jc w:val="both"/>
      </w:pPr>
      <w:r>
        <w:t>a) İlk derece mahkemesinin kararında usule veya esasa ilişkin herhangi bir hukuka aykırılığın bulunmadığını, delillerde veya işlemlerde herhangi bir eksiklik olmadığını, ispat bakımından değerlendirmenin yerinde olduğunu saptadığında istinaf başvurusunun esastan reddine, 303 üncü maddenin birinci fıkrasının (a), (c), (d), (e), (f), (g) ve (h) bentlerinde yer alan ihlallerin varlığı hâlinde hukuka aykırılığın düzeltilerek istinaf başvurusunun esastan reddine,</w:t>
      </w:r>
    </w:p>
    <w:p>
      <w:pPr>
        <w:spacing w:after="80"/>
        <w:ind w:firstLine="454"/>
        <w:jc w:val="both"/>
      </w:pPr>
      <w:r>
        <w:t xml:space="preserve">b) </w:t>
      </w:r>
      <w:r>
        <w:rPr>
          <w:color w:val="666666"/>
          <w:sz w:val="17"/>
        </w:rPr>
        <w:t>(Ek: 20/7/2017-7035/15 md.)</w:t>
      </w:r>
      <w:r>
        <w:t xml:space="preserve"> Cumhuriyet savcısının istinaf yoluna başvurma nedenine uygun olarak mahkumiyete konu suç için kanunda yazılı cezanın en alt derecesinin uygulanmasını uygun görmesi hâlinde, hukuka aykırılığın düzeltilerek istinaf başvurusunun esastan reddine,</w:t>
      </w:r>
    </w:p>
    <w:p>
      <w:pPr>
        <w:spacing w:after="80"/>
        <w:ind w:firstLine="454"/>
        <w:jc w:val="both"/>
      </w:pPr>
      <w:r>
        <w:t xml:space="preserve">c) </w:t>
      </w:r>
      <w:r>
        <w:rPr>
          <w:color w:val="666666"/>
          <w:sz w:val="17"/>
        </w:rPr>
        <w:t>(Ek:17/10/2019-7188/27 md.)</w:t>
      </w:r>
      <w:r>
        <w:t xml:space="preserve"> Başka bir araştırmaya ihtiyaç duyulmadan cezayı kaldıran veya cezada indirim yapılmasını gerektiren şahsî sebeplere ya da şahsî cezasızlık sebeplerine bağlı olarak daha az ceza verilmesini veya ceza verilmesine yer olmadığına karar verilmesini gerektiren hâllerde, hukuka aykırılığın düzeltilerek istinaf başvurusunun esastan reddine,</w:t>
      </w:r>
    </w:p>
    <w:p>
      <w:pPr>
        <w:spacing w:after="80"/>
        <w:ind w:firstLine="454"/>
        <w:jc w:val="both"/>
      </w:pPr>
      <w:r>
        <w:t xml:space="preserve">d) </w:t>
      </w:r>
      <w:r>
        <w:rPr>
          <w:color w:val="666666"/>
          <w:sz w:val="17"/>
        </w:rPr>
        <w:t>(Ek: 20/7/2017-7035/15 md.)</w:t>
      </w:r>
      <w:r>
        <w:t xml:space="preserve"> Olayın daha fazla araştırılmasına ihtiyaç duyulmadan davanın reddine karar verilmesi veya güvenlik tedbirlerine ilişkin hatalı kararın düzeltilmesi gereken hâllerde hukuka aykırılığın düzeltilerek istinaf başvurusunun esastan reddine,</w:t>
      </w:r>
    </w:p>
    <w:p>
      <w:pPr>
        <w:spacing w:after="80"/>
        <w:ind w:firstLine="454"/>
        <w:jc w:val="both"/>
      </w:pPr>
      <w:r>
        <w:t>e) İlk derece mahkemesinin kararında 289 uncu maddede belirtilen bir hukuka aykırılık nedeninin bulunması hâlinde hükmün bozulmasına ve dosyanın yeniden incelenmek ve hükmolunmak üzere hükmü bozulan ilk derece mahkemesine veya kendi yargı çevresinde uygun göreceği diğer bir ilk derece mahkemesine gönderilmesine,</w:t>
      </w:r>
    </w:p>
    <w:p>
      <w:pPr>
        <w:spacing w:after="80"/>
        <w:ind w:firstLine="454"/>
        <w:jc w:val="both"/>
      </w:pPr>
      <w:r>
        <w:t xml:space="preserve">f) </w:t>
      </w:r>
      <w:r>
        <w:rPr>
          <w:color w:val="666666"/>
          <w:sz w:val="17"/>
        </w:rPr>
        <w:t>(Ek:17/10/2019-7188/27 md.)</w:t>
      </w:r>
      <w:r>
        <w:t xml:space="preserve"> Soruşturma veya kovuşturma şartının gerçekleşmediğinin veya önödeme ve uzlaştırma usulünün uygulanmadığının anlaşılması ya da davanın ilk derece mahkemesinde görülmekte olan bir dava ile birlikte yürütülmesinin zorunlu olması hâlinde hükmün bozulmasına ve dosyanın yeniden incelenmek ve hükmolunmak üzere hükmü bozulan ilk derece mahkemesine veya kendi yargı çevresinde uygun göreceği diğer bir ilk derece mahkemesine gönderilmesine,</w:t>
      </w:r>
    </w:p>
    <w:p>
      <w:pPr>
        <w:spacing w:after="80"/>
        <w:ind w:firstLine="454"/>
        <w:jc w:val="both"/>
      </w:pPr>
      <w:r>
        <w:t>g) Diğer hâllerde, gerekli tedbirleri aldıktan sonra davanın yeniden görülmesine ve duruşma hazırlığı işlemlerine başlanmasına,</w:t>
      </w:r>
    </w:p>
    <w:p>
      <w:pPr>
        <w:spacing w:after="80"/>
        <w:ind w:firstLine="454"/>
        <w:jc w:val="both"/>
      </w:pPr>
      <w:r>
        <w:t>Karar verir.</w:t>
      </w:r>
    </w:p>
    <w:p>
      <w:pPr>
        <w:spacing w:after="80"/>
        <w:ind w:firstLine="454"/>
        <w:jc w:val="both"/>
      </w:pPr>
      <w:r>
        <w:t xml:space="preserve">(2) </w:t>
      </w:r>
      <w:r>
        <w:rPr>
          <w:color w:val="666666"/>
          <w:sz w:val="17"/>
        </w:rPr>
        <w:t>(Ek: 18/6/2014-6545/77 md.)</w:t>
      </w:r>
      <w:r>
        <w:t xml:space="preserve"> Duruşma sonunda bölge adliye mahkemesi istinaf başvurusunu esastan reddeder veya ilk derece mahkemesi hükmünü kaldırarak yeniden hüküm kurar.</w:t>
      </w:r>
    </w:p>
    <w:p>
      <w:pPr>
        <w:spacing w:after="80"/>
        <w:ind w:firstLine="454"/>
        <w:jc w:val="both"/>
      </w:pPr>
      <w:r>
        <w:t xml:space="preserve">(3) </w:t>
      </w:r>
      <w:r>
        <w:rPr>
          <w:color w:val="666666"/>
          <w:sz w:val="17"/>
        </w:rPr>
        <w:t>(Ek: 20/7/2017-7035/15 md.)</w:t>
      </w:r>
      <w:r>
        <w:t xml:space="preserve"> Birinci ve ikinci fıkra uyarınca verilen kararların sanık lehine olması hâlinde, bu hususların istinaf isteminde bulunmamış olan diğer sanıklara da uygulanma olanağı varsa bu sanıklar da istinaf isteminde bulunmuşçasına verilen kararlardan yararlanırlar.</w:t>
      </w:r>
    </w:p>
    <w:p>
      <w:pPr>
        <w:keepNext/>
        <w:spacing w:before="200" w:after="40"/>
      </w:pPr>
      <w:r>
        <w:rPr>
          <w:b/>
        </w:rPr>
        <w:t>Duruşma hazırlığı</w:t>
      </w:r>
    </w:p>
    <w:p>
      <w:pPr>
        <w:spacing w:after="80"/>
        <w:ind w:firstLine="454"/>
        <w:jc w:val="both"/>
      </w:pPr>
      <w:r>
        <w:rPr>
          <w:b/>
        </w:rPr>
        <w:t xml:space="preserve">MADDE 281 – </w:t>
      </w:r>
      <w:r>
        <w:t xml:space="preserve">(1) Duruşma hazırlığı aşamasında bölge adliye mahkemesi daire başkanı veya görevlendireceği üye, 175 inci madde hükümlerine uygun olarak duruşma gününü saptar; gerekli çağrıları yapar. </w:t>
      </w:r>
      <w:r>
        <w:rPr>
          <w:color w:val="666666"/>
          <w:sz w:val="17"/>
        </w:rPr>
        <w:t>(Mülga ikinci cümle: 20/7/2017-7035/16 md.)</w:t>
      </w:r>
    </w:p>
    <w:p>
      <w:pPr>
        <w:spacing w:after="80"/>
        <w:ind w:firstLine="454"/>
        <w:jc w:val="both"/>
      </w:pPr>
      <w:r>
        <w:t>(2) Mahkemece, gerekli görülen tanıkların, bilirkişilerin dinlenilmesine ve keşfin yapılmasına karar verilir.</w:t>
      </w:r>
    </w:p>
    <w:p>
      <w:pPr>
        <w:keepNext/>
        <w:spacing w:before="200" w:after="40"/>
      </w:pPr>
      <w:r>
        <w:rPr>
          <w:b/>
        </w:rPr>
        <w:t>İstisnalar</w:t>
      </w:r>
    </w:p>
    <w:p>
      <w:pPr>
        <w:spacing w:after="80"/>
        <w:ind w:firstLine="454"/>
        <w:jc w:val="both"/>
      </w:pPr>
      <w:r>
        <w:rPr>
          <w:b/>
        </w:rPr>
        <w:t xml:space="preserve">MADDE 282 – </w:t>
      </w:r>
      <w:r>
        <w:t>(1) Duruşma açıldığında aşağıda gösterilen istisnalar dışında bu Kanunun duruşma hazırlığı, duruşma ve karara ilişkin hükümleri uygulanır:</w:t>
      </w:r>
    </w:p>
    <w:p>
      <w:pPr>
        <w:spacing w:after="80"/>
        <w:ind w:firstLine="454"/>
        <w:jc w:val="both"/>
      </w:pPr>
      <w:r>
        <w:t>a) Duruşma, bu Kanunun öngördüğü genel hükümlere göre başladıktan sonra görevlendirilen üyenin inceleme raporu anlatılır.</w:t>
      </w:r>
    </w:p>
    <w:p>
      <w:pPr>
        <w:spacing w:after="80"/>
        <w:ind w:firstLine="454"/>
        <w:jc w:val="both"/>
      </w:pPr>
      <w:r>
        <w:t>b) İlk derece mahkemesinin gerekçeli hükmü anlatılır.</w:t>
      </w:r>
    </w:p>
    <w:p>
      <w:pPr>
        <w:spacing w:after="80"/>
        <w:ind w:firstLine="454"/>
        <w:jc w:val="both"/>
      </w:pPr>
      <w:r>
        <w:t xml:space="preserve">c) </w:t>
      </w:r>
      <w:r>
        <w:rPr>
          <w:color w:val="666666"/>
          <w:sz w:val="17"/>
        </w:rPr>
        <w:t>(Değişik: 20/7/2017-7035/17 md.)</w:t>
      </w:r>
      <w:r>
        <w:t xml:space="preserve"> İlk derece mahkemesinde dinlenilen tanıkların ifadelerini içeren tutanaklar ile keşif tutanakları ve bilirkişi raporu anlatılır.</w:t>
      </w:r>
    </w:p>
    <w:p>
      <w:pPr>
        <w:spacing w:after="80"/>
        <w:ind w:firstLine="454"/>
        <w:jc w:val="both"/>
      </w:pPr>
      <w:r>
        <w:t xml:space="preserve">d) </w:t>
      </w:r>
      <w:r>
        <w:rPr>
          <w:color w:val="666666"/>
          <w:sz w:val="17"/>
        </w:rPr>
        <w:t>(Ek: 20/7/2017-7035/17 md.)</w:t>
      </w:r>
      <w:r>
        <w:t xml:space="preserve"> Bölge adliye mahkemesi duruşma hazırlığı aşamasında toplanan delil ve belgeler, yapılmışsa keşif ve bilirkişi açıklamalarına ilişkin tutanak ve raporlar anlatılır.</w:t>
      </w:r>
    </w:p>
    <w:p>
      <w:pPr>
        <w:spacing w:after="80"/>
        <w:ind w:firstLine="454"/>
        <w:jc w:val="both"/>
      </w:pPr>
      <w:r>
        <w:t>e) Bölge adliye mahkemesi duruşmasında dinlenilmeleri gerekli görülen tanık ve bilirkişiler çağrılır.</w:t>
      </w:r>
    </w:p>
    <w:p>
      <w:pPr>
        <w:spacing w:after="80"/>
        <w:ind w:firstLine="454"/>
        <w:jc w:val="both"/>
      </w:pPr>
      <w:r>
        <w:t xml:space="preserve">f) </w:t>
      </w:r>
      <w:r>
        <w:rPr>
          <w:color w:val="666666"/>
          <w:sz w:val="17"/>
        </w:rPr>
        <w:t>(Ek:17/10/2019-7188/28 md.)</w:t>
      </w:r>
      <w:r>
        <w:t xml:space="preserve"> Sanık, müdafii, katılan ve vekilinin davetiye tebliğ edilmesine rağmen duruşmaya gelmemesi hâlinde duruşmaya devam edilerek sanığın sorgu tutanakları anlatılmak suretiyle dava yokluklarında bitirilebilir. Ancak, 195 inci madde hükümleri saklı kalmak üzere, sanık hakkında verilecek ceza, ilk derece mahkemesinin verdiği cezadan daha ağır ise, her hâlde sanığın dinlenmesi gerekir.</w:t>
      </w:r>
    </w:p>
    <w:p>
      <w:pPr>
        <w:keepNext/>
        <w:spacing w:before="200" w:after="40"/>
      </w:pPr>
      <w:r>
        <w:rPr>
          <w:b/>
        </w:rPr>
        <w:t>Sanık lehine başvurma hâlinde verilecek hüküm</w:t>
      </w:r>
    </w:p>
    <w:p>
      <w:pPr>
        <w:spacing w:after="80"/>
        <w:ind w:firstLine="454"/>
        <w:jc w:val="both"/>
      </w:pPr>
      <w:r>
        <w:rPr>
          <w:b/>
        </w:rPr>
        <w:t xml:space="preserve">MADDE 283 – </w:t>
      </w:r>
      <w:r>
        <w:t>(1) İstinaf yoluna yalnız sanık lehine başvurulmuşsa, yeniden verilen hüküm, önceki hükümle belirlenmiş olan cezadan daha ağır olamaz.</w:t>
      </w:r>
    </w:p>
    <w:p>
      <w:pPr>
        <w:keepNext/>
        <w:spacing w:before="200" w:after="40"/>
      </w:pPr>
      <w:r>
        <w:rPr>
          <w:b/>
        </w:rPr>
        <w:t>Direnme yasağı</w:t>
      </w:r>
    </w:p>
    <w:p>
      <w:pPr>
        <w:spacing w:after="80"/>
        <w:ind w:firstLine="454"/>
        <w:jc w:val="both"/>
      </w:pPr>
      <w:r>
        <w:rPr>
          <w:b/>
        </w:rPr>
        <w:t xml:space="preserve">MADDE 284 – </w:t>
      </w:r>
      <w:r>
        <w:t>(1) Bölge adliye mahkemesi karar ve hükümlerine karşı direnilemez; bunlara karşı herhangi bir kanun yoluna gidilemez.</w:t>
      </w:r>
    </w:p>
    <w:p>
      <w:pPr>
        <w:spacing w:after="80"/>
        <w:ind w:firstLine="454"/>
        <w:jc w:val="both"/>
      </w:pPr>
      <w:r>
        <w:t>(2) İtiraz ve temyize ilişkin hükümler saklıdır.</w:t>
      </w:r>
    </w:p>
    <w:p>
      <w:pPr>
        <w:keepNext/>
        <w:spacing w:before="200" w:after="40"/>
      </w:pPr>
      <w:r>
        <w:rPr>
          <w:b/>
        </w:rPr>
        <w:t>Özel kanunların temyize ilişkin hükümleri</w:t>
      </w:r>
    </w:p>
    <w:p>
      <w:pPr>
        <w:spacing w:after="80"/>
        <w:ind w:firstLine="454"/>
        <w:jc w:val="both"/>
      </w:pPr>
      <w:r>
        <w:rPr>
          <w:b/>
        </w:rPr>
        <w:t xml:space="preserve">MADDE 285 – </w:t>
      </w:r>
      <w:r>
        <w:t>(1) 23/4/2016 tarihli ve 6706 sayılı Cezaî Konularda Uluslararası Adlî İş Birliği Kanununun 18 inci maddesinin dördüncü fıkrası hükmü hariç; diğer kanunlarda temyiz edilebileceği veya haklarında Yargıtaya başvurulabileceği belirtilmiş olup da bölge adliye mahkemelerinin görev alanına giren dava ve işlere ilişkin ilk derece mahkemelerinin karar ve hükümlerine karşı istinaf yoluna başvurulur.</w:t>
      </w:r>
    </w:p>
    <w:p>
      <w:pPr>
        <w:spacing w:before="360"/>
        <w:jc w:val="center"/>
      </w:pPr>
      <w:r>
        <w:rPr>
          <w:b/>
          <w:sz w:val="24"/>
        </w:rPr>
        <w:t>ÜÇÜNCÜ BÖLÜM</w:t>
        <w:br/>
        <w:t>Temyiz</w:t>
      </w:r>
    </w:p>
    <w:p>
      <w:pPr>
        <w:keepNext/>
        <w:spacing w:before="200" w:after="40"/>
      </w:pPr>
      <w:r>
        <w:rPr>
          <w:b/>
        </w:rPr>
        <w:t>Temyiz</w:t>
      </w:r>
    </w:p>
    <w:p>
      <w:pPr>
        <w:spacing w:after="80"/>
        <w:ind w:firstLine="454"/>
        <w:jc w:val="both"/>
      </w:pPr>
      <w:r>
        <w:rPr>
          <w:b/>
        </w:rPr>
        <w:t xml:space="preserve">MADDE 286 – </w:t>
      </w:r>
      <w:r>
        <w:t>(1) Bölge adliye mahkemesi ceza dairelerinin bozma dışında kalan hükümleri temyiz edilebilir.</w:t>
      </w:r>
    </w:p>
    <w:p>
      <w:pPr>
        <w:spacing w:after="80"/>
        <w:ind w:firstLine="454"/>
        <w:jc w:val="both"/>
      </w:pPr>
      <w:r>
        <w:t>(2) Ancak;</w:t>
      </w:r>
    </w:p>
    <w:p>
      <w:pPr>
        <w:spacing w:after="80"/>
        <w:ind w:firstLine="454"/>
        <w:jc w:val="both"/>
      </w:pPr>
      <w:r>
        <w:t>a) İlk derece mahkemelerinden verilen beş yıl veya daha az hapis cezaları ile miktarı ne olursa olsun adlî para cezalarına karşı istinaf başvurusunun esastan reddine dair bölge adliye mahkemesi kararları,</w:t>
      </w:r>
    </w:p>
    <w:p>
      <w:pPr>
        <w:spacing w:after="80"/>
        <w:ind w:firstLine="454"/>
        <w:jc w:val="both"/>
      </w:pPr>
      <w:r>
        <w:t>b) İlk derece mahkemelerinden verilen beş yıl veya daha az hapis cezalarını artırmayan bölge adliye mahkemesi kararları,</w:t>
      </w:r>
    </w:p>
    <w:p>
      <w:pPr>
        <w:spacing w:after="80"/>
        <w:ind w:firstLine="454"/>
        <w:jc w:val="both"/>
      </w:pPr>
      <w:r>
        <w:t xml:space="preserve">c) </w:t>
      </w:r>
      <w:r>
        <w:rPr>
          <w:color w:val="666666"/>
          <w:sz w:val="17"/>
        </w:rPr>
        <w:t>(Ek: 20/7/2017-7035/20 md.)</w:t>
      </w:r>
      <w:r>
        <w:t xml:space="preserve"> Hapis cezasından çevrilen seçenek yaptırımlara ilişkin ilk derece mahkemesi kararları ile ilgili olarak bölge adliye mahkemesince verilen; seçenek yaptırımlara ilişkin her türlü kararlar ve istinaf başvurusunun esastan reddine dair kararlar,</w:t>
      </w:r>
    </w:p>
    <w:p>
      <w:pPr>
        <w:spacing w:after="80"/>
        <w:ind w:firstLine="454"/>
        <w:jc w:val="both"/>
      </w:pPr>
      <w:r>
        <w:t>d) (Anayasa Mahkemesinin 27/12/2018 tarihli ve E.:2018/71 K.:2018/118 sayılı Kararı ile İptal; Yeniden Düzenleme:20/2/2019-7165/7 md.) İlk defa bölge adliye mahkemesince verilen ve 272 nci maddenin üçüncü fıkrası kapsamı dışında kalan mahkûmiyet kararları hariç olmak üzere, ilk derece mahkemelerinin görevine giren ve kanunda üst sınırı iki yıla kadar (iki yıl dâhil) hapis cezasını gerektiren suçlar ve bunlara bağlı adlî para cezalarına ilişkin her türlü bölge adliye mahkemesi kararları,</w:t>
      </w:r>
    </w:p>
    <w:p>
      <w:pPr>
        <w:spacing w:after="80"/>
        <w:ind w:firstLine="454"/>
        <w:jc w:val="both"/>
      </w:pPr>
      <w:r>
        <w:t>e) Adlî para cezasını gerektiren suçlarda ilk derece mahkemelerinden verilen hükümlere ilişkin her türlü bölge adliye mahkemesi kararları,</w:t>
      </w:r>
    </w:p>
    <w:p>
      <w:pPr>
        <w:spacing w:after="80"/>
        <w:ind w:firstLine="454"/>
        <w:jc w:val="both"/>
      </w:pPr>
      <w:r>
        <w:t xml:space="preserve">f) </w:t>
      </w:r>
      <w:r>
        <w:rPr>
          <w:color w:val="666666"/>
          <w:sz w:val="17"/>
        </w:rPr>
        <w:t>(Değişik: 18/6/2014-6545/78 md.)</w:t>
      </w:r>
      <w:r>
        <w:t xml:space="preserve"> Sadece eşya veya kazanç müsaderesine veya bunlara yer olmadığına ilişkin ilk derece mahkemesi kararları ile ilgili olarak istinaf başvurusunun esastan reddine dair kararları,</w:t>
      </w:r>
    </w:p>
    <w:p>
      <w:pPr>
        <w:spacing w:after="80"/>
        <w:ind w:firstLine="454"/>
        <w:jc w:val="both"/>
      </w:pPr>
      <w:r>
        <w:t>g) On yıl veya daha az hapis cezasını veya adlî para cezasını gerektiren suçlardan, ilk derece mahkemesince verilen beraat kararları ile ilgili olarak istinaf başvurusunun esastan reddine dair kararları,</w:t>
      </w:r>
    </w:p>
    <w:p>
      <w:pPr>
        <w:spacing w:after="80"/>
        <w:ind w:firstLine="454"/>
        <w:jc w:val="both"/>
      </w:pPr>
      <w:r>
        <w:t xml:space="preserve">h) </w:t>
      </w:r>
      <w:r>
        <w:rPr>
          <w:color w:val="666666"/>
          <w:sz w:val="17"/>
        </w:rPr>
        <w:t>(Değişik: 18/6/2014-6545/78 md.)</w:t>
      </w:r>
      <w:r>
        <w:t xml:space="preserve"> Davanın düşmesine, ceza verilmesine yer olmadığına, güvenlik tedbirine ilişkin ilk derece mahkemesi kararları ile ilgili olarak bölge adliye mahkemesince verilen bu tür kararlar veya istinaf başvurusunun esastan reddine dair kararlar,</w:t>
      </w:r>
    </w:p>
    <w:p>
      <w:pPr>
        <w:spacing w:after="80"/>
        <w:ind w:firstLine="454"/>
        <w:jc w:val="both"/>
      </w:pPr>
      <w:r>
        <w:t>ı) Yukarıdaki bentlerde yer alan sınırlar içinde kalmak koşuluyla aynı hükümde, cezalardan ve kararlardan birden fazlasını içeren bölge adliye mahkemesi kararları,</w:t>
      </w:r>
    </w:p>
    <w:p>
      <w:pPr>
        <w:spacing w:after="80"/>
        <w:ind w:firstLine="454"/>
        <w:jc w:val="both"/>
      </w:pPr>
      <w:r>
        <w:t>Temyiz edilemez.</w:t>
      </w:r>
    </w:p>
    <w:p>
      <w:pPr>
        <w:spacing w:after="80"/>
        <w:ind w:firstLine="454"/>
        <w:jc w:val="both"/>
      </w:pPr>
      <w:r>
        <w:t xml:space="preserve">(3) </w:t>
      </w:r>
      <w:r>
        <w:rPr>
          <w:color w:val="666666"/>
          <w:sz w:val="17"/>
        </w:rPr>
        <w:t>(Ek:17/10/2019-7188/29 md.)</w:t>
      </w:r>
      <w:r>
        <w:t xml:space="preserve"> İkinci fıkrada belirtilen temyiz edilemeyecek kararlar kapsamında olsa bile aşağıda sayılan suçlar nedeniyle verilen bölge adliye mahkemesi ceza dairelerinin kararları temyiz edilebilir:</w:t>
      </w:r>
    </w:p>
    <w:p>
      <w:pPr>
        <w:spacing w:after="80"/>
        <w:ind w:firstLine="454"/>
        <w:jc w:val="both"/>
      </w:pPr>
      <w:r>
        <w:t>a) Türk Ceza Kanununda yer alan;</w:t>
      </w:r>
    </w:p>
    <w:p>
      <w:pPr>
        <w:spacing w:after="80"/>
        <w:ind w:firstLine="454"/>
        <w:jc w:val="both"/>
      </w:pPr>
      <w:r>
        <w:t>1. Hakaret (madde 125, üçüncü fıkra),</w:t>
      </w:r>
    </w:p>
    <w:p>
      <w:pPr>
        <w:spacing w:after="80"/>
        <w:ind w:firstLine="454"/>
        <w:jc w:val="both"/>
      </w:pPr>
      <w:r>
        <w:t>2. Halk arasında korku ve panik yaratmak amacıyla tehdit (madde 213),</w:t>
      </w:r>
    </w:p>
    <w:p>
      <w:pPr>
        <w:spacing w:after="80"/>
        <w:ind w:firstLine="454"/>
        <w:jc w:val="both"/>
      </w:pPr>
      <w:r>
        <w:t>3. Suç işlemeye tahrik (madde 214),</w:t>
      </w:r>
    </w:p>
    <w:p>
      <w:pPr>
        <w:spacing w:after="80"/>
        <w:ind w:firstLine="454"/>
        <w:jc w:val="both"/>
      </w:pPr>
      <w:r>
        <w:t>4. Suçu ve suçluyu övme (madde 215),</w:t>
      </w:r>
    </w:p>
    <w:p>
      <w:pPr>
        <w:spacing w:after="80"/>
        <w:ind w:firstLine="454"/>
        <w:jc w:val="both"/>
      </w:pPr>
      <w:r>
        <w:t>5. Halkı kin ve düşmanlığa tahrik veya aşağılama (madde 216),</w:t>
      </w:r>
    </w:p>
    <w:p>
      <w:pPr>
        <w:spacing w:after="80"/>
        <w:ind w:firstLine="454"/>
        <w:jc w:val="both"/>
      </w:pPr>
      <w:r>
        <w:t>6. Kanunlara uymamaya tahrik (madde 217),</w:t>
      </w:r>
    </w:p>
    <w:p>
      <w:pPr>
        <w:spacing w:after="80"/>
        <w:ind w:firstLine="454"/>
        <w:jc w:val="both"/>
      </w:pPr>
      <w:r>
        <w:t xml:space="preserve">7. </w:t>
      </w:r>
      <w:r>
        <w:rPr>
          <w:color w:val="666666"/>
          <w:sz w:val="17"/>
        </w:rPr>
        <w:t>(Ek:13/10/2022-7418/30 md.)</w:t>
      </w:r>
      <w:r>
        <w:t xml:space="preserve"> Halkı yanıltıcı bilgiyi alenen yayma (madde 217/A),</w:t>
      </w:r>
    </w:p>
    <w:p>
      <w:pPr>
        <w:spacing w:after="80"/>
        <w:ind w:firstLine="454"/>
        <w:jc w:val="both"/>
      </w:pPr>
      <w:r>
        <w:t>8. Cumhurbaşkanına hakaret (madde 299),</w:t>
      </w:r>
    </w:p>
    <w:p>
      <w:pPr>
        <w:spacing w:after="80"/>
        <w:ind w:firstLine="454"/>
        <w:jc w:val="both"/>
      </w:pPr>
      <w:r>
        <w:t>9. Devletin egemenlik alametlerini aşağılama (madde 300),</w:t>
      </w:r>
    </w:p>
    <w:p>
      <w:pPr>
        <w:spacing w:after="80"/>
        <w:ind w:firstLine="454"/>
        <w:jc w:val="both"/>
      </w:pPr>
      <w:r>
        <w:t>10. Türk Milletini, Türkiye Cumhuriyeti Devletini, Devletin kurum ve organlarını aşağılama (madde 301),</w:t>
      </w:r>
    </w:p>
    <w:p>
      <w:pPr>
        <w:spacing w:after="80"/>
        <w:ind w:firstLine="454"/>
        <w:jc w:val="both"/>
      </w:pPr>
      <w:r>
        <w:t>11. Silâhlı örgüt (madde 314),</w:t>
      </w:r>
    </w:p>
    <w:p>
      <w:pPr>
        <w:spacing w:after="80"/>
        <w:ind w:firstLine="454"/>
        <w:jc w:val="both"/>
      </w:pPr>
      <w:r>
        <w:t>12. Halkı askerlikten soğutma (madde 318),</w:t>
      </w:r>
    </w:p>
    <w:p>
      <w:pPr>
        <w:spacing w:after="80"/>
        <w:ind w:firstLine="454"/>
        <w:jc w:val="both"/>
      </w:pPr>
      <w:r>
        <w:t>suçları.</w:t>
      </w:r>
    </w:p>
    <w:p>
      <w:pPr>
        <w:spacing w:after="80"/>
        <w:ind w:firstLine="454"/>
        <w:jc w:val="both"/>
      </w:pPr>
      <w:r>
        <w:t>b) Terörle Mücadele Kanununun 6 ncı maddesinin ikinci ve dördüncü fıkrası ile 7 nci maddesinin ikinci fıkrasında yer alan suçlar.</w:t>
      </w:r>
    </w:p>
    <w:p>
      <w:pPr>
        <w:spacing w:after="80"/>
        <w:ind w:firstLine="454"/>
        <w:jc w:val="both"/>
      </w:pPr>
      <w:r>
        <w:t>c) Toplantı ve Gösteri Yürüyüşleri Kanununun 28 inci maddesinin birinci fıkrası, 31 inci maddesi ve 32 nci maddesinde yer alan suçlar.</w:t>
      </w:r>
    </w:p>
    <w:p>
      <w:pPr>
        <w:keepNext/>
        <w:spacing w:before="200" w:after="40"/>
      </w:pPr>
      <w:r>
        <w:rPr>
          <w:b/>
        </w:rPr>
        <w:t>Hükümden önceki kararların temyizi</w:t>
      </w:r>
    </w:p>
    <w:p>
      <w:pPr>
        <w:spacing w:after="80"/>
        <w:ind w:firstLine="454"/>
        <w:jc w:val="both"/>
      </w:pPr>
      <w:r>
        <w:rPr>
          <w:b/>
        </w:rPr>
        <w:t xml:space="preserve">MADDE 287 – </w:t>
      </w:r>
      <w:r>
        <w:t>(1) Hükümden önce verilip hükme esas teşkil eden veya başkaca kanun yolu öngörülmemiş olan mahkeme kararları da hükümle beraber temyiz olunabilir.</w:t>
      </w:r>
    </w:p>
    <w:p>
      <w:pPr>
        <w:keepNext/>
        <w:spacing w:before="200" w:after="40"/>
      </w:pPr>
      <w:r>
        <w:rPr>
          <w:b/>
        </w:rPr>
        <w:t>Temyiz nedeni</w:t>
      </w:r>
    </w:p>
    <w:p>
      <w:pPr>
        <w:spacing w:after="80"/>
        <w:ind w:firstLine="454"/>
        <w:jc w:val="both"/>
      </w:pPr>
      <w:r>
        <w:rPr>
          <w:b/>
        </w:rPr>
        <w:t xml:space="preserve">MADDE 288 – </w:t>
      </w:r>
      <w:r>
        <w:t>(1) Temyiz, ancak hükmün hukuka aykırı olması nedenine dayanır.</w:t>
      </w:r>
    </w:p>
    <w:p>
      <w:pPr>
        <w:spacing w:after="80"/>
        <w:ind w:firstLine="454"/>
        <w:jc w:val="both"/>
      </w:pPr>
      <w:r>
        <w:t>(2) Bir hukuk kuralının uygulanmaması veya yanlış uygulanması hukuka aykırılıktır.</w:t>
      </w:r>
    </w:p>
    <w:p>
      <w:pPr>
        <w:keepNext/>
        <w:spacing w:before="200" w:after="40"/>
      </w:pPr>
      <w:r>
        <w:rPr>
          <w:b/>
        </w:rPr>
        <w:t>Hukuka kesin aykırılık hâlleri</w:t>
      </w:r>
    </w:p>
    <w:p>
      <w:pPr>
        <w:spacing w:after="80"/>
        <w:ind w:firstLine="454"/>
        <w:jc w:val="both"/>
      </w:pPr>
      <w:r>
        <w:rPr>
          <w:b/>
        </w:rPr>
        <w:t xml:space="preserve">MADDE 289 – </w:t>
      </w:r>
      <w:r>
        <w:t>(1) Temyiz dilekçesi veya beyanında gösterilmiş olmasa da aşağıda yazılı hâllerde hukuka kesin aykırılık var sayılır:</w:t>
      </w:r>
    </w:p>
    <w:p>
      <w:pPr>
        <w:spacing w:after="80"/>
        <w:ind w:firstLine="454"/>
        <w:jc w:val="both"/>
      </w:pPr>
      <w:r>
        <w:t>a) Mahkemenin kanuna uygun olarak teşekkül etmemiş olması.</w:t>
      </w:r>
    </w:p>
    <w:p>
      <w:pPr>
        <w:spacing w:after="80"/>
        <w:ind w:firstLine="454"/>
        <w:jc w:val="both"/>
      </w:pPr>
      <w:r>
        <w:t>b) Hâkimlik görevini yapmaktan kanun gereğince yasaklanmış hâkimin hükme katılması.</w:t>
      </w:r>
    </w:p>
    <w:p>
      <w:pPr>
        <w:spacing w:after="80"/>
        <w:ind w:firstLine="454"/>
        <w:jc w:val="both"/>
      </w:pPr>
      <w:r>
        <w:t>c) Geçerli şüphe nedeniyle hakkında ret istemi öne sürülmüş olup da bu istem kabul olunduğu hâlde hâkimin hükme katılması veya bu istemin kanuna aykırı olarak reddedilip hâkimin hükme katılması.</w:t>
      </w:r>
    </w:p>
    <w:p>
      <w:pPr>
        <w:spacing w:after="80"/>
        <w:ind w:firstLine="454"/>
        <w:jc w:val="both"/>
      </w:pPr>
      <w:r>
        <w:t>d) Mahkemenin kanuna aykırı olarak davaya bakmaya kendini görevli veya yetkili görmesi.</w:t>
      </w:r>
    </w:p>
    <w:p>
      <w:pPr>
        <w:spacing w:after="80"/>
        <w:ind w:firstLine="454"/>
        <w:jc w:val="both"/>
      </w:pPr>
      <w:r>
        <w:t>e) Cumhuriyet savcısı veya duruşmada kanunen mutlaka hazır bulunması gereken diğer kişilerin yokluğunda duruşma yapılması.</w:t>
      </w:r>
    </w:p>
    <w:p>
      <w:pPr>
        <w:spacing w:after="80"/>
        <w:ind w:firstLine="454"/>
        <w:jc w:val="both"/>
      </w:pPr>
      <w:r>
        <w:t>f) Duruşmalı olarak verilen hükümde açıklık kuralının ihlâl edilmesi.</w:t>
      </w:r>
    </w:p>
    <w:p>
      <w:pPr>
        <w:spacing w:after="80"/>
        <w:ind w:firstLine="454"/>
        <w:jc w:val="both"/>
      </w:pPr>
      <w:r>
        <w:t>g) Hükmün 230 uncu madde gereğince gerekçeyi içermemesi.</w:t>
      </w:r>
    </w:p>
    <w:p>
      <w:pPr>
        <w:spacing w:after="80"/>
        <w:ind w:firstLine="454"/>
        <w:jc w:val="both"/>
      </w:pPr>
      <w:r>
        <w:t>h) Hüküm için önemli olan hususlarda mahkeme kararı ile savunma hakkının sınırlandırılmış olması.</w:t>
      </w:r>
    </w:p>
    <w:p>
      <w:pPr>
        <w:spacing w:after="80"/>
        <w:ind w:firstLine="454"/>
        <w:jc w:val="both"/>
      </w:pPr>
      <w:r>
        <w:t>i) Hükmün hukuka aykırı yöntemlerle elde edilen delile dayanması.</w:t>
      </w:r>
    </w:p>
    <w:p>
      <w:pPr>
        <w:keepNext/>
        <w:spacing w:before="200" w:after="40"/>
      </w:pPr>
      <w:r>
        <w:rPr>
          <w:b/>
        </w:rPr>
        <w:t>Sanığın yararına olan kurallara aykırılık</w:t>
      </w:r>
    </w:p>
    <w:p>
      <w:pPr>
        <w:spacing w:after="80"/>
        <w:ind w:firstLine="454"/>
        <w:jc w:val="both"/>
      </w:pPr>
      <w:r>
        <w:rPr>
          <w:b/>
        </w:rPr>
        <w:t xml:space="preserve">MADDE 290 – </w:t>
      </w:r>
      <w:r>
        <w:t>(1) Sanığın yararına olan hukuk kurallarına aykırılık, sanık aleyhine hükmün bozdurulması için Cumhuriyet savcısına bir hak vermez.</w:t>
      </w:r>
    </w:p>
    <w:p>
      <w:pPr>
        <w:keepNext/>
        <w:spacing w:before="200" w:after="40"/>
      </w:pPr>
      <w:r>
        <w:rPr>
          <w:b/>
        </w:rPr>
        <w:t>Temyiz istemi ve süresi</w:t>
      </w:r>
    </w:p>
    <w:p>
      <w:pPr>
        <w:spacing w:after="80"/>
        <w:ind w:firstLine="454"/>
        <w:jc w:val="both"/>
      </w:pPr>
      <w:r>
        <w:rPr>
          <w:b/>
        </w:rPr>
        <w:t xml:space="preserve">MADDE 291 – </w:t>
      </w:r>
      <w:r>
        <w:t>(1) Temyiz istemi, hükmün gerekçesiyle birlikte tebliğ edildiği tarihten itibaren iki hafta içinde hükmü veren mahkemeye bir dilekçe verilmesi veya zabıt kâtibine bir beyanda bulunulması suretiyle yapılır; beyan tutanağa geçirilir ve tutanak hâkime onaylattırılır. Tutuklu bulunan sanık hakkında 263 üncü madde hükmü saklıdır.</w:t>
      </w:r>
    </w:p>
    <w:p>
      <w:pPr>
        <w:spacing w:after="80"/>
        <w:ind w:firstLine="454"/>
        <w:jc w:val="both"/>
      </w:pPr>
      <w:r>
        <w:t xml:space="preserve">(2) </w:t>
      </w:r>
      <w:r>
        <w:rPr>
          <w:color w:val="666666"/>
          <w:sz w:val="17"/>
        </w:rPr>
        <w:t>(Mülga:2/3/2024-7499/19 md.)</w:t>
      </w:r>
    </w:p>
    <w:p>
      <w:pPr>
        <w:keepNext/>
        <w:spacing w:before="200" w:after="40"/>
      </w:pPr>
      <w:r>
        <w:rPr>
          <w:b/>
        </w:rPr>
        <w:t>Eski hâle getirme süresi içinde temyiz süresinin işlemesi</w:t>
      </w:r>
    </w:p>
    <w:p>
      <w:pPr>
        <w:spacing w:after="80"/>
        <w:ind w:firstLine="454"/>
        <w:jc w:val="both"/>
      </w:pPr>
      <w:r>
        <w:rPr>
          <w:b/>
        </w:rPr>
        <w:t xml:space="preserve">MADDE 292 – </w:t>
      </w:r>
      <w:r>
        <w:t>(1) Sanığın aleyhine, yokluğunda verilen hükümlerde eski hâle getirme istemiyle ilgili olarak 274 üncü madde hükümleri uygulanır.</w:t>
      </w:r>
    </w:p>
    <w:p>
      <w:pPr>
        <w:keepNext/>
        <w:spacing w:before="200" w:after="40"/>
      </w:pPr>
      <w:r>
        <w:rPr>
          <w:b/>
        </w:rPr>
        <w:t>Temyiz başvurusunun etkisi</w:t>
      </w:r>
    </w:p>
    <w:p>
      <w:pPr>
        <w:spacing w:after="80"/>
        <w:ind w:firstLine="454"/>
        <w:jc w:val="both"/>
      </w:pPr>
      <w:r>
        <w:rPr>
          <w:b/>
        </w:rPr>
        <w:t xml:space="preserve">MADDE 293 – </w:t>
      </w:r>
      <w:r>
        <w:t>(1) Süresi içinde yapılan temyiz başvurusu, hükmün kesinleşmesini engeller.</w:t>
      </w:r>
    </w:p>
    <w:p>
      <w:pPr>
        <w:spacing w:after="80"/>
        <w:ind w:firstLine="454"/>
        <w:jc w:val="both"/>
      </w:pPr>
      <w:r>
        <w:t xml:space="preserve">(2) </w:t>
      </w:r>
      <w:r>
        <w:rPr>
          <w:color w:val="666666"/>
          <w:sz w:val="17"/>
        </w:rPr>
        <w:t>(Mülga:2/3/2024-7499/21 md.)</w:t>
      </w:r>
    </w:p>
    <w:p>
      <w:pPr>
        <w:keepNext/>
        <w:spacing w:before="200" w:after="40"/>
      </w:pPr>
      <w:r>
        <w:rPr>
          <w:b/>
        </w:rPr>
        <w:t>Temyiz başvurusunun içeriği</w:t>
      </w:r>
    </w:p>
    <w:p>
      <w:pPr>
        <w:spacing w:after="80"/>
        <w:ind w:firstLine="454"/>
        <w:jc w:val="both"/>
      </w:pPr>
      <w:r>
        <w:rPr>
          <w:b/>
        </w:rPr>
        <w:t xml:space="preserve">MADDE 294 – </w:t>
      </w:r>
      <w:r>
        <w:t xml:space="preserve">(1) Temyiz eden, hükmün neden dolayı bozulmasını istediğini temyiz başvurusunda göstermek zorundadır. </w:t>
      </w:r>
      <w:r>
        <w:rPr>
          <w:color w:val="666666"/>
          <w:sz w:val="17"/>
        </w:rPr>
        <w:t>(Ek cümle:2/3/2024-7499/20 md.)</w:t>
      </w:r>
      <w:r>
        <w:t xml:space="preserve"> Cumhuriyet savcısı temyiz dilekçesinde, temyiz isteğinin sanığın yararına veya aleyhine olduğunu açıkça belirtir.</w:t>
      </w:r>
    </w:p>
    <w:p>
      <w:pPr>
        <w:spacing w:after="80"/>
        <w:ind w:firstLine="454"/>
        <w:jc w:val="both"/>
      </w:pPr>
      <w:r>
        <w:t>(2) Temyiz sebebi, ancak hükmün hukukî yönüne ilişkin olabilir.</w:t>
      </w:r>
    </w:p>
    <w:p>
      <w:pPr>
        <w:keepNext/>
        <w:spacing w:before="200" w:after="40"/>
      </w:pPr>
      <w:r>
        <w:rPr>
          <w:b/>
        </w:rPr>
        <w:t>Temyiz gerekçesi</w:t>
      </w:r>
    </w:p>
    <w:p>
      <w:pPr>
        <w:spacing w:after="80"/>
        <w:ind w:firstLine="454"/>
        <w:jc w:val="both"/>
      </w:pPr>
      <w:r>
        <w:rPr>
          <w:b/>
        </w:rPr>
        <w:t xml:space="preserve">MADDE 295 – </w:t>
      </w:r>
      <w:r>
        <w:rPr>
          <w:color w:val="666666"/>
          <w:sz w:val="17"/>
        </w:rPr>
        <w:t>(Mülga:2/3/2024-7499/21 md.)</w:t>
      </w:r>
    </w:p>
    <w:p>
      <w:pPr>
        <w:keepNext/>
        <w:spacing w:before="200" w:after="40"/>
      </w:pPr>
      <w:r>
        <w:rPr>
          <w:b/>
        </w:rPr>
        <w:t>Temyiz isteminin kabule değer sayılmamasından dolayı hükmü veren mahkemece reddi</w:t>
      </w:r>
    </w:p>
    <w:p>
      <w:pPr>
        <w:spacing w:after="80"/>
        <w:ind w:firstLine="454"/>
        <w:jc w:val="both"/>
      </w:pPr>
      <w:r>
        <w:rPr>
          <w:b/>
        </w:rPr>
        <w:t xml:space="preserve">MADDE 296 – </w:t>
      </w:r>
      <w:r>
        <w:t>(1) Temyiz istemi, kanunî sürenin geçmesinden sonra yapılmış veya temyiz edilemeyecek bir hüküm temyiz edilmiş veya temyiz edenin buna hakkı yoksa, hükmü temyiz olunan bölge adliye veya ilk derece mahkemesi bir karar ile temyiz istemini reddeder.</w:t>
      </w:r>
    </w:p>
    <w:p>
      <w:pPr>
        <w:spacing w:after="80"/>
        <w:ind w:firstLine="454"/>
        <w:jc w:val="both"/>
      </w:pPr>
      <w:r>
        <w:t>(2) Temyiz eden, ret kararının kendisine tebliğinden itibaren iki hafta içinde Yargıtaydan bu hususta bir karar vermesini isteyebilir. Bu takdirde dosya Yargıtaya gönderilir. Ancak, bu nedenden dolayı hükmün infazı ertelenemez.</w:t>
      </w:r>
    </w:p>
    <w:p>
      <w:pPr>
        <w:keepNext/>
        <w:spacing w:before="200" w:after="40"/>
      </w:pPr>
      <w:r>
        <w:rPr>
          <w:b/>
        </w:rPr>
        <w:t>Temyiz dilekçesinin tebliği ve cevabı, Yargıtay Cumhuriyet Başsavcılığının görevi</w:t>
      </w:r>
    </w:p>
    <w:p>
      <w:pPr>
        <w:spacing w:after="80"/>
        <w:ind w:firstLine="454"/>
        <w:jc w:val="both"/>
      </w:pPr>
      <w:r>
        <w:rPr>
          <w:b/>
        </w:rPr>
        <w:t xml:space="preserve">MADDE 297 – </w:t>
      </w:r>
      <w:r>
        <w:t>(1) 296 ncı maddeye göre hükmü veren bölge adliye mahkemesince reddedilmeyen temyiz istemine ilişkin dilekçesinin bir örneği karşı tarafa tebliğ olunur. Karşı taraf, tebliğ tarihinden itibaren iki hafta içinde yazılı olarak cevabını verebilir.</w:t>
      </w:r>
    </w:p>
    <w:p>
      <w:pPr>
        <w:spacing w:after="80"/>
        <w:ind w:firstLine="454"/>
        <w:jc w:val="both"/>
      </w:pPr>
      <w:r>
        <w:t>(2) Cevap verildikten veya bunun için belirli süre bittikten sonra dava dosyası, bölge adliye mahkemesi tarafından Yargıtay Cumhuriyet Başsavcılığına gönderilir.</w:t>
      </w:r>
    </w:p>
    <w:p>
      <w:pPr>
        <w:spacing w:after="80"/>
        <w:ind w:firstLine="454"/>
        <w:jc w:val="both"/>
      </w:pPr>
      <w:r>
        <w:t>(3) Yargıtay Cumhuriyet Başsavcılığınca düzenlenen tebliğname, hükmü temyiz etmeleri veya aleyhlerine sonuç doğurabilecek görüş içermesi hâlinde sanık veya müdafii ile katılan veya vekillerine ilgili dairesince tebliğ olunur. İlgili taraf tebliğden itibaren iki hafta içinde yazılı olarak cevap verebilir.135</w:t>
      </w:r>
    </w:p>
    <w:p>
      <w:pPr>
        <w:spacing w:after="80"/>
        <w:ind w:firstLine="454"/>
        <w:jc w:val="both"/>
      </w:pPr>
      <w:r>
        <w:t>(4) Üçüncü fıkra uyarınca yapılacak tebligatlar, ilgililerin dava dosyasından belirlenen son adreslerine yapılmasıyla geçerli olur.</w:t>
      </w:r>
    </w:p>
    <w:p>
      <w:pPr>
        <w:spacing w:after="80"/>
        <w:ind w:firstLine="454"/>
        <w:jc w:val="both"/>
      </w:pPr>
      <w:r>
        <w:t>(5) 262 ve 263 üncü madde hükümleri saklıdır.</w:t>
      </w:r>
    </w:p>
    <w:p>
      <w:pPr>
        <w:keepNext/>
        <w:spacing w:before="200" w:after="40"/>
      </w:pPr>
      <w:r>
        <w:rPr>
          <w:b/>
        </w:rPr>
        <w:t>Temyiz isteminin reddi</w:t>
      </w:r>
    </w:p>
    <w:p>
      <w:pPr>
        <w:spacing w:after="80"/>
        <w:ind w:firstLine="454"/>
        <w:jc w:val="both"/>
      </w:pPr>
      <w:r>
        <w:rPr>
          <w:b/>
        </w:rPr>
        <w:t xml:space="preserve">MADDE 298 – </w:t>
      </w:r>
      <w:r>
        <w:t>(1) Yargıtay, süresi içinde temyiz başvurusunda bulunulmadığını, hükmün temyiz edilemez olduğunu, temyiz edenin buna hakkı olmadığını ya da temyiz dilekçesinin temyiz sebeplerini içermediğini saptarsa, temyiz istemini reddeder.</w:t>
      </w:r>
    </w:p>
    <w:p>
      <w:pPr>
        <w:keepNext/>
        <w:spacing w:before="200" w:after="40"/>
      </w:pPr>
      <w:r>
        <w:rPr>
          <w:b/>
        </w:rPr>
        <w:t>Duruşmalı inceleme</w:t>
      </w:r>
    </w:p>
    <w:p>
      <w:pPr>
        <w:spacing w:after="80"/>
        <w:ind w:firstLine="454"/>
        <w:jc w:val="both"/>
      </w:pPr>
      <w:r>
        <w:rPr>
          <w:b/>
        </w:rPr>
        <w:t xml:space="preserve">MADDE 299 – </w:t>
      </w:r>
      <w:r>
        <w:t>(1) On yıl veya daha fazla hapis cezasına ilişkin hükümlerde, Yargıtay, incelemelerini uygun görmesi halinde duruşma yoluyla yapabilir. Duruşma gününden sanığa, katılana, müdafi ve vekile haber verilir. Sanık, duruşmada hazır bulunabileceği gibi, kendisini bir müdafi ile de temsil ettirebilir.</w:t>
      </w:r>
    </w:p>
    <w:p>
      <w:pPr>
        <w:spacing w:after="80"/>
        <w:ind w:firstLine="454"/>
        <w:jc w:val="both"/>
      </w:pPr>
      <w:r>
        <w:t>(2) Sanık, tutuklu ise duruşmaya katılmak isteminde bulunamaz.</w:t>
      </w:r>
    </w:p>
    <w:p>
      <w:pPr>
        <w:keepNext/>
        <w:spacing w:before="200" w:after="40"/>
      </w:pPr>
      <w:r>
        <w:rPr>
          <w:b/>
        </w:rPr>
        <w:t>Duruşmada usul</w:t>
      </w:r>
    </w:p>
    <w:p>
      <w:pPr>
        <w:spacing w:after="80"/>
        <w:ind w:firstLine="454"/>
        <w:jc w:val="both"/>
      </w:pPr>
      <w:r>
        <w:rPr>
          <w:b/>
        </w:rPr>
        <w:t xml:space="preserve">MADDE 300 – </w:t>
      </w:r>
      <w:r>
        <w:t>(1) Duruşmadan önce görevlendirilen üye veya tetkik hâkimi tarafından hazırlanan rapor üyelere açıklanır. Üyeler, ayrıca bizzat dosyayı incelerler. Bu hususlar gerçekleştikten sonra duruşma açılır.</w:t>
      </w:r>
    </w:p>
    <w:p>
      <w:pPr>
        <w:spacing w:after="80"/>
        <w:ind w:firstLine="454"/>
        <w:jc w:val="both"/>
      </w:pPr>
      <w:r>
        <w:t>(2) Duruşmada Yargıtay Cumhuriyet Başsavcısı veya yerine görevlendirdiği Yargıtay Cumhuriyet savcısı, sanık, müdafii, katılan ve vekili iddia ve savunmalarını açıklar. Temyizi istemiş olan tarafa önce söz verilir. Her hâlde son söz sanığındır.</w:t>
      </w:r>
    </w:p>
    <w:p>
      <w:pPr>
        <w:keepNext/>
        <w:spacing w:before="200" w:after="40"/>
      </w:pPr>
      <w:r>
        <w:rPr>
          <w:b/>
        </w:rPr>
        <w:t>Temyizde incelenecek hususlar</w:t>
      </w:r>
    </w:p>
    <w:p>
      <w:pPr>
        <w:spacing w:after="80"/>
        <w:ind w:firstLine="454"/>
        <w:jc w:val="both"/>
      </w:pPr>
      <w:r>
        <w:rPr>
          <w:b/>
        </w:rPr>
        <w:t xml:space="preserve">MADDE 301 – </w:t>
      </w:r>
      <w:r>
        <w:t>(1) Yargıtay, yalnız temyiz başvurusunda belirtilen hususlar ile temyiz istemi usule ilişkin noksanlardan kaynaklanmışsa, temyiz başvurusunda bunu belirten olaylar hakkında incelemeler yapar.</w:t>
      </w:r>
    </w:p>
    <w:p>
      <w:pPr>
        <w:keepNext/>
        <w:spacing w:before="200" w:after="40"/>
      </w:pPr>
      <w:r>
        <w:rPr>
          <w:b/>
        </w:rPr>
        <w:t>Temyiz isteminin esastan reddi veya hükmün bozulması</w:t>
      </w:r>
    </w:p>
    <w:p>
      <w:pPr>
        <w:spacing w:after="80"/>
        <w:ind w:firstLine="454"/>
        <w:jc w:val="both"/>
      </w:pPr>
      <w:r>
        <w:rPr>
          <w:b/>
        </w:rPr>
        <w:t xml:space="preserve">MADDE 302 – </w:t>
      </w:r>
      <w:r>
        <w:t>(1) Bölge adliye mahkemesinin temyiz olunan hükmünün Yargıtayca hukuka uygun bulunması hâlinde temyiz isteminin esastan reddine karar verilir.</w:t>
      </w:r>
    </w:p>
    <w:p>
      <w:pPr>
        <w:spacing w:after="80"/>
        <w:ind w:firstLine="454"/>
        <w:jc w:val="both"/>
      </w:pPr>
      <w:r>
        <w:t>(2) Yargıtay, temyiz edilen hükmü, temyiz başvurusunda gösterilen, hükmü etkileyecek nitelikteki hukuka aykırılıklar nedeniyle bozar. Bozma sebepleri ilâmda ayrı ayrı gösterilir.</w:t>
      </w:r>
    </w:p>
    <w:p>
      <w:pPr>
        <w:spacing w:after="80"/>
        <w:ind w:firstLine="454"/>
        <w:jc w:val="both"/>
      </w:pPr>
      <w:r>
        <w:t>(3) Hüküm, temyiz dilekçesinde gösterilen sebeplerle bozulduğunda, dilekçede açıklanmış olmasa bile saptanan bütün diğer hukuka aykırılık hâlleri de ilâmda gösterilir.</w:t>
      </w:r>
    </w:p>
    <w:p>
      <w:pPr>
        <w:spacing w:after="80"/>
        <w:ind w:firstLine="454"/>
        <w:jc w:val="both"/>
      </w:pPr>
      <w:r>
        <w:t>(4) Hükmün bozulmasına neden olan hukuka aykırılık, bu hükme esas olarak saptanan işlemlerden kaynaklanmış ise, bunlar da aynı zamanda bozulur.</w:t>
      </w:r>
    </w:p>
    <w:p>
      <w:pPr>
        <w:spacing w:after="80"/>
        <w:ind w:firstLine="454"/>
        <w:jc w:val="both"/>
      </w:pPr>
      <w:r>
        <w:t>(5) 289 uncu madde hükümleri saklıdır.</w:t>
      </w:r>
    </w:p>
    <w:p>
      <w:pPr>
        <w:keepNext/>
        <w:spacing w:before="200" w:after="40"/>
      </w:pPr>
      <w:r>
        <w:rPr>
          <w:b/>
        </w:rPr>
        <w:t>Yargıtayca davanın esasına hükmedilecek hâller, hukuka aykırılığın düzeltilmesi</w:t>
      </w:r>
    </w:p>
    <w:p>
      <w:pPr>
        <w:spacing w:after="80"/>
        <w:ind w:firstLine="454"/>
        <w:jc w:val="both"/>
      </w:pPr>
      <w:r>
        <w:rPr>
          <w:b/>
        </w:rPr>
        <w:t xml:space="preserve">MADDE 303 – </w:t>
      </w:r>
      <w:r>
        <w:t>(1) Hükme esas olarak saptanan olaylara uygulanmasında hukuka aykırılıktan dolayı hüküm bozulmuş ise, aşağıdaki hâllerde Yargıtay davanın esasına hükmedebileceği gibi hükümdeki hukuka aykırılığı da düzeltebilir:</w:t>
      </w:r>
    </w:p>
    <w:p>
      <w:pPr>
        <w:spacing w:after="80"/>
        <w:ind w:firstLine="454"/>
        <w:jc w:val="both"/>
      </w:pPr>
      <w:r>
        <w:t>a) Olayın daha ziyade aydınlanması gerekmeden beraate veya davanın düşmesine ya da alt ve üst sınırı olmayan sabit bir cezaya hükmolunması gerekirse.</w:t>
      </w:r>
    </w:p>
    <w:p>
      <w:pPr>
        <w:spacing w:after="80"/>
        <w:ind w:firstLine="454"/>
        <w:jc w:val="both"/>
      </w:pPr>
      <w:r>
        <w:t>b) Yargıtay Cumhuriyet Başsavcılığının iddiasına uygun olarak sanığa kanunda yazılı cezanın en alt derecesini uygulamayı uygun görürse.</w:t>
      </w:r>
    </w:p>
    <w:p>
      <w:pPr>
        <w:spacing w:after="80"/>
        <w:ind w:firstLine="454"/>
        <w:jc w:val="both"/>
      </w:pPr>
      <w:r>
        <w:t>c) Mahkemece sabit görülen suçun unsurları, niteliği ve cezası hükümde doğru gösterilmiş olduğu hâlde sadece kanunun madde numarası yanlış yazılmış ise.</w:t>
      </w:r>
    </w:p>
    <w:p>
      <w:pPr>
        <w:spacing w:after="80"/>
        <w:ind w:firstLine="454"/>
        <w:jc w:val="both"/>
      </w:pPr>
      <w:r>
        <w:t>d) Hükümden sonra yürürlüğe giren kanun, suçun cezasını azaltmış ve mahkemece sanığa verilecek cezanın belirlenmesinde artırma sebebi kabul edilmemiş veya yeni bir kanun ile fiil suç olmaktan çıkarılmış ise birinci hâlde daha az bir cezanın hükmolunması ve ikinci hâlde hiç ceza hükmolunmaması gerekirse.</w:t>
      </w:r>
    </w:p>
    <w:p>
      <w:pPr>
        <w:spacing w:after="80"/>
        <w:ind w:firstLine="454"/>
        <w:jc w:val="both"/>
      </w:pPr>
      <w:r>
        <w:t>e) Sanığın açıkça saptanmış olan doğum ve suç tarihlerine göre verilecek cezanın belirlenmesinde gerekli indirim yapılmamış veya yanlış indirim yapılmış ise.</w:t>
      </w:r>
    </w:p>
    <w:p>
      <w:pPr>
        <w:spacing w:after="80"/>
        <w:ind w:firstLine="454"/>
        <w:jc w:val="both"/>
      </w:pPr>
      <w:r>
        <w:t>f) Artırma veya indirim sonucunda verilecek ceza süresi veya miktarının belirlenmesinde maddî hata yapılmış ise.</w:t>
      </w:r>
    </w:p>
    <w:p>
      <w:pPr>
        <w:spacing w:after="80"/>
        <w:ind w:firstLine="454"/>
        <w:jc w:val="both"/>
      </w:pPr>
      <w:r>
        <w:t>g) Türk Ceza Kanununun 61 inci maddesindeki sıralamanın gözetilmemesi yüzünden eksik veya fazla ceza verilmiş ise.</w:t>
      </w:r>
    </w:p>
    <w:p>
      <w:pPr>
        <w:spacing w:after="80"/>
        <w:ind w:firstLine="454"/>
        <w:jc w:val="both"/>
      </w:pPr>
      <w:r>
        <w:t>h) Harçlar Kanunu ile yargılama giderlerine ilişkin hükümlere ve Avukatlık Kanununa göre düzenlenen ücret tarifesine aykırılık mevcutsa.</w:t>
      </w:r>
    </w:p>
    <w:p>
      <w:pPr>
        <w:keepNext/>
        <w:spacing w:before="200" w:after="40"/>
      </w:pPr>
      <w:r>
        <w:rPr>
          <w:b/>
        </w:rPr>
        <w:t>Yargıtay kararının gönderileceği merci</w:t>
      </w:r>
    </w:p>
    <w:p>
      <w:pPr>
        <w:spacing w:after="80"/>
        <w:ind w:firstLine="454"/>
        <w:jc w:val="both"/>
      </w:pPr>
      <w:r>
        <w:rPr>
          <w:b/>
        </w:rPr>
        <w:t xml:space="preserve">MADDE 304 – </w:t>
      </w:r>
      <w:r>
        <w:t xml:space="preserve">(1) </w:t>
      </w:r>
      <w:r>
        <w:rPr>
          <w:color w:val="666666"/>
          <w:sz w:val="17"/>
        </w:rPr>
        <w:t>(Değişik:20/2/2019-7165/8 md.)</w:t>
      </w:r>
      <w:r>
        <w:t xml:space="preserve"> Yargıtayca 302 nci maddenin birinci fıkrası veya 303 üncü madde uyarınca verilen kararlara ilişkin dosya ilk derece mahkemesine, kararın bir örneği ise bölge adliye mahkemesine gönderilmek üzere Yargıtay Cumhuriyet Başsavcılığına verilir.</w:t>
      </w:r>
    </w:p>
    <w:p>
      <w:pPr>
        <w:spacing w:after="80"/>
        <w:ind w:firstLine="454"/>
        <w:jc w:val="both"/>
      </w:pPr>
      <w:r>
        <w:t xml:space="preserve">(2) Yargıtay, dosyayı 303 üncü maddede belirtilenlerin dışında kalan hâllerde yeniden incelenmek ve hüküm verilmek üzere hükmü bozulan bölge adliye mahkemesine veya diğer bir bölge adliye mahkemesine gönderir. </w:t>
      </w:r>
      <w:r>
        <w:rPr>
          <w:color w:val="666666"/>
          <w:sz w:val="17"/>
        </w:rPr>
        <w:t>(Ek cümleler:20/2/2019-7165/8 md.)</w:t>
      </w:r>
      <w:r>
        <w:t xml:space="preserve"> Ancak bozma kararı,</w:t>
      </w:r>
    </w:p>
    <w:p>
      <w:pPr>
        <w:spacing w:after="80"/>
        <w:ind w:firstLine="454"/>
        <w:jc w:val="both"/>
      </w:pPr>
      <w:r>
        <w:t>a) İstinaf başvurusunun esastan reddi kararına ilişkin ise dosya, gereği için kararı veren ilk derece mahkemesine,</w:t>
      </w:r>
    </w:p>
    <w:p>
      <w:pPr>
        <w:spacing w:after="80"/>
        <w:ind w:firstLine="454"/>
        <w:jc w:val="both"/>
      </w:pPr>
      <w:r>
        <w:t>b) Hukuka aykırılığın düzeltilerek istinaf başvurusunun esastan reddi kararına ilişkin ise dosya, gereği için kararı veren ilk derece mahkemesine ya da bozma kararının içeriği doğrultusunda Yargıtayca uygun görülmesi halinde bölge adliye mahkemesine,</w:t>
      </w:r>
    </w:p>
    <w:p>
      <w:pPr>
        <w:spacing w:after="80"/>
        <w:ind w:firstLine="454"/>
        <w:jc w:val="both"/>
      </w:pPr>
      <w:r>
        <w:t>gönderilir. Dosyanın ilk derece mahkemesine gönderildiği hallerde, kararın bir örneği de bölge adliye mahkemesine gönderilir.</w:t>
      </w:r>
    </w:p>
    <w:p>
      <w:pPr>
        <w:spacing w:after="80"/>
        <w:ind w:firstLine="454"/>
        <w:jc w:val="both"/>
      </w:pPr>
      <w:r>
        <w:t>(3) Hüküm, mahkemenin hukuka aykırı olarak kendisini görevli veya yetkili görmesinden dolayı bozulmuşsa, Yargıtay aynı zamanda dosyayı görevli veya yetkili mahkemeye gönderir.</w:t>
      </w:r>
    </w:p>
    <w:p>
      <w:pPr>
        <w:spacing w:after="80"/>
        <w:ind w:firstLine="454"/>
        <w:jc w:val="both"/>
      </w:pPr>
      <w:r>
        <w:t>(4) İlk derece mahkemesi tarafından doğrudan temyiz yolu açık bulunan hükümlerle ilgili olarak verilen karara ilişkin dosya, hükmü veren ilk derece mahkemesine gönderilmek üzere Yargıtay Cumhuriyet Başsavcılığına verilir.</w:t>
      </w:r>
    </w:p>
    <w:p>
      <w:pPr>
        <w:keepNext/>
        <w:spacing w:before="200" w:after="40"/>
      </w:pPr>
      <w:r>
        <w:rPr>
          <w:b/>
        </w:rPr>
        <w:t>Yargıtayda hükmün açıklanması</w:t>
      </w:r>
    </w:p>
    <w:p>
      <w:pPr>
        <w:spacing w:after="80"/>
        <w:ind w:firstLine="454"/>
        <w:jc w:val="both"/>
      </w:pPr>
      <w:r>
        <w:rPr>
          <w:b/>
        </w:rPr>
        <w:t xml:space="preserve">MADDE 305 – </w:t>
      </w:r>
      <w:r>
        <w:t>(1) Hüküm, 231 inci madde gereğince açıklanır. Buna olanak bulunmadığı takdirde duruşmanın bitiminden itibaren yedi gün içinde karar verilir.</w:t>
      </w:r>
    </w:p>
    <w:p>
      <w:pPr>
        <w:keepNext/>
        <w:spacing w:before="200" w:after="40"/>
      </w:pPr>
      <w:r>
        <w:rPr>
          <w:b/>
        </w:rPr>
        <w:t>Hükmün bozulmasının diğer sanıklara etkisi</w:t>
      </w:r>
    </w:p>
    <w:p>
      <w:pPr>
        <w:spacing w:after="80"/>
        <w:ind w:firstLine="454"/>
        <w:jc w:val="both"/>
      </w:pPr>
      <w:r>
        <w:rPr>
          <w:b/>
        </w:rPr>
        <w:t xml:space="preserve">MADDE 306 – </w:t>
      </w:r>
      <w:r>
        <w:t>(1) Hüküm, sanık lehine bozulmuşsa ve bu hususların temyiz isteminde bulunmamış olan diğer sanıklara da uygulanması olanağı varsa, bu sanıklar da temyiz isteminde bulunmuşçasına hükmün bozulmasından yararlanırlar.</w:t>
      </w:r>
    </w:p>
    <w:p>
      <w:pPr>
        <w:keepNext/>
        <w:spacing w:before="200" w:after="40"/>
      </w:pPr>
      <w:r>
        <w:rPr>
          <w:b/>
        </w:rPr>
        <w:t>Davaya yeniden bakacak mahkemenin işlemleri</w:t>
      </w:r>
    </w:p>
    <w:p>
      <w:pPr>
        <w:spacing w:after="80"/>
        <w:ind w:firstLine="454"/>
        <w:jc w:val="both"/>
      </w:pPr>
      <w:r>
        <w:rPr>
          <w:b/>
        </w:rPr>
        <w:t xml:space="preserve">MADDE 307 – </w:t>
      </w:r>
      <w:r>
        <w:t>(1) Yargıtaydan verilen bozma kararı üzerine davaya yeniden bakacak bölge adliye veya ilk derece mahkemesi, ilgililere bozmaya karşı diyeceklerini sorar.</w:t>
      </w:r>
    </w:p>
    <w:p>
      <w:pPr>
        <w:spacing w:after="80"/>
        <w:ind w:firstLine="454"/>
        <w:jc w:val="both"/>
      </w:pPr>
      <w:r>
        <w:t>(2) Sanık, müdafii, katılan ve vekilinin dosyada varolan adreslerine de davetiye tebliğ olunamaması veya davetiye tebliğ olunmasına rağmen duruşmaya gelmemeleri nedeniyle bozmaya karşı beyanları saptanmamış olsa da duruşmaya devam edilerek dava yokluklarında bitirilebilir. Ancak, sanık hakkında verilecek ceza, bozmaya konu olan cezadan daha ağır ise, her hâlde dinlenmesi gerekir.</w:t>
      </w:r>
    </w:p>
    <w:p>
      <w:pPr>
        <w:spacing w:after="80"/>
        <w:ind w:firstLine="454"/>
        <w:jc w:val="both"/>
      </w:pPr>
      <w:r>
        <w:t xml:space="preserve">(3) </w:t>
      </w:r>
      <w:r>
        <w:rPr>
          <w:color w:val="666666"/>
          <w:sz w:val="17"/>
        </w:rPr>
        <w:t>(Ek:20/2/2019-7165/9 md.)</w:t>
      </w:r>
      <w:r>
        <w:t xml:space="preserve"> Yargıtaydan verilen bozma kararına uyulması hâlinde ilk derece mahkemesi tarafından verilen karara karşı, istinaf veya temyiz sınırlarına bakılmaksızın sadece temyiz yoluna başvurulabilir.</w:t>
      </w:r>
    </w:p>
    <w:p>
      <w:pPr>
        <w:spacing w:after="80"/>
        <w:ind w:firstLine="454"/>
        <w:jc w:val="both"/>
      </w:pPr>
      <w:r>
        <w:t xml:space="preserve">(4) Yargıtaydan verilen bozma kararına bölge adliye veya ilk derece mahkemesinin direnme hakkı vardır. </w:t>
      </w:r>
      <w:r>
        <w:rPr>
          <w:color w:val="666666"/>
          <w:sz w:val="17"/>
        </w:rPr>
        <w:t>(Değişik ikinci cümle: 24/11/2016-6763/36 md.)</w:t>
      </w:r>
      <w:r>
        <w:t xml:space="preserve"> Direnme kararları, kararına direnilen daireye gönderilir. </w:t>
      </w:r>
      <w:r>
        <w:rPr>
          <w:color w:val="666666"/>
          <w:sz w:val="17"/>
        </w:rPr>
        <w:t>(Ek iki cümle: 24/11/2016-6763/36 md.)</w:t>
      </w:r>
      <w:r>
        <w:t xml:space="preserve"> Daire, mümkün olan en kısa sürede direnme kararını inceler ve yerinde görürse kararını düzeltir; görmezse dosyayı Yargıtay Ceza Genel Kuruluna gönderir. Direnme üzerine Yargıtay Ceza Genel Kurulunca verilen kararlara karşı direnilemez.</w:t>
      </w:r>
    </w:p>
    <w:p>
      <w:pPr>
        <w:spacing w:after="80"/>
        <w:ind w:firstLine="454"/>
        <w:jc w:val="both"/>
      </w:pPr>
      <w:r>
        <w:t>(5) Hüküm yalnız sanık tarafından veya onun lehine Cumhuriyet savcısı veya 262 nci maddede gösterilen kimselerce temyiz edilmişse, yeniden verilen hüküm, önceki hükümle belirlenmiş olan cezadan daha ağır olamaz.</w:t>
      </w:r>
    </w:p>
    <w:p>
      <w:pPr>
        <w:spacing w:before="360"/>
        <w:jc w:val="center"/>
      </w:pPr>
      <w:r>
        <w:rPr>
          <w:b/>
          <w:sz w:val="24"/>
        </w:rPr>
        <w:t>ÜÇÜNCÜ KISIM</w:t>
        <w:br/>
        <w:t>Olağanüstü Kanun Yolları</w:t>
      </w:r>
    </w:p>
    <w:p>
      <w:pPr>
        <w:spacing w:before="360"/>
        <w:jc w:val="center"/>
      </w:pPr>
      <w:r>
        <w:rPr>
          <w:b/>
          <w:sz w:val="24"/>
        </w:rPr>
        <w:t>BIRINCI BÖLÜM</w:t>
        <w:br/>
        <w:t>Cumhuriyet Başsavcısının İtiraz Yetkisi⟦139⟧</w:t>
      </w:r>
    </w:p>
    <w:p>
      <w:pPr>
        <w:keepNext/>
        <w:spacing w:before="200" w:after="40"/>
      </w:pPr>
      <w:r>
        <w:rPr>
          <w:b/>
        </w:rPr>
        <w:t>Yargıtay Cumhuriyet Başsavcısının itiraz yetkisi</w:t>
      </w:r>
    </w:p>
    <w:p>
      <w:pPr>
        <w:spacing w:after="80"/>
        <w:ind w:firstLine="454"/>
        <w:jc w:val="both"/>
      </w:pPr>
      <w:r>
        <w:rPr>
          <w:b/>
        </w:rPr>
        <w:t xml:space="preserve">MADDE 308 – </w:t>
      </w:r>
      <w:r>
        <w:t xml:space="preserve">(1) </w:t>
      </w:r>
      <w:r>
        <w:rPr>
          <w:color w:val="666666"/>
          <w:sz w:val="17"/>
        </w:rPr>
        <w:t>(Değişik:16/7/2026-7589/17 md.)</w:t>
      </w:r>
      <w:r>
        <w:t xml:space="preserve"> Yargıtay ceza dairelerinin yargı yeri belirlenmesi ve görevsizlik kararları hariç olmak üzere tüm kararlarına karşı Yargıtay Cumhuriyet Başsavcısı, re’sen veya istem üzerine, dosyanın kendisine teslim edildiği tarihten itibaren üç ay içinde Ceza Genel Kuruluna itiraz edebilir. Sanığın lehine itirazda süre aranmaz.</w:t>
      </w:r>
    </w:p>
    <w:p>
      <w:pPr>
        <w:spacing w:after="80"/>
        <w:ind w:firstLine="454"/>
        <w:jc w:val="both"/>
      </w:pPr>
      <w:r>
        <w:t xml:space="preserve">(2) </w:t>
      </w:r>
      <w:r>
        <w:rPr>
          <w:color w:val="666666"/>
          <w:sz w:val="17"/>
        </w:rPr>
        <w:t>(Ek: 2/7/2012-6352/99 md.)</w:t>
      </w:r>
      <w:r>
        <w:t xml:space="preserve"> İtiraz üzerine dosya, kararına itiraz edilen daireye gönderilir.</w:t>
      </w:r>
    </w:p>
    <w:p>
      <w:pPr>
        <w:spacing w:after="80"/>
        <w:ind w:firstLine="454"/>
        <w:jc w:val="both"/>
      </w:pPr>
      <w:r>
        <w:t xml:space="preserve">(3) </w:t>
      </w:r>
      <w:r>
        <w:rPr>
          <w:color w:val="666666"/>
          <w:sz w:val="17"/>
        </w:rPr>
        <w:t>(Ek: 2/7/2012-6352/99 md.)</w:t>
      </w:r>
      <w:r>
        <w:t xml:space="preserve"> Daire, mümkün olan en kısa sürede itirazı inceler ve yerinde görürse kararını düzeltir; görmezse dosyayı Yargıtay Ceza Genel Kuruluna gönderir.</w:t>
      </w:r>
    </w:p>
    <w:p>
      <w:pPr>
        <w:spacing w:after="80"/>
        <w:ind w:firstLine="454"/>
        <w:jc w:val="both"/>
      </w:pPr>
      <w:r>
        <w:t xml:space="preserve">(4) </w:t>
      </w:r>
      <w:r>
        <w:rPr>
          <w:color w:val="666666"/>
          <w:sz w:val="17"/>
        </w:rPr>
        <w:t>(Ek:16/7/2026-7589/17 md.)</w:t>
      </w:r>
      <w:r>
        <w:t xml:space="preserve"> İstem, sanık veya sanık adına kanun yoluna başvurma hakkı olanlar ile katılan, katılma isteği karara bağlanmamış ya da katılan sıfatını alabilecek surette suçtan zarar görmüş bulunanlar tarafından yapılır.</w:t>
      </w:r>
    </w:p>
    <w:p>
      <w:pPr>
        <w:keepNext/>
        <w:spacing w:before="200" w:after="40"/>
      </w:pPr>
      <w:r>
        <w:rPr>
          <w:b/>
        </w:rPr>
        <w:t>Bölge adliye mahkemesi Cumhuriyet başsavcılığının itiraz yetkisi</w:t>
      </w:r>
    </w:p>
    <w:p>
      <w:pPr>
        <w:spacing w:after="80"/>
        <w:ind w:firstLine="454"/>
        <w:jc w:val="both"/>
      </w:pPr>
      <w:r>
        <w:rPr>
          <w:b/>
        </w:rPr>
        <w:t xml:space="preserve">MADDE 308/A – </w:t>
      </w:r>
      <w:r>
        <w:rPr>
          <w:color w:val="666666"/>
          <w:sz w:val="17"/>
        </w:rPr>
        <w:t>(Ek: 20/7/2017-7035/23 md.)</w:t>
      </w:r>
    </w:p>
    <w:p>
      <w:pPr>
        <w:spacing w:after="80"/>
        <w:ind w:firstLine="454"/>
        <w:jc w:val="both"/>
      </w:pPr>
      <w:r>
        <w:t xml:space="preserve">(1) </w:t>
      </w:r>
      <w:r>
        <w:rPr>
          <w:color w:val="666666"/>
          <w:sz w:val="17"/>
        </w:rPr>
        <w:t>(Değişik cümle: 28/3/2023-7445/22 md.)</w:t>
      </w:r>
      <w:r>
        <w:t xml:space="preserve"> Bölge adliye mahkemesi ceza dairelerinin kesin nitelikteki kararlarına karşı bölge adliye mahkemesi Cumhuriyet başsavcılığı, re’sen veya istem üzerine, kararın kendisine verildiği tarihten itibaren bir ay içinde kararı veren daireye itiraz edebilir. Sanığın lehine itirazda süre aranmaz. </w:t>
      </w:r>
      <w:r>
        <w:rPr>
          <w:color w:val="666666"/>
          <w:sz w:val="17"/>
        </w:rPr>
        <w:t>(Ek cümleler: 28/3/2023-7445/22 md.)</w:t>
      </w:r>
      <w:r>
        <w:t xml:space="preserve"> Sanık aleyhine itiraz edilebilmesi için kararı etkileyecek nitelikte esaslı bir hatanın bulunması zorunlu olup, bu itiraz sanık veya müdafiine daire tarafından tebliğ olunur. Tebligat, ilgililerin dava dosyasından belirlenen son adreslerine yapılmasıyla geçerli olur. İlgililer, tebliğden itibaren iki hafta içinde yazılı olarak cevap verebilir. </w:t>
      </w:r>
      <w:r>
        <w:rPr>
          <w:color w:val="666666"/>
          <w:sz w:val="17"/>
        </w:rPr>
        <w:t>(Değişik cümleler: 17/10/2019-7188/30 md.)</w:t>
      </w:r>
      <w:r>
        <w:t xml:space="preserve"> Daire, mümkün olan en kısa sürede itirazı inceler ve yerinde görürse kararını düzeltir; görmezse dosyayı itirazı incelemek üzere ceza daireleri başkanlar kuruluna gönderir. Kurula gönderilen itiraz hakkında, kararına itiraz edilen dairenin başkanı veya görevlendireceği üye tarafından kurula sunulmak üzere bir rapor hazırlanır. </w:t>
      </w:r>
      <w:r>
        <w:rPr>
          <w:color w:val="666666"/>
          <w:sz w:val="17"/>
        </w:rPr>
        <w:t>(Ek cümleler: 17/10/2019-7188/30 md.)</w:t>
      </w:r>
      <w:r>
        <w:t xml:space="preserve"> Kurulun itirazın kabulüne ilişkin kararları, gereği için dairesine gönderilir. Kurulun verdiği kararlar kesindir. Dörtten fazla ceza dairesi olan bölge adliye mahkemelerinde Hâkimler ve Savcılar Kurulu tarafından daire başkanları arasından belirlenen ve dört üyeden oluşan başkanlar kurulu bu incelemeyi yapar. Başkanlar kurulunun bu maddeye ilişkin çalışma usul ve esasları, Hâkimler ve Savcılar Kurulu tarafından belirlenir.</w:t>
      </w:r>
    </w:p>
    <w:p>
      <w:pPr>
        <w:spacing w:before="360"/>
        <w:jc w:val="center"/>
      </w:pPr>
      <w:r>
        <w:rPr>
          <w:b/>
          <w:sz w:val="24"/>
        </w:rPr>
        <w:t>İKINCI BÖLÜM</w:t>
        <w:br/>
        <w:t>Kanun Yararına Bozma</w:t>
      </w:r>
    </w:p>
    <w:p>
      <w:pPr>
        <w:keepNext/>
        <w:spacing w:before="200" w:after="40"/>
      </w:pPr>
      <w:r>
        <w:rPr>
          <w:b/>
        </w:rPr>
        <w:t>Kanun yararına bozma</w:t>
      </w:r>
    </w:p>
    <w:p>
      <w:pPr>
        <w:spacing w:after="80"/>
        <w:ind w:firstLine="454"/>
        <w:jc w:val="both"/>
      </w:pPr>
      <w:r>
        <w:rPr>
          <w:b/>
        </w:rPr>
        <w:t xml:space="preserve">MADDE 309 – </w:t>
      </w:r>
      <w:r>
        <w:t>(1) Hâkim veya mahkeme tarafından verilen ve istinaf veya temyiz incelemesinden geçmeksizin kesinleşen karar veya hükümde hukuka aykırılık bulunduğunu öğrenen Adalet Bakanlığı, o karar veya hükmün Yargıtayca bozulması istemini, yasal nedenlerini belirterek Yargıtay Cumhuriyet Başsavcılığına yazılı olarak bildirir.</w:t>
      </w:r>
    </w:p>
    <w:p>
      <w:pPr>
        <w:spacing w:after="80"/>
        <w:ind w:firstLine="454"/>
        <w:jc w:val="both"/>
      </w:pPr>
      <w:r>
        <w:t>(2) Yargıtay Cumhuriyet Başsavcısı, bu nedenleri aynen yazarak karar veya hükmün bozulması istemini içeren yazısını Yargıtayın ilgili ceza dairesine verir.</w:t>
      </w:r>
    </w:p>
    <w:p>
      <w:pPr>
        <w:spacing w:after="80"/>
        <w:ind w:firstLine="454"/>
        <w:jc w:val="both"/>
      </w:pPr>
      <w:r>
        <w:t>(3) Yargıtayın ceza dairesi ileri sürülen nedenleri yerinde görürse, karar veya hükmü kanun yararına bozar.</w:t>
      </w:r>
    </w:p>
    <w:p>
      <w:pPr>
        <w:spacing w:after="80"/>
        <w:ind w:firstLine="454"/>
        <w:jc w:val="both"/>
      </w:pPr>
      <w:r>
        <w:t>(4) Bozma nedenleri:</w:t>
      </w:r>
    </w:p>
    <w:p>
      <w:pPr>
        <w:spacing w:after="80"/>
        <w:ind w:firstLine="454"/>
        <w:jc w:val="both"/>
      </w:pPr>
      <w:r>
        <w:t>a) 223 üncü maddede tanımlanan ve davanın esasını çözmeyen bir karara ilişkin ise, kararı veren hâkim veya mahkeme, gerekli inceleme ve araştırma sonucunda yeniden karar verir.</w:t>
      </w:r>
    </w:p>
    <w:p>
      <w:pPr>
        <w:spacing w:after="80"/>
        <w:ind w:firstLine="454"/>
        <w:jc w:val="both"/>
      </w:pPr>
      <w:r>
        <w:t>b) Mahkûmiyete ilişkin hükmün, davanın esasını çözmeyen yönüne veya savunma hakkını kaldırma veya kısıtlama sonucunu doğuran usul işlemlerine ilişkin ise, kararı veren hâkim veya mahkemece yeniden yapılacak yargılama sonucuna göre gereken hüküm verilir. Bu hüküm, önceki hükümle belirlenmiş olan cezadan daha ağır olamaz.</w:t>
      </w:r>
    </w:p>
    <w:p>
      <w:pPr>
        <w:spacing w:after="80"/>
        <w:ind w:firstLine="454"/>
        <w:jc w:val="both"/>
      </w:pPr>
      <w:r>
        <w:t>c) Davanın esasını çözüp de mahkûmiyet dışındaki hükümlere ilişkin ise, aleyhte sonuç doğurmaz ve yeniden yargılamayı gerektirmez.</w:t>
      </w:r>
    </w:p>
    <w:p>
      <w:pPr>
        <w:spacing w:after="80"/>
        <w:ind w:firstLine="454"/>
        <w:jc w:val="both"/>
      </w:pPr>
      <w:r>
        <w:t>d) Hükümlünün cezasının kaldırılmasını gerektiriyorsa cezanın kaldırılmasına, daha hafif bir cezanın verilmesini gerektiriyorsa bu hafif cezaya Yargıtay ceza dairesi doğrudan hükmeder.</w:t>
      </w:r>
    </w:p>
    <w:p>
      <w:pPr>
        <w:spacing w:after="80"/>
        <w:ind w:firstLine="454"/>
        <w:jc w:val="both"/>
      </w:pPr>
      <w:r>
        <w:t>(5) Bu madde uyarınca verilen bozma kararına karşı direnilemez.</w:t>
      </w:r>
    </w:p>
    <w:p>
      <w:pPr>
        <w:keepNext/>
        <w:spacing w:before="200" w:after="40"/>
      </w:pPr>
      <w:r>
        <w:rPr>
          <w:b/>
        </w:rPr>
        <w:t>Yargıtay Cumhuriyet Başsavcısının kanun yararına başvurması</w:t>
      </w:r>
    </w:p>
    <w:p>
      <w:pPr>
        <w:spacing w:after="80"/>
        <w:ind w:firstLine="454"/>
        <w:jc w:val="both"/>
      </w:pPr>
      <w:r>
        <w:rPr>
          <w:b/>
        </w:rPr>
        <w:t xml:space="preserve">MADDE 310 – </w:t>
      </w:r>
      <w:r>
        <w:t>(1) 309 uncu maddede belirtilen yetki, aynı maddenin dördüncü fıkrasının (d) bendindeki hâllere özgü olmak üzere ve kanun yararına olarak re'sen Yargıtay Cumhuriyet Başsavcısı tarafından da kullanılabilir.</w:t>
      </w:r>
    </w:p>
    <w:p>
      <w:pPr>
        <w:spacing w:after="80"/>
        <w:ind w:firstLine="454"/>
        <w:jc w:val="both"/>
      </w:pPr>
      <w:r>
        <w:t>(2) 309 uncu madde gereğince Adalet Bakanlığı tarafından başvurulduğunda bu yetki, artık Yargıtay Cumhuriyet Başsavcısı tarafından kullanılamaz.</w:t>
      </w:r>
    </w:p>
    <w:p>
      <w:pPr>
        <w:spacing w:before="360"/>
        <w:jc w:val="center"/>
      </w:pPr>
      <w:r>
        <w:rPr>
          <w:b/>
          <w:sz w:val="24"/>
        </w:rPr>
        <w:t>ÜÇÜNCÜ BÖLÜM</w:t>
        <w:br/>
        <w:t>Yargılamanın Yenilenmesi</w:t>
      </w:r>
    </w:p>
    <w:p>
      <w:pPr>
        <w:keepNext/>
        <w:spacing w:before="200" w:after="40"/>
      </w:pPr>
      <w:r>
        <w:rPr>
          <w:b/>
        </w:rPr>
        <w:t>Hükümlü lehine yargılamanın yenilenmesi nedenleri</w:t>
      </w:r>
    </w:p>
    <w:p>
      <w:pPr>
        <w:spacing w:after="80"/>
        <w:ind w:firstLine="454"/>
        <w:jc w:val="both"/>
      </w:pPr>
      <w:r>
        <w:rPr>
          <w:b/>
        </w:rPr>
        <w:t xml:space="preserve">MADDE 311 – </w:t>
      </w:r>
      <w:r>
        <w:t>(1) Kesinleşen bir hükümle sonuçlanmış bir dava, aşağıda yazılı hâllerde hükümlü lehine olarak yargılamanın yenilenmesi yoluyla tekrar görülür:</w:t>
      </w:r>
    </w:p>
    <w:p>
      <w:pPr>
        <w:spacing w:after="80"/>
        <w:ind w:firstLine="454"/>
        <w:jc w:val="both"/>
      </w:pPr>
      <w:r>
        <w:t>a) Duruşmada kullanılan ve hükmü etkileyen bir belgenin sahteliği anlaşılırsa.</w:t>
      </w:r>
    </w:p>
    <w:p>
      <w:pPr>
        <w:spacing w:after="80"/>
        <w:ind w:firstLine="454"/>
        <w:jc w:val="both"/>
      </w:pPr>
      <w:r>
        <w:t>b) Yemin verilerek dinlenmiş olan bir tanık veya bilirkişinin hükmü etkileyecek biçimde hükümlü aleyhine kasıt veya ihmal ile gerçek dışı tanıklıkta bulunduğu veya oy verdiği anlaşılırsa.</w:t>
      </w:r>
    </w:p>
    <w:p>
      <w:pPr>
        <w:spacing w:after="80"/>
        <w:ind w:firstLine="454"/>
        <w:jc w:val="both"/>
      </w:pPr>
      <w:r>
        <w:t>c) Hükme katılmış olan hâkimlerden biri, hükümlünün neden olduğu kusur dışında, aleyhine ceza kovuşturmasını veya bir ceza ile mahkûmiyetini gerektirecek biçimde görevlerini yapmada kusur etmiş ise.</w:t>
      </w:r>
    </w:p>
    <w:p>
      <w:pPr>
        <w:spacing w:after="80"/>
        <w:ind w:firstLine="454"/>
        <w:jc w:val="both"/>
      </w:pPr>
      <w:r>
        <w:t>d) Ceza hükmü hukuk mahkemesinin bir hükmüne dayandırılmış olup da bu hüküm kesinleşmiş diğer bir hüküm ile ortadan kaldırılmış ise.</w:t>
      </w:r>
    </w:p>
    <w:p>
      <w:pPr>
        <w:spacing w:after="80"/>
        <w:ind w:firstLine="454"/>
        <w:jc w:val="both"/>
      </w:pPr>
      <w:r>
        <w:t>e) Yeni olaylar veya yeni deliller ortaya konulup da bunlar yalnız başına veya önceden sunulan delillerle birlikte göz önüne alındıklarında sanığın beraatini veya daha hafif bir cezayı içeren kanun hükmünün uygulanması ile mahkûm edilmesini gerektirecek nitelikte olursa.</w:t>
      </w:r>
    </w:p>
    <w:p>
      <w:pPr>
        <w:spacing w:after="80"/>
        <w:ind w:firstLine="454"/>
        <w:jc w:val="both"/>
      </w:pPr>
      <w:r>
        <w:t>f) Ceza hükmünün, İnsan Haklarını ve Ana Hürriyetleri Korumaya Dair Sözleşmenin veya eki protokollerin ihlâli suretiyle verildiğinin ve hükmün bu aykırılığa dayandığının, Avrupa İnsan Hakları Mahkemesinin kesinleşmiş kararıyla tespit edilmiş olması veya ceza hükmü aleyhine Avrupa İnsan Hakları Mahkemesine yapılan başvuru hakkında dostane çözüm ya da tek taraflı deklarasyon sonucunda düşme kararı verilmesi. Bu hâlde yargılamanın yenilenmesi, Avrupa İnsan Hakları Mahkemesi kararının kesinleştiği tarihten itibaren bir yıl içinde istenebilir.</w:t>
      </w:r>
    </w:p>
    <w:p>
      <w:pPr>
        <w:spacing w:after="80"/>
        <w:ind w:firstLine="454"/>
        <w:jc w:val="both"/>
      </w:pPr>
      <w:r>
        <w:t>(2) Birinci fıkranın (f) bendi hükümleri, 4.2.2003 tarihinde Avrupa İnsan Hakları Mahkemesinin kesinleşmiş kararları ile, 4.2.2003 tarihinden sonra Avrupa İnsan Hakları Mahkemesine yapılan başvurular üzerine verilecek kararlar hakkında uygulanır.</w:t>
      </w:r>
    </w:p>
    <w:p>
      <w:pPr>
        <w:keepNext/>
        <w:spacing w:before="200" w:after="40"/>
      </w:pPr>
      <w:r>
        <w:rPr>
          <w:b/>
        </w:rPr>
        <w:t>İnfazın geri bırakılması veya durdurulması</w:t>
      </w:r>
    </w:p>
    <w:p>
      <w:pPr>
        <w:spacing w:after="80"/>
        <w:ind w:firstLine="454"/>
        <w:jc w:val="both"/>
      </w:pPr>
      <w:r>
        <w:rPr>
          <w:b/>
        </w:rPr>
        <w:t xml:space="preserve">MADDE 312 – </w:t>
      </w:r>
      <w:r>
        <w:t>(1) Yargılamanın yenilenmesi istemi hükmün infazını ertelemez. Ancak mahkeme, infazın geri bırakılmasına veya durdurulmasına karar verebilir.</w:t>
      </w:r>
    </w:p>
    <w:p>
      <w:pPr>
        <w:keepNext/>
        <w:spacing w:before="200" w:after="40"/>
      </w:pPr>
      <w:r>
        <w:rPr>
          <w:b/>
        </w:rPr>
        <w:t>Yargılamanın yenilenmesine engel olmayan hâller</w:t>
      </w:r>
    </w:p>
    <w:p>
      <w:pPr>
        <w:spacing w:after="80"/>
        <w:ind w:firstLine="454"/>
        <w:jc w:val="both"/>
      </w:pPr>
      <w:r>
        <w:rPr>
          <w:b/>
        </w:rPr>
        <w:t xml:space="preserve">MADDE 313 – </w:t>
      </w:r>
      <w:r>
        <w:t>(1) Hükmün infaz edilmiş olması veya hükümlünün ölümü, yargılamanın yenilenmesi istemine engel olmaz.</w:t>
      </w:r>
    </w:p>
    <w:p>
      <w:pPr>
        <w:spacing w:after="80"/>
        <w:ind w:firstLine="454"/>
        <w:jc w:val="both"/>
      </w:pPr>
      <w:r>
        <w:t>(2) Ölenin eşi, üstsoyu, altsoyu, kardeşleri yargılamanın yenilenmesi isteminde bulunabilirler.</w:t>
      </w:r>
    </w:p>
    <w:p>
      <w:pPr>
        <w:spacing w:after="80"/>
        <w:ind w:firstLine="454"/>
        <w:jc w:val="both"/>
      </w:pPr>
      <w:r>
        <w:t>(3) İkinci fıkrada sayılan kişilerin yokluğu hâlinde, Adalet Bakanı da yargılamanın yenilenmesi isteminde bulunabilir.</w:t>
      </w:r>
    </w:p>
    <w:p>
      <w:pPr>
        <w:keepNext/>
        <w:spacing w:before="200" w:after="40"/>
      </w:pPr>
      <w:r>
        <w:rPr>
          <w:b/>
        </w:rPr>
        <w:t>Sanık veya hükümlünün aleyhine yargılamanın yenilenmesi nedenleri</w:t>
      </w:r>
    </w:p>
    <w:p>
      <w:pPr>
        <w:spacing w:after="80"/>
        <w:ind w:firstLine="454"/>
        <w:jc w:val="both"/>
      </w:pPr>
      <w:r>
        <w:rPr>
          <w:b/>
        </w:rPr>
        <w:t xml:space="preserve">MADDE 314 – </w:t>
      </w:r>
      <w:r>
        <w:t>(1) Kesinleşen bir hükümle sonuçlanmış olan bir dava aşağıda yazılı hâllerde sanık veya hükümlünün aleyhine olarak yargılamanın yenilenmesi yolu ile tekrar görülür:</w:t>
      </w:r>
    </w:p>
    <w:p>
      <w:pPr>
        <w:spacing w:after="80"/>
        <w:ind w:firstLine="454"/>
        <w:jc w:val="both"/>
      </w:pPr>
      <w:r>
        <w:t>a) Duruşmada sanığın veya hükümlünün lehine ileri sürülen ve hükme etkili olan bir belgenin sahteliği anlaşılırsa.</w:t>
      </w:r>
    </w:p>
    <w:p>
      <w:pPr>
        <w:spacing w:after="80"/>
        <w:ind w:firstLine="454"/>
        <w:jc w:val="both"/>
      </w:pPr>
      <w:r>
        <w:t>b) Hükme katılmış olan hâkimlerden biri, aleyhine ceza kovuşturmasını veya bir ceza ile mahkûmiyetini gerektirecek nitelikte olarak görevlerini yapmada sanık veya hükümlü lehine kusur etmiş ise.</w:t>
      </w:r>
    </w:p>
    <w:p>
      <w:pPr>
        <w:spacing w:after="80"/>
        <w:ind w:firstLine="454"/>
        <w:jc w:val="both"/>
      </w:pPr>
      <w:r>
        <w:t>c) Sanık beraat ettikten sonra suçla ilgili olarak hâkim önünde güvenilebilir nitelikte ikrarda bulunmuşsa.</w:t>
      </w:r>
    </w:p>
    <w:p>
      <w:pPr>
        <w:keepNext/>
        <w:spacing w:before="200" w:after="40"/>
      </w:pPr>
      <w:r>
        <w:rPr>
          <w:b/>
        </w:rPr>
        <w:t>Yargılamanın yenilenmesinin kabul edilmeyeceği hâl</w:t>
      </w:r>
    </w:p>
    <w:p>
      <w:pPr>
        <w:spacing w:after="80"/>
        <w:ind w:firstLine="454"/>
        <w:jc w:val="both"/>
      </w:pPr>
      <w:r>
        <w:rPr>
          <w:b/>
        </w:rPr>
        <w:t xml:space="preserve">MADDE 315 – </w:t>
      </w:r>
      <w:r>
        <w:t>(1) Kanunun aynı maddesinde yer almış sınır içinde olmak üzere cezanın değiştirilmesi amacıyla yargılamanın yenilenmesi kabul edilemez.</w:t>
      </w:r>
    </w:p>
    <w:p>
      <w:pPr>
        <w:spacing w:after="80"/>
        <w:ind w:firstLine="454"/>
        <w:jc w:val="both"/>
      </w:pPr>
      <w:r>
        <w:t>(2) Hatanın giderilebilmesini sağlayacak başka bir yol varsa, yargılamanın yenilenmesi yoluna gidilemez.</w:t>
      </w:r>
    </w:p>
    <w:p>
      <w:pPr>
        <w:keepNext/>
        <w:spacing w:before="200" w:after="40"/>
      </w:pPr>
      <w:r>
        <w:rPr>
          <w:b/>
        </w:rPr>
        <w:t>Bir suça dayanan yenileme istemlerinin kabulü koşulları</w:t>
      </w:r>
    </w:p>
    <w:p>
      <w:pPr>
        <w:spacing w:after="80"/>
        <w:ind w:firstLine="454"/>
        <w:jc w:val="both"/>
      </w:pPr>
      <w:r>
        <w:rPr>
          <w:b/>
        </w:rPr>
        <w:t xml:space="preserve">MADDE 316 – </w:t>
      </w:r>
      <w:r>
        <w:t>(1) Bir suç iddiasına dayandırılan yenileme istemi, ancak bu fiilden dolayı kesinleşmiş bir mahkûmiyet hükmü verilmiş veya mahkûmiyeti gerektirecek nitelikte kuvvetli delil bulunmaması dışında bir nedenle ceza soruşturmasına başlanamamış veya sürdürülememişse kabul edilebilir. Bu madde, 311 inci maddenin birinci fıkrasının (e) bendinde yazılı hâlde uygulanmaz.</w:t>
      </w:r>
    </w:p>
    <w:p>
      <w:pPr>
        <w:keepNext/>
        <w:spacing w:before="200" w:after="40"/>
      </w:pPr>
      <w:r>
        <w:rPr>
          <w:b/>
        </w:rPr>
        <w:t>Yenileme istemi hakkında uygulanacak hükümler</w:t>
      </w:r>
    </w:p>
    <w:p>
      <w:pPr>
        <w:spacing w:after="80"/>
        <w:ind w:firstLine="454"/>
        <w:jc w:val="both"/>
      </w:pPr>
      <w:r>
        <w:rPr>
          <w:b/>
        </w:rPr>
        <w:t xml:space="preserve">MADDE 317 – </w:t>
      </w:r>
      <w:r>
        <w:t>(1) Kanun yollarına başvurma hakkındaki genel hükümler, yargılamanın yenilenmesi istemi hakkında da uygulanır.</w:t>
      </w:r>
    </w:p>
    <w:p>
      <w:pPr>
        <w:spacing w:after="80"/>
        <w:ind w:firstLine="454"/>
        <w:jc w:val="both"/>
      </w:pPr>
      <w:r>
        <w:t>(2) Yargılamanın yenilenmesi istemi, bunun yasal nedenleri ile dayandığı delilleri içerir.</w:t>
      </w:r>
    </w:p>
    <w:p>
      <w:pPr>
        <w:keepNext/>
        <w:spacing w:before="200" w:after="40"/>
      </w:pPr>
      <w:r>
        <w:rPr>
          <w:b/>
        </w:rPr>
        <w:t>Yenileme isteminin kabule değer olup olmadığı kararı ve mercii</w:t>
      </w:r>
    </w:p>
    <w:p>
      <w:pPr>
        <w:spacing w:after="80"/>
        <w:ind w:firstLine="454"/>
        <w:jc w:val="both"/>
      </w:pPr>
      <w:r>
        <w:rPr>
          <w:b/>
        </w:rPr>
        <w:t xml:space="preserve">MADDE 318 – </w:t>
      </w:r>
      <w:r>
        <w:t>(1) Yargılamanın yenilenmesi istemi, hükmü veren mahkemeye sunulur. Bu mahkeme, istemin kabule değer olup olmadığına karar verir.</w:t>
      </w:r>
    </w:p>
    <w:p>
      <w:pPr>
        <w:spacing w:after="80"/>
        <w:ind w:firstLine="454"/>
        <w:jc w:val="both"/>
      </w:pPr>
      <w:r>
        <w:t>(2) 303 üncü madde gereğince Yargıtayın doğrudan hüküm kurduğu hâllerde de hükmü vermiş olan mahkemeye başvurulur.</w:t>
      </w:r>
    </w:p>
    <w:p>
      <w:pPr>
        <w:spacing w:after="80"/>
        <w:ind w:firstLine="454"/>
        <w:jc w:val="both"/>
      </w:pPr>
      <w:r>
        <w:t>(3) Yargılamanın yenilenmesi isteminin kabule değer olup olmadığına dair olan karar, duruşma yapılmaksızın verilir.</w:t>
      </w:r>
    </w:p>
    <w:p>
      <w:pPr>
        <w:keepNext/>
        <w:spacing w:before="200" w:after="40"/>
      </w:pPr>
      <w:r>
        <w:rPr>
          <w:b/>
        </w:rPr>
        <w:t>Yenileme isteminin kabule değer görülmemesi nedenleri ve kabulü hâlinde yapılacak işlem</w:t>
      </w:r>
    </w:p>
    <w:p>
      <w:pPr>
        <w:spacing w:after="80"/>
        <w:ind w:firstLine="454"/>
        <w:jc w:val="both"/>
      </w:pPr>
      <w:r>
        <w:rPr>
          <w:b/>
        </w:rPr>
        <w:t xml:space="preserve">MADDE 319 – </w:t>
      </w:r>
      <w:r>
        <w:t>(1) Yargılamanın yenilenmesi istemi, kanunda belirlenen şekilde yapılmamış veya yargılamanın yenilenmesini gerektirecek yasal hiçbir neden gösterilmemiş veya bunu doğrulayacak deliller açıklanmamış ise, bu istem kabule değer görülmeyerek reddedilir.</w:t>
      </w:r>
    </w:p>
    <w:p>
      <w:pPr>
        <w:spacing w:after="80"/>
        <w:ind w:firstLine="454"/>
        <w:jc w:val="both"/>
      </w:pPr>
      <w:r>
        <w:t>(2) Aksi hâlde yargılamanın yenilenmesi istemi, bir diyeceği varsa iki hafta içinde bildirmek üzere Cumhuriyet savcısı ve ilgili tarafa tebliğ olunur.</w:t>
      </w:r>
    </w:p>
    <w:p>
      <w:pPr>
        <w:spacing w:after="80"/>
        <w:ind w:firstLine="454"/>
        <w:jc w:val="both"/>
      </w:pPr>
      <w:r>
        <w:t>(3) Bu madde gereğince verilen kararlara itiraz edilebilir.</w:t>
      </w:r>
    </w:p>
    <w:p>
      <w:pPr>
        <w:keepNext/>
        <w:spacing w:before="200" w:after="40"/>
      </w:pPr>
      <w:r>
        <w:rPr>
          <w:b/>
        </w:rPr>
        <w:t>Delillerin toplanması</w:t>
      </w:r>
    </w:p>
    <w:p>
      <w:pPr>
        <w:spacing w:after="80"/>
        <w:ind w:firstLine="454"/>
        <w:jc w:val="both"/>
      </w:pPr>
      <w:r>
        <w:rPr>
          <w:b/>
        </w:rPr>
        <w:t xml:space="preserve">MADDE 320 – </w:t>
      </w:r>
      <w:r>
        <w:t>(1) Mahkeme, yargılamanın yenilenmesi istemini yerinde bulursa delillerin toplanması için bir naip hâkimi veya istinabe olunan mahkemeyi görevlendirebileceği gibi; kendisi de bu hususları yerine getirebilir.</w:t>
      </w:r>
    </w:p>
    <w:p>
      <w:pPr>
        <w:spacing w:after="80"/>
        <w:ind w:firstLine="454"/>
        <w:jc w:val="both"/>
      </w:pPr>
      <w:r>
        <w:t>(2) Delillerin mahkemece veya naip hâkim tarafından veya istinabe suretiyle toplanması sırasında, soruşturmaya ilişkin hükümler uygulanır.</w:t>
      </w:r>
    </w:p>
    <w:p>
      <w:pPr>
        <w:spacing w:after="80"/>
        <w:ind w:firstLine="454"/>
        <w:jc w:val="both"/>
      </w:pPr>
      <w:r>
        <w:t>(3) Delillerin toplanması bittikten sonra Cumhuriyet savcısı ve hakkında hüküm kurulmuş olan kişiden iki haftalık süre içinde görüş ve düşüncelerini bildirmeleri istenir.</w:t>
      </w:r>
    </w:p>
    <w:p>
      <w:pPr>
        <w:keepNext/>
        <w:spacing w:before="200" w:after="40"/>
      </w:pPr>
      <w:r>
        <w:rPr>
          <w:b/>
        </w:rPr>
        <w:t>Yenileme isteminin esassız olmasından dolayı reddi, aksi takdirde kabulü</w:t>
      </w:r>
    </w:p>
    <w:p>
      <w:pPr>
        <w:spacing w:after="80"/>
        <w:ind w:firstLine="454"/>
        <w:jc w:val="both"/>
      </w:pPr>
      <w:r>
        <w:rPr>
          <w:b/>
        </w:rPr>
        <w:t xml:space="preserve">MADDE 321 – </w:t>
      </w:r>
      <w:r>
        <w:t>(1) Yargılamanın yenilenmesi isteminde ileri sürülen iddialar, yeterli derecede doğrulanmaz veya 311 inci maddenin birinci fıkrasının (a) ve (b) bentleri ile 314 üncü maddesinin birinci fıkrasının (a) bendinde yazılı hâllerde işin durumuna göre bunların önce verilmiş olan hükme hiçbir etkisi olmadığı anlaşılırsa, yargılamanın yenilenmesi istemi esassız olması nedeniyle duruşma yapılmaksızın reddedilir.</w:t>
      </w:r>
    </w:p>
    <w:p>
      <w:pPr>
        <w:spacing w:after="80"/>
        <w:ind w:firstLine="454"/>
        <w:jc w:val="both"/>
      </w:pPr>
      <w:r>
        <w:t>(2) Aksi hâlde mahkeme, yargılamanın yenilenmesine ve duruşmanın açılmasına karar verir.</w:t>
      </w:r>
    </w:p>
    <w:p>
      <w:pPr>
        <w:spacing w:after="80"/>
        <w:ind w:firstLine="454"/>
        <w:jc w:val="both"/>
      </w:pPr>
      <w:r>
        <w:t>(3) Bu madde gereğince verilen kararlara karşı itiraz yoluna gidilebilir.</w:t>
      </w:r>
    </w:p>
    <w:p>
      <w:pPr>
        <w:keepNext/>
        <w:spacing w:before="200" w:after="40"/>
      </w:pPr>
      <w:r>
        <w:rPr>
          <w:b/>
        </w:rPr>
        <w:t>Duruşma yapılmaksızın yenileme isteminin incelenmesi</w:t>
      </w:r>
    </w:p>
    <w:p>
      <w:pPr>
        <w:spacing w:after="80"/>
        <w:ind w:firstLine="454"/>
        <w:jc w:val="both"/>
      </w:pPr>
      <w:r>
        <w:rPr>
          <w:b/>
        </w:rPr>
        <w:t xml:space="preserve">MADDE 322 – </w:t>
      </w:r>
      <w:r>
        <w:t>(1) Hükümlü ölmüşse mahkeme yeniden duruşma yapmaksızın gerekli delilleri topladıktan sonra hükümlünün beraatine veya yargılamanın yenilenmesi isteminin reddine karar verir.</w:t>
      </w:r>
    </w:p>
    <w:p>
      <w:pPr>
        <w:spacing w:after="80"/>
        <w:ind w:firstLine="454"/>
        <w:jc w:val="both"/>
      </w:pPr>
      <w:r>
        <w:t>(2) Diğer hâllerde de mahkeme, bu hususta yeterli delil varsa Cumhuriyet savcısının uygun görüşünü aldıktan sonra duruşma yapmaksızın hükümlünün derhâl beraatine karar verir.</w:t>
      </w:r>
    </w:p>
    <w:p>
      <w:pPr>
        <w:spacing w:after="80"/>
        <w:ind w:firstLine="454"/>
        <w:jc w:val="both"/>
      </w:pPr>
      <w:r>
        <w:t>(3) Mahkeme beraat kararı ile beraber önceki hükmün ortadan kaldırılmasını da karar altına alır.</w:t>
      </w:r>
    </w:p>
    <w:p>
      <w:pPr>
        <w:spacing w:after="80"/>
        <w:ind w:firstLine="454"/>
        <w:jc w:val="both"/>
      </w:pPr>
      <w:r>
        <w:t>(4) Yargılamanın yenilenmesi isteminde bulunan kimse isterse, gideri Devlet Hazinesine ait olmak üzere önceki hükmün iptaline ilişkin karar Resmî Gazete ile ilân olunacağı gibi mahkemenin takdirine göre diğer gazetelerle de ilân edilebilir.</w:t>
      </w:r>
    </w:p>
    <w:p>
      <w:pPr>
        <w:keepNext/>
        <w:spacing w:before="200" w:after="40"/>
      </w:pPr>
      <w:r>
        <w:rPr>
          <w:b/>
        </w:rPr>
        <w:t>Yeniden duruşma sonucunda verilecek hüküm</w:t>
      </w:r>
    </w:p>
    <w:p>
      <w:pPr>
        <w:spacing w:after="80"/>
        <w:ind w:firstLine="454"/>
        <w:jc w:val="both"/>
      </w:pPr>
      <w:r>
        <w:rPr>
          <w:b/>
        </w:rPr>
        <w:t xml:space="preserve">MADDE 323 – </w:t>
      </w:r>
      <w:r>
        <w:t>(1) Yeniden yapılacak duruşma sonucunda mahkeme, önceki hükmü onaylar veya hükmün iptali ile dava hakkında yeniden hüküm verir.</w:t>
      </w:r>
    </w:p>
    <w:p>
      <w:pPr>
        <w:spacing w:after="80"/>
        <w:ind w:firstLine="454"/>
        <w:jc w:val="both"/>
      </w:pPr>
      <w:r>
        <w:t>(2) Yargılamanın yenilenmesi istemi hükümlünün lehine olarak yapılmışsa, yeniden verilecek hüküm önceki hükümle belirlenmiş olan cezadan daha ağır bir cezayı içeremez.</w:t>
      </w:r>
    </w:p>
    <w:p>
      <w:pPr>
        <w:spacing w:after="80"/>
        <w:ind w:firstLine="454"/>
        <w:jc w:val="both"/>
      </w:pPr>
      <w:r>
        <w:t>(3) Yargılamanın yenilenmesi sonucunda beraat veya ceza verilmesine yer olmadığı kararının verilmesi halinde, önceki mahkûmiyet kararının tamamen veya kısmen infaz edilmesi dolayısıyla kişinin uğradığı maddî ve manevî zararlar bu Kanunun 141 ilâ 144 üncü maddeleri hükümlerine göre tazmin edilir.</w:t>
      </w:r>
    </w:p>
    <w:p>
      <w:pPr>
        <w:spacing w:before="360"/>
        <w:jc w:val="center"/>
      </w:pPr>
      <w:r>
        <w:rPr>
          <w:b/>
          <w:sz w:val="24"/>
        </w:rPr>
        <w:t>YEDINCI KITAP</w:t>
        <w:br/>
        <w:t>Yargılama Giderleri ve Çeşitli Hükümler</w:t>
      </w:r>
    </w:p>
    <w:p>
      <w:pPr>
        <w:spacing w:before="360"/>
        <w:jc w:val="center"/>
      </w:pPr>
      <w:r>
        <w:rPr>
          <w:b/>
          <w:sz w:val="24"/>
        </w:rPr>
        <w:t>BIRINCI KISIM</w:t>
        <w:br/>
        <w:t>Yargılama Giderleri</w:t>
      </w:r>
    </w:p>
    <w:p>
      <w:pPr>
        <w:keepNext/>
        <w:spacing w:before="200" w:after="40"/>
      </w:pPr>
      <w:r>
        <w:rPr>
          <w:b/>
        </w:rPr>
        <w:t>Yargılama giderleri</w:t>
      </w:r>
    </w:p>
    <w:p>
      <w:pPr>
        <w:spacing w:after="80"/>
        <w:ind w:firstLine="454"/>
        <w:jc w:val="both"/>
      </w:pPr>
      <w:r>
        <w:rPr>
          <w:b/>
        </w:rPr>
        <w:t xml:space="preserve">MADDE 324 – </w:t>
      </w:r>
      <w:r>
        <w:t>(1) Harçlar ve tarifesine göre ödenmesi gereken avukatlık ücretleri ile soruşturma ve kovuşturma evrelerinde yargılamanın yürütülmesi amacıyla Devlet Hazinesinden yapılan her türlü harcamalar ve taraflarca yapılan ödemeler yargılama giderleridir.</w:t>
      </w:r>
    </w:p>
    <w:p>
      <w:pPr>
        <w:spacing w:after="80"/>
        <w:ind w:firstLine="454"/>
        <w:jc w:val="both"/>
      </w:pPr>
      <w:r>
        <w:t>(2) Hüküm ve kararda yargılama giderlerinin kimlere yükletileceği gösterilir.</w:t>
      </w:r>
    </w:p>
    <w:p>
      <w:pPr>
        <w:spacing w:after="80"/>
        <w:ind w:firstLine="454"/>
        <w:jc w:val="both"/>
      </w:pPr>
      <w:r>
        <w:t>(3) Giderlerin miktarı ile iki taraftan birinin diğerine ödemesi gereken paranın miktarını mahkeme başkanı veya hâkim belirler.</w:t>
      </w:r>
    </w:p>
    <w:p>
      <w:pPr>
        <w:spacing w:after="80"/>
        <w:ind w:firstLine="454"/>
        <w:jc w:val="both"/>
      </w:pPr>
      <w:r>
        <w:t xml:space="preserve">(4) Devlete ait yargılama giderlerine ilişkin kararlar, Harçlar Kanunu hükümlerine göre; kişisel haklara ilişkin kararlar, 9.6.1932 tarihli ve 2004 sayılı İcra ve İflâs Kanunu hükümlerine göre yerine getirilir. </w:t>
      </w:r>
      <w:r>
        <w:rPr>
          <w:color w:val="666666"/>
          <w:sz w:val="17"/>
        </w:rPr>
        <w:t>(Ek cümle: 2/7/2012-6352/100 md.)</w:t>
      </w:r>
      <w:r>
        <w:t xml:space="preserve"> Devlete ait yargılama giderlerinin 21/7/1953 tarihli ve 6183 sayılı Amme Alacaklarının Tahsil Usulü Hakkında Kanunun 106 ncı maddesindeki terkin edilmesi gereken tutarlardan az olması halinde, bu giderin Devlet Hazinesine yüklenmesine karar verilir.</w:t>
      </w:r>
    </w:p>
    <w:p>
      <w:pPr>
        <w:spacing w:after="80"/>
        <w:ind w:firstLine="454"/>
        <w:jc w:val="both"/>
      </w:pPr>
      <w:r>
        <w:t>(5) Türkçe bilmeyen ya da engelli olan şüpheli, sanık, mağdur veya tanık için görevlendirilen tercümanın giderleri, yargılama gideri sayılmaz ve bu giderler Devlet Hazinesince karşılanır.</w:t>
      </w:r>
    </w:p>
    <w:p>
      <w:pPr>
        <w:keepNext/>
        <w:spacing w:before="200" w:after="40"/>
      </w:pPr>
      <w:r>
        <w:rPr>
          <w:b/>
        </w:rPr>
        <w:t>Sanığın yükümlülüğü</w:t>
      </w:r>
    </w:p>
    <w:p>
      <w:pPr>
        <w:spacing w:after="80"/>
        <w:ind w:firstLine="454"/>
        <w:jc w:val="both"/>
      </w:pPr>
      <w:r>
        <w:rPr>
          <w:b/>
        </w:rPr>
        <w:t xml:space="preserve">MADDE 325 – </w:t>
      </w:r>
      <w:r>
        <w:t>(1) Cezaya veya güvenlik tedbirine mahkûm edilmesi hâlinde, bütün yargılama giderleri sanığa yüklenir.</w:t>
      </w:r>
    </w:p>
    <w:p>
      <w:pPr>
        <w:spacing w:after="80"/>
        <w:ind w:firstLine="454"/>
        <w:jc w:val="both"/>
      </w:pPr>
      <w:r>
        <w:t xml:space="preserve">(2) </w:t>
      </w:r>
      <w:r>
        <w:rPr>
          <w:color w:val="666666"/>
          <w:sz w:val="17"/>
        </w:rPr>
        <w:t>(Değişik: 6/12/2006-5560/27 md.)</w:t>
      </w:r>
      <w:r>
        <w:t xml:space="preserve"> Hükmün açıklanmasının geri bırakılması ve cezanın ertelenmesi hallerinde de birinci fıkra hükmü uygulanır.</w:t>
      </w:r>
    </w:p>
    <w:p>
      <w:pPr>
        <w:spacing w:after="80"/>
        <w:ind w:firstLine="454"/>
        <w:jc w:val="both"/>
      </w:pPr>
      <w:r>
        <w:t>(3) Yargılamanın değişik evrelerinde yapılan araştırma veya işlemler nedeniyle giderler meydana gelmiş olup da, sonuç sanık lehine ortaya çıkmış ise, bu giderlerin sanığa yüklenmesinin hakkaniyete aykırı olacağı anlaşıldığında mahkeme, bunların kısmen veya tamamen Devlet Hazinesine yüklenmesine karar verir.</w:t>
      </w:r>
    </w:p>
    <w:p>
      <w:pPr>
        <w:spacing w:after="80"/>
        <w:ind w:firstLine="454"/>
        <w:jc w:val="both"/>
      </w:pPr>
      <w:r>
        <w:t>(4) Hüküm kesinleşmeden sanık ölürse, mirasçılar giderleri ödemekle yükümlü tutulmazlar.</w:t>
      </w:r>
    </w:p>
    <w:p>
      <w:pPr>
        <w:keepNext/>
        <w:spacing w:before="200" w:after="40"/>
      </w:pPr>
      <w:r>
        <w:rPr>
          <w:b/>
        </w:rPr>
        <w:t>Bağlantılı davalarda giderler</w:t>
      </w:r>
    </w:p>
    <w:p>
      <w:pPr>
        <w:spacing w:after="80"/>
        <w:ind w:firstLine="454"/>
        <w:jc w:val="both"/>
      </w:pPr>
      <w:r>
        <w:rPr>
          <w:b/>
        </w:rPr>
        <w:t xml:space="preserve">MADDE 326 – </w:t>
      </w:r>
      <w:r>
        <w:t>(1) Birden çok suçtan dolayı aleyhinde kovuşturma yapılmış olan kimse, bunların bir kısmından mahkûm olmuş ise, beraat ettiği suçların duruşmasının gerektirdiği giderleri ödemekle yükümlü değildir.</w:t>
      </w:r>
    </w:p>
    <w:p>
      <w:pPr>
        <w:spacing w:after="80"/>
        <w:ind w:firstLine="454"/>
        <w:jc w:val="both"/>
      </w:pPr>
      <w:r>
        <w:t>(2) İştirak halinde işlenmiş bir suç nedeniyle mahkûm edilmiş olanlara, sebebiyet verdikleri yargılama giderleri ayrı ayrı yükletilir.</w:t>
      </w:r>
    </w:p>
    <w:p>
      <w:pPr>
        <w:keepNext/>
        <w:spacing w:before="200" w:after="40"/>
      </w:pPr>
      <w:r>
        <w:rPr>
          <w:b/>
        </w:rPr>
        <w:t>Beraat veya ceza verilmesine yer olmadığı kararı verilmesi hâlinde gider</w:t>
      </w:r>
    </w:p>
    <w:p>
      <w:pPr>
        <w:spacing w:after="80"/>
        <w:ind w:firstLine="454"/>
        <w:jc w:val="both"/>
      </w:pPr>
      <w:r>
        <w:rPr>
          <w:b/>
        </w:rPr>
        <w:t xml:space="preserve">MADDE 327 – </w:t>
      </w:r>
      <w:r>
        <w:t>(1) Hakkında beraat veya ceza verilmesine yer olmadığına karar verilen kişi, sadece kendi kusurundan ileri gelen giderleri ödemeye mahkûm edilir.</w:t>
      </w:r>
    </w:p>
    <w:p>
      <w:pPr>
        <w:spacing w:after="80"/>
        <w:ind w:firstLine="454"/>
        <w:jc w:val="both"/>
      </w:pPr>
      <w:r>
        <w:t>(2) Bu kişinin önceden ödemek zorunda kaldığı giderler, Devlet Hazinesince üstlenilir.</w:t>
      </w:r>
    </w:p>
    <w:p>
      <w:pPr>
        <w:keepNext/>
        <w:spacing w:before="200" w:after="40"/>
      </w:pPr>
      <w:r>
        <w:rPr>
          <w:b/>
        </w:rPr>
        <w:t>Karşılıklı hakaret hâllerinde gider</w:t>
      </w:r>
    </w:p>
    <w:p>
      <w:pPr>
        <w:spacing w:after="80"/>
        <w:ind w:firstLine="454"/>
        <w:jc w:val="both"/>
      </w:pPr>
      <w:r>
        <w:rPr>
          <w:b/>
        </w:rPr>
        <w:t xml:space="preserve">MADDE 328 – </w:t>
      </w:r>
      <w:r>
        <w:t>(1) Karşılıklı hakaret hâllerinde taraflardan biri veya her ikisi hakkında ceza verilmesine yer olmadığı kararının verilmesi; bunlardan birinin veya her ikisinin giderleri karşılamaya mahkûm edilmelerine engel olmaz.</w:t>
      </w:r>
    </w:p>
    <w:p>
      <w:pPr>
        <w:keepNext/>
        <w:spacing w:before="200" w:after="40"/>
      </w:pPr>
      <w:r>
        <w:rPr>
          <w:b/>
        </w:rPr>
        <w:t>Suç uydurma ve iftira gibi hâllerde gider</w:t>
      </w:r>
    </w:p>
    <w:p>
      <w:pPr>
        <w:spacing w:after="80"/>
        <w:ind w:firstLine="454"/>
        <w:jc w:val="both"/>
      </w:pPr>
      <w:r>
        <w:rPr>
          <w:b/>
        </w:rPr>
        <w:t xml:space="preserve">MADDE 329 – </w:t>
      </w:r>
      <w:r>
        <w:t>(1) Suç uydurup iftirada bulunduğu sabit olan kimse, bu nedenle yapılmış giderleri ödemeye mahkûm edilir.</w:t>
      </w:r>
    </w:p>
    <w:p>
      <w:pPr>
        <w:keepNext/>
        <w:spacing w:before="200" w:after="40"/>
      </w:pPr>
      <w:r>
        <w:rPr>
          <w:b/>
        </w:rPr>
        <w:t>Kanun yollarına başvuru sonucunda gider</w:t>
      </w:r>
    </w:p>
    <w:p>
      <w:pPr>
        <w:spacing w:after="80"/>
        <w:ind w:firstLine="454"/>
        <w:jc w:val="both"/>
      </w:pPr>
      <w:r>
        <w:rPr>
          <w:b/>
        </w:rPr>
        <w:t xml:space="preserve">MADDE 330 – </w:t>
      </w:r>
      <w:r>
        <w:t>(1) Kanun yollarından birine başvuran taraf, bu başvurusunu geri almasından veya başvurunun reddolunmasından ileri gelen giderleri öder. Kanun yollarına başvuran Cumhuriyet savcısı ise, sanığın ödemek zorunda bulunduğu giderler Devlet Hazinesine yükletilir.</w:t>
      </w:r>
    </w:p>
    <w:p>
      <w:pPr>
        <w:spacing w:after="80"/>
        <w:ind w:firstLine="454"/>
        <w:jc w:val="both"/>
      </w:pPr>
      <w:r>
        <w:t>(2) Kanun yoluna başvuranın istemi kısmen kabul olunmuş ise, mahkeme uygun gördüğü şekilde giderleri bölüştürür.</w:t>
      </w:r>
    </w:p>
    <w:p>
      <w:pPr>
        <w:spacing w:after="80"/>
        <w:ind w:firstLine="454"/>
        <w:jc w:val="both"/>
      </w:pPr>
      <w:r>
        <w:t>(3) Kesinleşmiş bir hüküm ile sonuçlanan bir duruşma hakkındaki yargılamanın yenilenmesi isteminden ileri gelen giderler hakkında da aynı hüküm geçerlidir.</w:t>
      </w:r>
    </w:p>
    <w:p>
      <w:pPr>
        <w:spacing w:after="80"/>
        <w:ind w:firstLine="454"/>
        <w:jc w:val="both"/>
      </w:pPr>
      <w:r>
        <w:t>(4) Eski hâle getirme isteminden doğan giderler, hasım tarafının esassız karşı koymasından meydana gelmiş değilse, bu istemi ileri sürene yükletilir.</w:t>
      </w:r>
    </w:p>
    <w:p>
      <w:pPr>
        <w:spacing w:before="360"/>
        <w:jc w:val="center"/>
      </w:pPr>
      <w:r>
        <w:rPr>
          <w:b/>
          <w:sz w:val="24"/>
        </w:rPr>
        <w:t>İKINCI KISIM</w:t>
        <w:br/>
        <w:t>Çeşitli Hükümler</w:t>
      </w:r>
    </w:p>
    <w:p>
      <w:pPr>
        <w:keepNext/>
        <w:spacing w:before="200" w:after="40"/>
      </w:pPr>
      <w:r>
        <w:rPr>
          <w:b/>
        </w:rPr>
        <w:t>Adlî tatil</w:t>
      </w:r>
    </w:p>
    <w:p>
      <w:pPr>
        <w:spacing w:after="80"/>
        <w:ind w:firstLine="454"/>
        <w:jc w:val="both"/>
      </w:pPr>
      <w:r>
        <w:rPr>
          <w:b/>
        </w:rPr>
        <w:t xml:space="preserve">MADDE 331 – </w:t>
      </w:r>
      <w:r>
        <w:t xml:space="preserve">(1) </w:t>
      </w:r>
      <w:r>
        <w:rPr>
          <w:color w:val="666666"/>
          <w:sz w:val="17"/>
        </w:rPr>
        <w:t>(Değişik: 8/8/2011-KHK-650/27 md.; İptal: Anayasa Mahkemesinin 18/7/2012 tarihli ve E.: 2011/113 K.: 2012/108 sayılı Kararı ile.; Yeniden düzenleme: 27/6/2013-6494/25 md.)</w:t>
      </w:r>
      <w:r>
        <w:t xml:space="preserve"> Ceza işlerini gören makam ve mahkemeler her yıl bir eylülde başlamak üzere, yirmi temmuzdan otuz bir ağustosa kadar çalışmaya ara verirler.</w:t>
      </w:r>
    </w:p>
    <w:p>
      <w:pPr>
        <w:spacing w:after="80"/>
        <w:ind w:firstLine="454"/>
        <w:jc w:val="both"/>
      </w:pPr>
      <w:r>
        <w:t>(2) Soruşturma ile tutuklu işlere ilişkin kovuşturmaların ve ivedi sayılacak diğer hususların tatil süresi içinde ne suretle yerine getirileceği, Hâkimler ve Savcılar Yüksek Kurulunca belirlenir.</w:t>
      </w:r>
    </w:p>
    <w:p>
      <w:pPr>
        <w:spacing w:after="80"/>
        <w:ind w:firstLine="454"/>
        <w:jc w:val="both"/>
      </w:pPr>
      <w:r>
        <w:t>(3) Tatil süresince bölge adliye mahkemeleri ile Yargıtay, yalnız tutuklu hükümlere ilişkin veya Meşhud Suçların Muhakeme Usulü Kanunu gereğince görülen işlerin incelemelerini yapar.</w:t>
      </w:r>
    </w:p>
    <w:p>
      <w:pPr>
        <w:spacing w:after="80"/>
        <w:ind w:firstLine="454"/>
        <w:jc w:val="both"/>
      </w:pPr>
      <w:r>
        <w:t>(4) Adlî tatile rastlayan süreler işlemez. Bu süreler tatilin bittiği günden itibaren üç gün uzatılmış sayılır.</w:t>
      </w:r>
    </w:p>
    <w:p>
      <w:pPr>
        <w:keepNext/>
        <w:spacing w:before="200" w:after="40"/>
      </w:pPr>
      <w:r>
        <w:rPr>
          <w:b/>
        </w:rPr>
        <w:t>Bilgi isteme</w:t>
      </w:r>
    </w:p>
    <w:p>
      <w:pPr>
        <w:spacing w:after="80"/>
        <w:ind w:firstLine="454"/>
        <w:jc w:val="both"/>
      </w:pPr>
      <w:r>
        <w:rPr>
          <w:b/>
        </w:rPr>
        <w:t xml:space="preserve">MADDE 332 – </w:t>
      </w:r>
      <w:r>
        <w:t>(1) Suçların soruşturma ve kovuşturması sırasında Cumhuriyet savcısı, hâkim veya mahkeme tarafından yazılı olarak istenilen bilgilere on gün içinde cevap verilmesi zorunludur. Eğer bu süre içinde istenen bilgilerin verilmesi imkânsız ise, sebebi ve en geç hangi tarihte cevap verilebileceği aynı süre içinde bildirilir.</w:t>
      </w:r>
    </w:p>
    <w:p>
      <w:pPr>
        <w:spacing w:after="80"/>
        <w:ind w:firstLine="454"/>
        <w:jc w:val="both"/>
      </w:pPr>
      <w:r>
        <w:t>(2) Bilgi istenen yazıda yukarıdaki fıkra hükmü ile buna aykırı hareket etmenin Türk Ceza Kanununun 257 nci maddesine aykırılık oluşturabileceği yazılır. Bu durumda haklarında kamu davasının açılması, izin veya karar alınmasına bağlı bulunan kişiler hakkında, yasama dokunulmazlığı saklı kalmak üzere, doğrudan soruşturma yapılır.</w:t>
      </w:r>
    </w:p>
    <w:p>
      <w:pPr>
        <w:keepNext/>
        <w:spacing w:before="200" w:after="40"/>
      </w:pPr>
      <w:r>
        <w:rPr>
          <w:b/>
        </w:rPr>
        <w:t>Yönetmelik</w:t>
      </w:r>
    </w:p>
    <w:p>
      <w:pPr>
        <w:spacing w:after="80"/>
        <w:ind w:firstLine="454"/>
        <w:jc w:val="both"/>
      </w:pPr>
      <w:r>
        <w:rPr>
          <w:b/>
        </w:rPr>
        <w:t xml:space="preserve">MADDE 333 – </w:t>
      </w:r>
      <w:r>
        <w:t>(1) Bu Kanunda öngörülen yönetmelikler, aksine hüküm bulunmadıkça, ilgili bakanlıkların görüşü alınarak Adalet Bakanlığı tarafından çıkarılır.</w:t>
      </w:r>
    </w:p>
    <w:p>
      <w:pPr>
        <w:keepNext/>
        <w:spacing w:before="200" w:after="40"/>
      </w:pPr>
      <w:r>
        <w:rPr>
          <w:b/>
        </w:rPr>
        <w:t>Kolluk görevlilerine yönelik özel hükümler</w:t>
      </w:r>
    </w:p>
    <w:p>
      <w:pPr>
        <w:spacing w:after="80"/>
        <w:ind w:firstLine="454"/>
        <w:jc w:val="both"/>
      </w:pPr>
      <w:r>
        <w:rPr>
          <w:b/>
        </w:rPr>
        <w:t xml:space="preserve">EK MADDE 1 – </w:t>
      </w:r>
      <w:r>
        <w:rPr>
          <w:color w:val="666666"/>
          <w:sz w:val="17"/>
        </w:rPr>
        <w:t>(Ek: 3/5/2016-6713/10 md.)</w:t>
      </w:r>
    </w:p>
    <w:p>
      <w:pPr>
        <w:spacing w:after="80"/>
        <w:ind w:firstLine="454"/>
        <w:jc w:val="both"/>
      </w:pPr>
      <w:r>
        <w:t>(1) Kolluk görevlileri hakkındaki öldürme, kasten yaralama, işkence, zor kullanma yetkisine ilişkin sınırın aşılması ve suç işlemek amacıyla örgüt kurma suçları ile örgüt faaliyeti çerçevesinde işlenen suçlarla ilgili iddialara ilişkin soruşturmaları Cumhuriyet savcıları bizzat ve öncelikle yapar. Bu suçlardan dolayı kolluk görevlileri hakkında açılan davalar, acele işlerden sayılır. Bu tür davaların kanun yolu incelemesi de öncelikli olarak yapılır.</w:t>
      </w:r>
    </w:p>
    <w:p>
      <w:pPr>
        <w:spacing w:after="80"/>
        <w:ind w:firstLine="454"/>
        <w:jc w:val="both"/>
      </w:pPr>
      <w:r>
        <w:rPr>
          <w:b/>
        </w:rPr>
        <w:t xml:space="preserve">GEÇİCİ MADDE 1 – </w:t>
      </w:r>
      <w:r>
        <w:rPr>
          <w:color w:val="666666"/>
          <w:sz w:val="17"/>
        </w:rPr>
        <w:t>(Ek:24/1/2013-6411/2 md.)</w:t>
      </w:r>
    </w:p>
    <w:p>
      <w:pPr>
        <w:spacing w:after="80"/>
        <w:ind w:firstLine="454"/>
        <w:jc w:val="both"/>
      </w:pPr>
      <w:r>
        <w:t>(1) Bu Kanunun 202 nci maddesinin beşinci fıkrasında öngörülen yönetmelik, Adalet Bakanlığınca bu maddeyi ihdas eden Kanunun yürürlüğe girdiği tarihten itibaren bir ay içinde çıkarılır. Bu yönetmelik uyarınca tercüman listeleri oluşturuluncaya kadar bu Kanunun 202 nci maddesinin dördüncü fıkrasında düzenlenen tercüme hizmetleri sanığın kendisi tarafından getirilen tercüman tarafından yerine getirilir.</w:t>
      </w:r>
    </w:p>
    <w:p>
      <w:pPr>
        <w:spacing w:after="80"/>
        <w:ind w:firstLine="454"/>
        <w:jc w:val="both"/>
      </w:pPr>
      <w:r>
        <w:rPr>
          <w:b/>
        </w:rPr>
        <w:t xml:space="preserve">GEÇİCİ MADDE 2 – </w:t>
      </w:r>
      <w:r>
        <w:rPr>
          <w:color w:val="666666"/>
          <w:sz w:val="17"/>
        </w:rPr>
        <w:t>(Ek: 11/4/2013-6459/21 md.)</w:t>
      </w:r>
    </w:p>
    <w:p>
      <w:pPr>
        <w:spacing w:after="80"/>
        <w:ind w:firstLine="454"/>
        <w:jc w:val="both"/>
      </w:pPr>
      <w:r>
        <w:t>(1) İnsan Haklarını ve Ana Hürriyetleri Korumaya Dair Sözleşmenin veya eki protokollerin ihlali suretiyle bir ceza hükmünün verildiğini tespit eden Avrupa İnsan Hakları Mahkemesinin kesinleşmiş kararlarından, 15.6.2012 tarihi itibarıyla Avrupa Konseyi Bakanlar Komitesi önünde denetlenmekte bulunanlar bakımından bu Kanunun 311 inci maddesinin ikinci fıkrası hükmü uygulanmaz. Bu durumda olanlar, bu maddenin yürürlüğe girdiği tarihten itibaren üç ay içinde yargılamanın yenilenmesi talebinde bulunabilirler.</w:t>
      </w:r>
    </w:p>
    <w:p>
      <w:pPr>
        <w:spacing w:after="80"/>
        <w:ind w:firstLine="454"/>
        <w:jc w:val="both"/>
      </w:pPr>
      <w:r>
        <w:rPr>
          <w:b/>
        </w:rPr>
        <w:t xml:space="preserve">GEÇİCİ MADDE 3 – </w:t>
      </w:r>
      <w:r>
        <w:rPr>
          <w:color w:val="666666"/>
          <w:sz w:val="17"/>
        </w:rPr>
        <w:t>(Ek: 15/8/2017-KHK-694/149 md.; Aynen kabul: 1/2/2018-7078/144 md.)</w:t>
      </w:r>
    </w:p>
    <w:p>
      <w:pPr>
        <w:spacing w:after="80"/>
        <w:ind w:firstLine="454"/>
        <w:jc w:val="both"/>
      </w:pPr>
      <w:r>
        <w:t>Bu maddenin yürürlüğe girdiği tarihe kadar milletvekilleri hakkında açılmış olan davalarda, bu maddeyi ihdas eden Kanun Hükmünde Kararname ile bu Kanunun 161 inci maddesine eklenen dokuzuncu fıkra hükmü uyarınca yetkisizlik ve görevsizlik kararı verilemez; bu davalara kesin hükümle sonuçlandırılıncaya kadar bu mahkemelerce bakılmaya devam olunur. Bu maddenin yürürlüğe girdiği tarihe kadar milletvekilleri hakkında başlatılmış soruşturmalarda da bu maddeyi ihdas eden Kanun Hükmünde Kararname ile bu Kanunun 161 inci maddesine eklenen dokuzuncu fıkra hükmü uyarınca yetkisizlik kararı verilemez.</w:t>
      </w:r>
    </w:p>
    <w:p>
      <w:pPr>
        <w:spacing w:after="80"/>
        <w:ind w:firstLine="454"/>
        <w:jc w:val="both"/>
      </w:pPr>
      <w:r>
        <w:rPr>
          <w:b/>
        </w:rPr>
        <w:t xml:space="preserve">GEÇİCİ MADDE 4 – </w:t>
      </w:r>
      <w:r>
        <w:rPr>
          <w:color w:val="666666"/>
          <w:sz w:val="17"/>
        </w:rPr>
        <w:t>(Ek:20/2/2019-7165/10 md.)</w:t>
      </w:r>
    </w:p>
    <w:p>
      <w:pPr>
        <w:spacing w:after="80"/>
        <w:ind w:firstLine="454"/>
        <w:jc w:val="both"/>
      </w:pPr>
      <w:r>
        <w:t>(1) Bu maddeyi ihdas eden Kanunla 304 üncü maddenin ikinci fıkrasında yapılan düzenleme, bu maddenin yürürlüğe girdiği tarihten sonra Yargıtay tarafından verilen bozma kararları hakkında uygulanır.</w:t>
      </w:r>
    </w:p>
    <w:p>
      <w:pPr>
        <w:spacing w:after="80"/>
        <w:ind w:firstLine="454"/>
        <w:jc w:val="both"/>
      </w:pPr>
      <w:r>
        <w:rPr>
          <w:b/>
        </w:rPr>
        <w:t xml:space="preserve">GEÇİCİ MADDE 5 – </w:t>
      </w:r>
      <w:r>
        <w:rPr>
          <w:color w:val="666666"/>
          <w:sz w:val="17"/>
        </w:rPr>
        <w:t>(Ek:17/10/2019-7188/31 md.)</w:t>
      </w:r>
    </w:p>
    <w:p>
      <w:pPr>
        <w:spacing w:after="80"/>
        <w:ind w:firstLine="454"/>
        <w:jc w:val="both"/>
      </w:pPr>
      <w:r>
        <w:t>(1) Bu maddeyi ihdas eden Kanunla;</w:t>
      </w:r>
    </w:p>
    <w:p>
      <w:pPr>
        <w:spacing w:after="80"/>
        <w:ind w:firstLine="454"/>
        <w:jc w:val="both"/>
      </w:pPr>
      <w:r>
        <w:t>a) 102 nci maddede yapılan düzenleme, bu maddenin yayımlandığı tarihten itibaren üç ay sonra uygulanır.</w:t>
      </w:r>
    </w:p>
    <w:p>
      <w:pPr>
        <w:spacing w:after="80"/>
        <w:ind w:firstLine="454"/>
        <w:jc w:val="both"/>
      </w:pPr>
      <w:r>
        <w:t>b) 236 ncı maddenin dördüncü ve beşinci fıkralarında yapılan düzenleme uyarınca kurulması gereken merkezler, en geç 1/9/2020 tarihine kadar faaliyete geçirilir. Bu tarihe kadar mevcut uygulamaya devam olunur.</w:t>
      </w:r>
    </w:p>
    <w:p>
      <w:pPr>
        <w:spacing w:after="80"/>
        <w:ind w:firstLine="454"/>
        <w:jc w:val="both"/>
      </w:pPr>
      <w:r>
        <w:t>c) 250 nci maddede düzenlenen seri muhakeme usulü ile 251 ve 252 nci maddelerde düzenlenen basit yargılama usulüne ilişkin hükümler, 1/1/2020 tarihinden itibaren uygulanır.</w:t>
      </w:r>
    </w:p>
    <w:p>
      <w:pPr>
        <w:spacing w:after="80"/>
        <w:ind w:firstLine="454"/>
        <w:jc w:val="both"/>
      </w:pPr>
      <w:r>
        <w:t>d) 1/1/2020 tarihi itibarıyla kovuşturma evresine geçilmiş, hükme bağlanmış veya kesinleşmiş dosyalarda seri muhakeme usulü ile basit yargılama usulü uygulanmaz.</w:t>
      </w:r>
    </w:p>
    <w:p>
      <w:pPr>
        <w:spacing w:after="80"/>
        <w:ind w:firstLine="454"/>
        <w:jc w:val="both"/>
      </w:pPr>
      <w:r>
        <w:t>e) Bu maddenin yürürlüğe girdiği tarih itibarıyla, kovuşturma evresine geçilmiş dosyalarda kamu davasının açılmasının ertelenmesi hükümleri uygulanmaz.</w:t>
      </w:r>
    </w:p>
    <w:p>
      <w:pPr>
        <w:spacing w:after="80"/>
        <w:ind w:firstLine="454"/>
        <w:jc w:val="both"/>
      </w:pPr>
      <w:r>
        <w:t>f) 286 ncı maddenin üçüncü fıkrasında yapılan düzenleme, bu maddenin yayımlandığı tarihten itibaren on beş gün içinde talep etmek koşuluyla aynı suçlarla ilgili olarak bölge adliye mahkemelerince verilmiş kesin nitelikteki kararlar hakkında da uygulanır. Bu bendin uygulandığı hâlde, cezası infaz edilmekte olan hükümlülerin, 100 üncü madde uyarınca tutukluluğunun devam edip etmeyeceği hususu, hükmü veren ilk derece mahkemesince değerlendirilir.</w:t>
      </w:r>
    </w:p>
    <w:p>
      <w:pPr>
        <w:spacing w:after="80"/>
        <w:ind w:firstLine="454"/>
        <w:jc w:val="both"/>
      </w:pPr>
      <w:r>
        <w:t>g) 308/A maddesinde yapılan değişiklikle bölge adliye mahkemesi Cumhuriyet başsavcılığınca yapılan itirazların incelenmesine ilişkin getirilen usul, bu maddenin yayımlandığı tarihten önce itiraz yoluna başvurulup reddedilmiş olan itirazlar hakkında uygulanmaz.</w:t>
      </w:r>
    </w:p>
    <w:p>
      <w:pPr>
        <w:spacing w:after="80"/>
        <w:ind w:firstLine="454"/>
        <w:jc w:val="both"/>
      </w:pPr>
      <w:r>
        <w:t>h) Aile mahkemeleri ile çocuk ve çocuk ağır ceza mahkemelerinde görev yapan psikolog, pedagog ve sosyal çalışma görevlilerine ilişkin düzenlemeler, bu maddenin yayımlandığı tarihten itibaren altı ay sonra uygulanır.</w:t>
      </w:r>
    </w:p>
    <w:p>
      <w:pPr>
        <w:spacing w:after="80"/>
        <w:ind w:firstLine="454"/>
        <w:jc w:val="both"/>
      </w:pPr>
      <w:r>
        <w:rPr>
          <w:b/>
        </w:rPr>
        <w:t xml:space="preserve">GEÇİCİ MADDE 6 – </w:t>
      </w:r>
      <w:r>
        <w:rPr>
          <w:color w:val="666666"/>
          <w:sz w:val="17"/>
        </w:rPr>
        <w:t>(Ek:2/3/2024-7499/22 md.)</w:t>
      </w:r>
    </w:p>
    <w:p>
      <w:pPr>
        <w:spacing w:after="80"/>
        <w:ind w:firstLine="454"/>
        <w:jc w:val="both"/>
      </w:pPr>
      <w:r>
        <w:t>(1) Bu maddeyi ihdas eden Kanunla bu Kanunda yapılan düzenlemeler bakımından aşağıdaki hükümler uygulanır:</w:t>
      </w:r>
    </w:p>
    <w:p>
      <w:pPr>
        <w:spacing w:after="80"/>
        <w:ind w:firstLine="454"/>
        <w:jc w:val="both"/>
      </w:pPr>
      <w:r>
        <w:t>a) Eski hâle getirme kurumuna ilişkin olarak 41 inci maddenin birinci fıkrasında yapılan değişiklik, 1/6/2024 tarihinde ve sonrasında kalkan engeller bakımından uygulanır. Bu tarihten önce kalkan engeller bakımından bu maddeyi ihdas eden Kanunla yapılan değişiklikten önceki hükümlerin uygulanmasına devam olunur.</w:t>
      </w:r>
    </w:p>
    <w:p>
      <w:pPr>
        <w:spacing w:after="80"/>
        <w:ind w:firstLine="454"/>
        <w:jc w:val="both"/>
      </w:pPr>
      <w:r>
        <w:t>b) Kovuşturmaya yer olmadığına dair karara itiraz süresine ilişkin olarak 173 üncü maddenin birinci fıkrasında yapılan değişiklik, 1/6/2024 tarihinde ve sonrasında verilen kararlar hakkında uygulanır. Bu tarihten önce verilen kararlar hakkında bu maddeyi ihdas eden Kanunla yapılan değişiklikten önceki hükümlerin uygulanmasına devam olunur.</w:t>
      </w:r>
    </w:p>
    <w:p>
      <w:pPr>
        <w:spacing w:after="80"/>
        <w:ind w:firstLine="454"/>
        <w:jc w:val="both"/>
      </w:pPr>
      <w:r>
        <w:t>c) Kanun yollarına başvuru şekli ve süreleri ile bu sürelerin tebliğden itibaren başlamasına ve cevap sürelerine ilişkin 268, 273, 276, 277, 291, 294, 296, 297, 308, 308/A, 319 ve 320 nci maddelerde yapılan değişiklikler, 1/6/2024 tarihinde ve sonrasında verilen kararlar hakkında uygulanır. Bu tarihten önce verilen kararlar hakkında bu maddeyi ihdas eden Kanunla yapılan değişikliklerden önceki hükümler ile yürürlükten kaldırılan hükümlerin uygulanmasına devam olunur.</w:t>
      </w:r>
    </w:p>
    <w:p>
      <w:pPr>
        <w:spacing w:after="80"/>
        <w:ind w:firstLine="454"/>
        <w:jc w:val="both"/>
      </w:pPr>
      <w:r>
        <w:t>d) Temyiz süresi ile bu sürenin kararın tebliğinden itibaren işlemeye başlamasına ve cevap süresine ilişkin 291, 296 ve 297 nci maddelerde yapılan değişiklikler, 23/3/2005 tarihli ve 5320 sayılı Ceza Muhakemesi Kanununun Yürürlük ve Uygulama Şekli Hakkında Kanunun 8 inci maddesinin birinci fıkrası kapsamında olup da 1/6/2024 tarihinde ve sonrasında verilen kararlar hakkında da uygulanır.</w:t>
      </w:r>
    </w:p>
    <w:p>
      <w:pPr>
        <w:spacing w:after="80"/>
        <w:ind w:firstLine="454"/>
        <w:jc w:val="both"/>
      </w:pPr>
      <w:r>
        <w:t>e) Bu maddeyi ihdas eden Kanunla yürürlükten kaldırılan; 275 inci maddenin ikinci fıkrası, 293 üncü maddenin ikinci fıkrası ve 295 inci maddesi hükümlerinin, 1/6/2024 tarihinden önce verilen kararlar bakımından uygulanmasına devam olunur.</w:t>
      </w:r>
    </w:p>
    <w:p>
      <w:pPr>
        <w:spacing w:after="80"/>
        <w:ind w:firstLine="454"/>
        <w:jc w:val="both"/>
      </w:pPr>
      <w:r>
        <w:t>(2) a) Bu maddeyi ihdas eden Kanunla 231 inci maddenin onbirinci ve onikinci fıkrasında yapılan kanun yoluna ilişkin değişiklikler, 1/6/2024 tarihi ve sonrasında verilen hükmün açıklanmasının geri bırakılması kararları hakkında uygulanır.</w:t>
      </w:r>
    </w:p>
    <w:p>
      <w:pPr>
        <w:spacing w:after="80"/>
        <w:ind w:firstLine="454"/>
        <w:jc w:val="both"/>
      </w:pPr>
      <w:r>
        <w:t>b) 1/6/2024 tarihinden önce verilen hükmün açıklanmasının geri bırakılması kararları hakkında itiraz kanun yolunun uygulanmasına devam olunur. Bu itirazlar, bu maddeyi ihdas eden Kanunla 231 inci maddenin onikinci fıkrasında yapılan değişiklikten önceki hükümlere göre sonuçlandırılır.</w:t>
      </w:r>
    </w:p>
    <w:p>
      <w:pPr>
        <w:spacing w:after="80"/>
        <w:ind w:firstLine="454"/>
        <w:jc w:val="both"/>
      </w:pPr>
      <w:r>
        <w:t>c) 1/6/2024 tarihinden önce verilen hükmün açıklanmasının geri bırakılması kararlarıyla ilgili olarak 231 inci maddenin onbirinci fıkrası gereğince hükmün açıklanması veya yeniden kurulması hâlinde, bu maddeyi ihdas eden Kanunla 231 inci maddenin onbirinci fıkrasında yapılan değişiklikten önceki kanun yoluna ilişkin hükümler uygulanır.</w:t>
      </w:r>
    </w:p>
    <w:p>
      <w:pPr>
        <w:spacing w:after="80"/>
        <w:ind w:firstLine="454"/>
        <w:jc w:val="both"/>
      </w:pPr>
      <w:r>
        <w:t>d) 1/6/2024 tarihinden önce verilen hükmün açıklanmasının geri bırakılması kararları bakımından sanığın kabul etmesi şartı aranmaya devam olunur.</w:t>
      </w:r>
    </w:p>
    <w:p>
      <w:pPr>
        <w:spacing w:after="80"/>
        <w:ind w:firstLine="454"/>
        <w:jc w:val="both"/>
      </w:pPr>
      <w:r>
        <w:t>(3) Bu maddeyi ihdas eden Kanunla 141 inci maddede yapılan düzenlemeler, 1/6/2024 tarihinden sonra kesinleşen karar veya hükümler bakımından uygulanır.</w:t>
      </w:r>
    </w:p>
    <w:p>
      <w:pPr>
        <w:spacing w:after="80"/>
        <w:ind w:firstLine="454"/>
        <w:jc w:val="both"/>
      </w:pPr>
      <w:r>
        <w:t>(4) Bu maddeyi ihdas eden Kanunla 142 nci maddede yapılan değişiklikler, 1/6/2024 tarihinde ve sonrasında yapılan istemler bakımından uygulanır. Bu tarihten önce yapılan istemlere, kesinleşinceye kadar bu maddeyi ihdas eden Kanunla 142 nci maddede yapılan değişiklikten önceki hükümlere göre yargı mercilerince bakılmaya devam olunur. Bu fıkrada yer alan düzenlemeler ile bu maddeyi ihdas eden Kanunla 142 nci maddede yapılan değişiklikler, mülga 7/5/1964 tarihli ve 466 sayılı Kanun Dışı Yakalanan veya Tutuklanan Kimselere Tazminat Verilmesi Hakkında Kanun uyarınca yapılan veya yapılacak olan istemler hakkında da kıyasen uygulanır.</w:t>
      </w:r>
    </w:p>
    <w:p>
      <w:pPr>
        <w:spacing w:after="80"/>
        <w:ind w:firstLine="454"/>
        <w:jc w:val="both"/>
      </w:pPr>
      <w:r>
        <w:rPr>
          <w:b/>
        </w:rPr>
        <w:t xml:space="preserve">GEÇİCİ MADDE 7 – </w:t>
      </w:r>
      <w:r>
        <w:rPr>
          <w:color w:val="666666"/>
          <w:sz w:val="17"/>
        </w:rPr>
        <w:t>(Ek:7/11/2024-7531/18 md.)</w:t>
      </w:r>
    </w:p>
    <w:p>
      <w:pPr>
        <w:spacing w:after="80"/>
        <w:ind w:firstLine="454"/>
        <w:jc w:val="both"/>
      </w:pPr>
      <w:r>
        <w:t>(1) Bu maddeyi ihdas eden Kanunla 5237 sayılı Kanunun 73 üncü maddesinin ikinci fıkrasında yapılan düzenleme, bu maddenin yürürlüğe girdiği tarih itibarıyla soruşturma veya kovuşturma evresine geçilmiş dosyalar bakımından uygulanmaz.</w:t>
      </w:r>
    </w:p>
    <w:p>
      <w:pPr>
        <w:spacing w:after="80"/>
        <w:ind w:firstLine="454"/>
        <w:jc w:val="both"/>
      </w:pPr>
      <w:r>
        <w:t xml:space="preserve">(2) </w:t>
      </w:r>
      <w:r>
        <w:rPr>
          <w:color w:val="666666"/>
          <w:sz w:val="17"/>
        </w:rPr>
        <w:t>(İptal:Anayasa Mahkemesinin 27/3/2025 tarihli ve E.: 2024/197; K.: 2025/86 sayılı Kararı ile)</w:t>
      </w:r>
    </w:p>
    <w:p>
      <w:pPr>
        <w:spacing w:after="80"/>
        <w:ind w:firstLine="454"/>
        <w:jc w:val="both"/>
      </w:pPr>
      <w:r>
        <w:t>(3) Bu maddeyi ihdas eden Kanunla, 253 üncü maddenin yirmidördüncü fıkrasında yapılan düzenleme, bu maddenin yürürlüğe girdiği tarihten önce yapılan uzlaştırmacı yazılı sınavlarında başarılı olanlar hakkında uygulanmaz. Bu kişiler, diğer koşulları taşımaları halinde uzlaştırmacı siciline ve listelerine kaydedilebilir.</w:t>
      </w:r>
    </w:p>
    <w:p>
      <w:pPr>
        <w:spacing w:after="80"/>
        <w:ind w:firstLine="454"/>
        <w:jc w:val="both"/>
      </w:pPr>
      <w:r>
        <w:t>(4) Bu maddenin yürürlüğe girdiği tarih itibarıyla 254 üncü maddenin ikinci fıkrası uyarınca hükmün açıklanmasının geri bırakılmasına karar verilen dosyalar bakımından bu maddeyi ihdas eden Kanunla 254 üncü maddenin ikinci fıkrasında yapılan değişiklik uygulanmaz. Bu dosyalar, 254 üncü maddenin ikinci fıkrasının değişiklikten önceki hükümlerine göre sonuçlandırılır.</w:t>
      </w:r>
    </w:p>
    <w:p>
      <w:pPr>
        <w:spacing w:after="80"/>
        <w:ind w:firstLine="454"/>
        <w:jc w:val="both"/>
      </w:pPr>
      <w:r>
        <w:rPr>
          <w:b/>
        </w:rPr>
        <w:t xml:space="preserve">GEÇİCİ MADDE 8 – </w:t>
      </w:r>
      <w:r>
        <w:rPr>
          <w:color w:val="666666"/>
          <w:sz w:val="17"/>
        </w:rPr>
        <w:t>(Ek:24/12/2025-7571/26 md.)</w:t>
      </w:r>
    </w:p>
    <w:p>
      <w:pPr>
        <w:spacing w:after="80"/>
        <w:ind w:firstLine="454"/>
        <w:jc w:val="both"/>
      </w:pPr>
      <w:r>
        <w:t>(1) Soruşturma veya kovuşturma evresinde olup da bu maddenin yürürlüğe girdiği tarih itibarıyla uzlaşmanın sağlanmış olduğu dosyalar bakımından bu maddeyi ihdas eden Kanunla 253 üncü maddenin üçüncü fıkrasında yapılan değişiklik ve 5237 sayılı Kanunun 75 inci maddesinin altıncı fıkrasında yapılan değişiklik uygulanmaz. Bu dosyalar, 253 üncü maddenin üçüncü fıkrasının değişiklikten önceki hükümlerine göre sonuçlandırılır.</w:t>
      </w:r>
    </w:p>
    <w:p>
      <w:pPr>
        <w:keepNext/>
        <w:spacing w:before="200" w:after="40"/>
      </w:pPr>
      <w:r>
        <w:rPr>
          <w:b/>
        </w:rPr>
        <w:t>Yürürlük</w:t>
      </w:r>
    </w:p>
    <w:p>
      <w:pPr>
        <w:spacing w:after="80"/>
        <w:ind w:firstLine="454"/>
        <w:jc w:val="both"/>
      </w:pPr>
      <w:r>
        <w:rPr>
          <w:b/>
        </w:rPr>
        <w:t xml:space="preserve">MADDE 334 – </w:t>
      </w:r>
      <w:r>
        <w:t>(1) Bu Kanun, 1 Haziran 2005 tarihinde yürürlüğe girer.</w:t>
      </w:r>
    </w:p>
    <w:p>
      <w:pPr>
        <w:keepNext/>
        <w:spacing w:before="200" w:after="40"/>
      </w:pPr>
      <w:r>
        <w:rPr>
          <w:b/>
        </w:rPr>
        <w:t>Yürütme</w:t>
      </w:r>
    </w:p>
    <w:p>
      <w:pPr>
        <w:spacing w:after="80"/>
        <w:ind w:firstLine="454"/>
        <w:jc w:val="both"/>
      </w:pPr>
      <w:r>
        <w:rPr>
          <w:b/>
        </w:rPr>
        <w:t xml:space="preserve">MADDE 335 – </w:t>
      </w:r>
      <w:r>
        <w:t>(1) Bu Kanun hükümlerini Bakanlar Kurulu yürütür.</w:t>
      </w:r>
    </w:p>
    <w:p>
      <w:pPr>
        <w:spacing w:before="360"/>
        <w:jc w:val="center"/>
      </w:pPr>
      <w:r>
        <w:rPr>
          <w:b/>
        </w:rPr>
        <w:t>5271 SAYILI KANUNA İŞLENEMEYEN HÜKÜMLER</w:t>
      </w:r>
    </w:p>
    <w:p>
      <w:r>
        <w:rPr>
          <w:b/>
        </w:rPr>
        <w:t>(1) 5560 sayılı Kanunun Geçici 1 inci Maddesi:</w:t>
      </w:r>
    </w:p>
    <w:p>
      <w:pPr>
        <w:jc w:val="both"/>
      </w:pPr>
      <w:r>
        <w:t>GEÇİCİ MADDE 1 – Bu Kanunun yürürlüğe girdiği tarih itibarıyla hükme bağlanmış olmakla beraber henüz kesinleşmemiş olan dosyalarda, uzlaşma kapsamının genişlediğinden bahisle bozma kararı verilemez.</w:t>
      </w:r>
    </w:p>
    <w:p>
      <w:r>
        <w:rPr>
          <w:b/>
        </w:rPr>
        <w:t>(2) 5728 sayılı Kanunun Geçici Maddeleri:</w:t>
      </w:r>
    </w:p>
    <w:p>
      <w:pPr>
        <w:jc w:val="both"/>
      </w:pPr>
      <w:r>
        <w:t>GEÇİCİ MADDE 1- Bu Kanunun yürürlüğe girdiği tarihte Yargıtay ilgili ceza dairesinde bulunan dosyalar hakkında bu Kanunun lehe hükümlerinin derhal uygulanabileceği hallerde, usule aykırılık bulunmadığı takdirde, dosya esastan incelenmek, acele işlerden sayılmak ve Türk Ceza Kanununun 7 nci maddesi dikkate alınmak suretiyle karar verilir.</w:t>
      </w:r>
    </w:p>
    <w:p>
      <w:pPr>
        <w:jc w:val="both"/>
      </w:pPr>
      <w:r>
        <w:t>Bu Kanun yürürlüğe girdiği tarihten önce kesinleşmiş ve infaz edilmekte olan mahkûmiyet kararları hakkında, lehe kanun hükümleri, hükmü veren mahkemece 13/12/2004 tarihli ve 5275 sayılı Ceza ve Güvenlik Tedbirlerinin İnfazı Hakkında Kanunun 98 ilâ 101 inci maddeleri dikkate alınmak ve dosya üzerinden incelenmek suretiyle belirlenir. Ancak, hükmün konusunun herhangi bir inceleme, araştırma, delil tartışması ve takdir hakkının kullanılmasını gerektirmesi halinde inceleme, duruşma açılmak suretiyle yapılabilir.</w:t>
      </w:r>
    </w:p>
    <w:p>
      <w:pPr>
        <w:jc w:val="both"/>
      </w:pPr>
      <w:r>
        <w:t>Bu Kanunun yürürlüğe girdiği tarihten önce kesin hükümle sonuçlanmış olan davalarda lehe hükmün belirlenmesi ve uygulanması amacıyla, yapılan yargılama bakımından dava zamanaşımı hükümleri uygulanmaz.</w:t>
      </w:r>
    </w:p>
    <w:p>
      <w:pPr>
        <w:jc w:val="both"/>
      </w:pPr>
      <w:r>
        <w:t>İşbu Kanun yürürlüğe girdiği tarih itibarıyla kesinleşmemiş olmakla beraber hükme bağlanmış olan dosyalarda uzlaşma kapsamının genişlediğinden bahisle bozma kararı verilemez.</w:t>
      </w:r>
    </w:p>
    <w:p>
      <w:pPr>
        <w:jc w:val="both"/>
      </w:pPr>
      <w:r>
        <w:t>GEÇİCİ MADDE 2- Bu Kanunun yürürlüğe girdiği tarihte kovuşturma evresinde bulunan dava dosyaları hakkında:</w:t>
      </w:r>
    </w:p>
    <w:p>
      <w:pPr>
        <w:jc w:val="both"/>
      </w:pPr>
      <w:r>
        <w:t>a) Mahkemenin görevli olmaması hâlinde, dosya üzerinde yapılacak inceleme sonucunda verilecek görevsizlik kararıyla dosya, görevli mahkemeye gönderilir.</w:t>
      </w:r>
    </w:p>
    <w:p>
      <w:pPr>
        <w:jc w:val="both"/>
      </w:pPr>
      <w:r>
        <w:t>b) Daha önce soruşturma ve kovuşturma evrelerinde yapılmış olan işlem ve kararlar hukukî geçerliliklerini sürdürürler.</w:t>
      </w:r>
    </w:p>
    <w:p>
      <w:pPr>
        <w:jc w:val="both"/>
      </w:pPr>
      <w:r>
        <w:t>GEÇİCİ MADDE 3- Bu Kanun hükümlerine göre suç karşılığı uygulanan yaptırımı idarî yaptırıma dönüşen fiiller nedeniyle;</w:t>
      </w:r>
    </w:p>
    <w:p>
      <w:pPr>
        <w:jc w:val="both"/>
      </w:pPr>
      <w:r>
        <w:t>a) Soruşturma evresinde Cumhuriyet başsavcılığınca,</w:t>
      </w:r>
    </w:p>
    <w:p>
      <w:pPr>
        <w:jc w:val="both"/>
      </w:pPr>
      <w:r>
        <w:t>b) Kovuşturma evresinde mahkemece,</w:t>
      </w:r>
    </w:p>
    <w:p>
      <w:pPr>
        <w:jc w:val="both"/>
      </w:pPr>
      <w:r>
        <w:t>idarî yaptırım kararı verilir.</w:t>
      </w:r>
    </w:p>
    <w:p>
      <w:pPr>
        <w:jc w:val="both"/>
      </w:pPr>
      <w:r>
        <w:t>Birinci fıkra kapsamına giren fiillerden, Yargıtay Cumhuriyet Başsavcılığında bulunan işlerde Yargıtay Cumhuriyet Başsavcılığınca, Yargıtayın ilgili dairesinde bulunan işlerde ise ilgili dairece, bu Kanuna göre işlem yapılmak üzere gelişlerindeki usule uygun olarak dava dosyası hükmü veren mahkemeye gönderilir.</w:t>
      </w:r>
    </w:p>
    <w:p>
      <w:r>
        <w:rPr>
          <w:b/>
        </w:rPr>
        <w:t>(3) 5918 sayılı Kanunun Geçici 1 inci Maddesi:</w:t>
      </w:r>
    </w:p>
    <w:p>
      <w:pPr>
        <w:jc w:val="both"/>
      </w:pPr>
      <w:r>
        <w:t>GEÇİCİ MADDE 1 – Bu Kanunla, 5271 sayılı Kanunun 3 üncü ve 250 nci maddesinde yapılan değişiklik hükümleri, yürürlüğe girdiği tarihte devam etmekte olan soruşturma ve kovuşturmalarda da uygulanır.</w:t>
      </w:r>
    </w:p>
    <w:p>
      <w:r>
        <w:rPr>
          <w:b/>
        </w:rPr>
        <w:t>(4) 6008 sayılı Kanunun Geçici 2 nci Maddesi:</w:t>
      </w:r>
    </w:p>
    <w:p>
      <w:pPr>
        <w:jc w:val="both"/>
      </w:pPr>
      <w:r>
        <w:t>GEÇİCİ MADDE 2 – Bu Kanunun yürürlüğe girdiği tarihe kadar hakkında hükmün açıklanmasının geri bırakılması kararı verilmiş olanların, bu Kanunun yürürlük tarihinden itibaren onbeş gün içinde mahkemeye başvurmaları halinde, mahkemece, hükmün açıklanmasının geri bırakılması kararı geri alınır ve Ceza Muhakemesi Kanununun 231 inci maddesinin yedinci fıkrasındaki kayıtla bağlı olmaksızın, başvuruda bulunan sanık hakkında yeniden hüküm kurulur.</w:t>
      </w:r>
    </w:p>
    <w:p>
      <w:r>
        <w:rPr>
          <w:b/>
        </w:rPr>
        <w:t>(5) 24/11/2016 tarihli ve 6763 sayılı Kanunun Geçici 1 inci Maddesi:</w:t>
      </w:r>
    </w:p>
    <w:p>
      <w:pPr>
        <w:jc w:val="both"/>
      </w:pPr>
      <w:r>
        <w:t>GEÇİCİ MADDE 1- (1) Ceza Muhakemesi Kanununun 253 üncü maddesine ilişkin yönetmelik bu Kanunun yürürlüğe girdiği tarihten itibaren en geç altı ay içinde çıkarılır ve yönetmeliğin yürürlüğe girmesinden itibaren en geç altı ay içinde uzlaştırmacı listeleri oluşturulur. Adalet Bakanlığı tarafından bu listelere uygun uzlaştırmacı görevlendirmesi amacıyla bir ilan yapılır. İlan yapılıncaya kadar, Ceza Muhakemesi Kanununun 253 üncü maddesinde bu Kanunla yapılan değişiklik öncesinde öngörülen usule göre belirlenen uzlaştırmacılardan görevlendirme yapılmasına devam olunur ve bu uzlaştırmacılar görevlerini tamamlar.</w:t>
      </w:r>
    </w:p>
    <w:p>
      <w:r>
        <w:rPr>
          <w:b/>
        </w:rPr>
        <w:t>(6) 20/7/2017 tarihli ve 7035 sayılı Kanunun Geçici 1 inci Maddesi:</w:t>
      </w:r>
    </w:p>
    <w:p>
      <w:pPr>
        <w:jc w:val="both"/>
      </w:pPr>
      <w:r>
        <w:t>GEÇİCİ MADDE 1- (1) Bu Kanunla, 5271 sayılı Kanunun 291 inci maddesi ile 6100 sayılı Kanunun 361 inci maddesinde temyiz sürelerine ilişkin olarak yapılan değişiklikler, bu Kanunun yürürlüğe girdiği tarihte ve sonrasında verilen kararlar hakkında uygulanır.</w:t>
      </w:r>
    </w:p>
    <w:p>
      <w:pPr>
        <w:jc w:val="both"/>
      </w:pPr>
      <w:r>
        <w:t>(2) Hâkimler ve Savcılar Kurulu tarafından bölge adliye ve bölge idare mahkemesi daireleri arasında iş bölümü yapılıncaya kadar bölge adliye ve bölge idare mahkemesi başkanlar kurullarınca yapılan iş bölümünün uygulanmasına devam olunur.</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